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EA5892" w14:textId="77777777" w:rsidR="00432015" w:rsidRDefault="006D5C48">
      <w:pPr>
        <w:spacing w:before="560"/>
        <w:jc w:val="center"/>
      </w:pPr>
      <w:proofErr w:type="gramStart"/>
      <w:r>
        <w:rPr>
          <w:b/>
          <w:color w:val="2F7E8D"/>
          <w:sz w:val="22"/>
        </w:rPr>
        <w:t>SEVENTH-DAY ADVENTIST</w:t>
      </w:r>
      <w:proofErr w:type="gramEnd"/>
    </w:p>
    <w:p w14:paraId="1854CDA1" w14:textId="4AE9472A" w:rsidR="00432015" w:rsidRDefault="006D5C48">
      <w:pPr>
        <w:jc w:val="center"/>
      </w:pPr>
      <w:r w:rsidRPr="7607A17D">
        <w:rPr>
          <w:b/>
          <w:bCs/>
          <w:color w:val="17365D" w:themeColor="text2" w:themeShade="BF"/>
          <w:sz w:val="50"/>
          <w:szCs w:val="50"/>
        </w:rPr>
        <w:t>Academy</w:t>
      </w:r>
      <w:r w:rsidR="714F659D" w:rsidRPr="7607A17D">
        <w:rPr>
          <w:b/>
          <w:bCs/>
          <w:color w:val="17365D" w:themeColor="text2" w:themeShade="BF"/>
          <w:sz w:val="50"/>
          <w:szCs w:val="50"/>
        </w:rPr>
        <w:t>/</w:t>
      </w:r>
      <w:r w:rsidR="714F659D" w:rsidRPr="6148B90F">
        <w:rPr>
          <w:b/>
          <w:bCs/>
          <w:color w:val="17365D" w:themeColor="text2" w:themeShade="BF"/>
          <w:sz w:val="50"/>
          <w:szCs w:val="50"/>
        </w:rPr>
        <w:t xml:space="preserve">Large </w:t>
      </w:r>
      <w:r w:rsidR="714F659D" w:rsidRPr="0243E5F4">
        <w:rPr>
          <w:b/>
          <w:bCs/>
          <w:color w:val="17365D" w:themeColor="text2" w:themeShade="BF"/>
          <w:sz w:val="50"/>
          <w:szCs w:val="50"/>
        </w:rPr>
        <w:t>School</w:t>
      </w:r>
      <w:r w:rsidRPr="7607A17D">
        <w:rPr>
          <w:b/>
          <w:bCs/>
          <w:color w:val="17365D" w:themeColor="text2" w:themeShade="BF"/>
          <w:sz w:val="50"/>
          <w:szCs w:val="50"/>
        </w:rPr>
        <w:t xml:space="preserve"> Technology</w:t>
      </w:r>
      <w:r>
        <w:br/>
      </w:r>
      <w:r w:rsidRPr="7607A17D">
        <w:rPr>
          <w:b/>
          <w:bCs/>
          <w:color w:val="17365D" w:themeColor="text2" w:themeShade="BF"/>
          <w:sz w:val="50"/>
          <w:szCs w:val="50"/>
        </w:rPr>
        <w:t>&amp; Digital Learning Plan</w:t>
      </w:r>
    </w:p>
    <w:p w14:paraId="59C30C68" w14:textId="7DB1B6D0" w:rsidR="59F7FCDF" w:rsidRDefault="006D5C48" w:rsidP="3AF690F4">
      <w:pPr>
        <w:jc w:val="center"/>
      </w:pPr>
      <w:r w:rsidRPr="3AF690F4">
        <w:rPr>
          <w:color w:val="2F75B5"/>
          <w:sz w:val="28"/>
          <w:szCs w:val="28"/>
        </w:rPr>
        <w:t xml:space="preserve">Three-Year Strategic &amp; Operational </w:t>
      </w:r>
      <w:r w:rsidR="59F7FCDF" w:rsidRPr="2E32762B">
        <w:rPr>
          <w:color w:val="2F75B5"/>
          <w:sz w:val="28"/>
          <w:szCs w:val="28"/>
        </w:rPr>
        <w:t>Plan</w:t>
      </w:r>
    </w:p>
    <w:p w14:paraId="1B75C781" w14:textId="77777777" w:rsidR="00432015" w:rsidRDefault="006D5C48">
      <w:pPr>
        <w:jc w:val="center"/>
      </w:pPr>
      <w:r>
        <w:rPr>
          <w:b/>
          <w:color w:val="548235"/>
          <w:sz w:val="22"/>
        </w:rPr>
        <w:t>Faith • Learning • Infrastructure • Security • Innovation</w:t>
      </w:r>
    </w:p>
    <w:p w14:paraId="10735A63" w14:textId="77777777" w:rsidR="00432015" w:rsidRDefault="00432015"/>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60"/>
      </w:tblGrid>
      <w:tr w:rsidR="00432015" w14:paraId="43AC18E8" w14:textId="77777777">
        <w:trPr>
          <w:jc w:val="center"/>
        </w:trPr>
        <w:tc>
          <w:tcPr>
            <w:tcW w:w="10570" w:type="dxa"/>
            <w:shd w:val="clear" w:color="auto" w:fill="EAF2F8"/>
            <w:tcMar>
              <w:top w:w="95" w:type="dxa"/>
              <w:left w:w="120" w:type="dxa"/>
              <w:bottom w:w="95" w:type="dxa"/>
              <w:right w:w="120" w:type="dxa"/>
            </w:tcMar>
          </w:tcPr>
          <w:p w14:paraId="345F361F" w14:textId="619AC06B" w:rsidR="00432015" w:rsidRDefault="006D5C48">
            <w:r w:rsidRPr="2D55F8CC">
              <w:rPr>
                <w:b/>
                <w:bCs/>
                <w:color w:val="17365D" w:themeColor="text2" w:themeShade="BF"/>
              </w:rPr>
              <w:t>Purpose</w:t>
            </w:r>
            <w:r w:rsidR="008F2CE3">
              <w:rPr>
                <w:b/>
                <w:bCs/>
                <w:color w:val="17365D" w:themeColor="text2" w:themeShade="BF"/>
              </w:rPr>
              <w:t>:</w:t>
            </w:r>
            <w:r w:rsidRPr="2D55F8CC">
              <w:rPr>
                <w:b/>
                <w:bCs/>
                <w:color w:val="17365D" w:themeColor="text2" w:themeShade="BF"/>
              </w:rPr>
              <w:t xml:space="preserve"> </w:t>
            </w:r>
            <w:r w:rsidRPr="2B8962B7">
              <w:rPr>
                <w:color w:val="17365D" w:themeColor="text2" w:themeShade="BF"/>
              </w:rPr>
              <w:t xml:space="preserve"> </w:t>
            </w:r>
            <w:r w:rsidR="0959B74E" w:rsidRPr="2B8962B7">
              <w:rPr>
                <w:color w:val="17365D" w:themeColor="text2" w:themeShade="BF"/>
              </w:rPr>
              <w:t xml:space="preserve">This </w:t>
            </w:r>
            <w:r w:rsidR="1132A67F" w:rsidRPr="2B8962B7">
              <w:rPr>
                <w:color w:val="17365D" w:themeColor="text2" w:themeShade="BF"/>
              </w:rPr>
              <w:t>is a</w:t>
            </w:r>
            <w:r w:rsidR="0959B74E" w:rsidRPr="2B8962B7">
              <w:rPr>
                <w:color w:val="17365D" w:themeColor="text2" w:themeShade="BF"/>
              </w:rPr>
              <w:t xml:space="preserve"> template </w:t>
            </w:r>
            <w:r w:rsidR="55BB91A9" w:rsidRPr="2B8962B7">
              <w:rPr>
                <w:color w:val="17365D" w:themeColor="text2" w:themeShade="BF"/>
              </w:rPr>
              <w:t>for a</w:t>
            </w:r>
            <w:r w:rsidRPr="2B8962B7">
              <w:rPr>
                <w:color w:val="17365D" w:themeColor="text2" w:themeShade="BF"/>
              </w:rPr>
              <w:t xml:space="preserve"> practical technology pla</w:t>
            </w:r>
            <w:r w:rsidR="770504BB" w:rsidRPr="2B8962B7">
              <w:rPr>
                <w:color w:val="17365D" w:themeColor="text2" w:themeShade="BF"/>
              </w:rPr>
              <w:t>n for</w:t>
            </w:r>
            <w:r w:rsidRPr="2B8962B7">
              <w:rPr>
                <w:color w:val="17365D" w:themeColor="text2" w:themeShade="BF"/>
              </w:rPr>
              <w:t xml:space="preserve"> a</w:t>
            </w:r>
            <w:r w:rsidRPr="0185B64F">
              <w:rPr>
                <w:b/>
                <w:bCs/>
                <w:color w:val="17365D" w:themeColor="text2" w:themeShade="BF"/>
              </w:rPr>
              <w:t xml:space="preserve"> </w:t>
            </w:r>
            <w:r w:rsidR="302A896D">
              <w:t>larger school</w:t>
            </w:r>
            <w:r>
              <w:t xml:space="preserve"> with a dedicated technology leader. It connects infrastructure and operations to teaching, learning, student outcomes, cybersecurity, privacy, and the school’s mission.</w:t>
            </w:r>
          </w:p>
        </w:tc>
      </w:tr>
    </w:tbl>
    <w:p w14:paraId="3C44475C" w14:textId="77777777" w:rsidR="00432015" w:rsidRDefault="00432015"/>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3417"/>
        <w:gridCol w:w="7141"/>
      </w:tblGrid>
      <w:tr w:rsidR="00432015" w14:paraId="4C9E6A43" w14:textId="77777777" w:rsidTr="009B10DD">
        <w:trPr>
          <w:jc w:val="center"/>
        </w:trPr>
        <w:tc>
          <w:tcPr>
            <w:tcW w:w="3420" w:type="dxa"/>
            <w:shd w:val="clear" w:color="auto" w:fill="F3F7F9"/>
            <w:tcMar>
              <w:top w:w="65" w:type="dxa"/>
              <w:left w:w="75" w:type="dxa"/>
              <w:bottom w:w="65" w:type="dxa"/>
              <w:right w:w="75" w:type="dxa"/>
            </w:tcMar>
            <w:vAlign w:val="center"/>
          </w:tcPr>
          <w:p w14:paraId="22726E6A" w14:textId="77777777" w:rsidR="00432015" w:rsidRDefault="006D5C48">
            <w:pPr>
              <w:spacing w:after="20"/>
            </w:pPr>
            <w:r>
              <w:rPr>
                <w:b/>
                <w:color w:val="17365D"/>
                <w:sz w:val="16"/>
              </w:rPr>
              <w:t>School / Academy</w:t>
            </w:r>
          </w:p>
        </w:tc>
        <w:tc>
          <w:tcPr>
            <w:tcW w:w="7150" w:type="dxa"/>
            <w:tcMar>
              <w:top w:w="65" w:type="dxa"/>
              <w:left w:w="75" w:type="dxa"/>
              <w:bottom w:w="65" w:type="dxa"/>
              <w:right w:w="75" w:type="dxa"/>
            </w:tcMar>
            <w:vAlign w:val="center"/>
          </w:tcPr>
          <w:p w14:paraId="1B0291C1" w14:textId="77777777" w:rsidR="00432015" w:rsidRDefault="006D5C48">
            <w:pPr>
              <w:spacing w:after="20"/>
            </w:pPr>
            <w:r>
              <w:rPr>
                <w:color w:val="666666"/>
                <w:sz w:val="16"/>
              </w:rPr>
              <w:t>[School name]</w:t>
            </w:r>
          </w:p>
        </w:tc>
      </w:tr>
      <w:tr w:rsidR="00432015" w14:paraId="4F9BC2EB" w14:textId="77777777" w:rsidTr="009B10DD">
        <w:trPr>
          <w:jc w:val="center"/>
        </w:trPr>
        <w:tc>
          <w:tcPr>
            <w:tcW w:w="3420" w:type="dxa"/>
            <w:shd w:val="clear" w:color="auto" w:fill="F3F7F9"/>
            <w:tcMar>
              <w:top w:w="65" w:type="dxa"/>
              <w:left w:w="75" w:type="dxa"/>
              <w:bottom w:w="65" w:type="dxa"/>
              <w:right w:w="75" w:type="dxa"/>
            </w:tcMar>
            <w:vAlign w:val="center"/>
          </w:tcPr>
          <w:p w14:paraId="745F5B50" w14:textId="77777777" w:rsidR="00432015" w:rsidRDefault="006D5C48">
            <w:pPr>
              <w:spacing w:after="20"/>
            </w:pPr>
            <w:r>
              <w:rPr>
                <w:b/>
                <w:color w:val="17365D"/>
                <w:sz w:val="16"/>
              </w:rPr>
              <w:t>Planning Period</w:t>
            </w:r>
          </w:p>
        </w:tc>
        <w:tc>
          <w:tcPr>
            <w:tcW w:w="7150" w:type="dxa"/>
            <w:tcMar>
              <w:top w:w="65" w:type="dxa"/>
              <w:left w:w="75" w:type="dxa"/>
              <w:bottom w:w="65" w:type="dxa"/>
              <w:right w:w="75" w:type="dxa"/>
            </w:tcMar>
            <w:vAlign w:val="center"/>
          </w:tcPr>
          <w:p w14:paraId="093EF724" w14:textId="77777777" w:rsidR="00432015" w:rsidRDefault="006D5C48">
            <w:pPr>
              <w:spacing w:after="20"/>
            </w:pPr>
            <w:r>
              <w:rPr>
                <w:color w:val="666666"/>
                <w:sz w:val="16"/>
              </w:rPr>
              <w:t>[July 20__ – June 20__]</w:t>
            </w:r>
          </w:p>
        </w:tc>
      </w:tr>
      <w:tr w:rsidR="00432015" w14:paraId="4B5BC05C" w14:textId="77777777" w:rsidTr="009B10DD">
        <w:trPr>
          <w:jc w:val="center"/>
        </w:trPr>
        <w:tc>
          <w:tcPr>
            <w:tcW w:w="3420" w:type="dxa"/>
            <w:shd w:val="clear" w:color="auto" w:fill="F3F7F9"/>
            <w:tcMar>
              <w:top w:w="65" w:type="dxa"/>
              <w:left w:w="75" w:type="dxa"/>
              <w:bottom w:w="65" w:type="dxa"/>
              <w:right w:w="75" w:type="dxa"/>
            </w:tcMar>
            <w:vAlign w:val="center"/>
          </w:tcPr>
          <w:p w14:paraId="25919CF8" w14:textId="77777777" w:rsidR="00432015" w:rsidRDefault="006D5C48">
            <w:pPr>
              <w:spacing w:after="20"/>
            </w:pPr>
            <w:r>
              <w:rPr>
                <w:b/>
                <w:color w:val="17365D"/>
                <w:sz w:val="16"/>
              </w:rPr>
              <w:t>Technology Director</w:t>
            </w:r>
          </w:p>
        </w:tc>
        <w:tc>
          <w:tcPr>
            <w:tcW w:w="7150" w:type="dxa"/>
            <w:tcMar>
              <w:top w:w="65" w:type="dxa"/>
              <w:left w:w="75" w:type="dxa"/>
              <w:bottom w:w="65" w:type="dxa"/>
              <w:right w:w="75" w:type="dxa"/>
            </w:tcMar>
            <w:vAlign w:val="center"/>
          </w:tcPr>
          <w:p w14:paraId="5E3FA9A3" w14:textId="77777777" w:rsidR="00432015" w:rsidRDefault="006D5C48">
            <w:pPr>
              <w:spacing w:after="20"/>
            </w:pPr>
            <w:r>
              <w:rPr>
                <w:color w:val="666666"/>
                <w:sz w:val="16"/>
              </w:rPr>
              <w:t>[Name / title / contact]</w:t>
            </w:r>
          </w:p>
        </w:tc>
      </w:tr>
      <w:tr w:rsidR="00432015" w14:paraId="62B56ED2" w14:textId="77777777" w:rsidTr="009B10DD">
        <w:trPr>
          <w:jc w:val="center"/>
        </w:trPr>
        <w:tc>
          <w:tcPr>
            <w:tcW w:w="3420" w:type="dxa"/>
            <w:shd w:val="clear" w:color="auto" w:fill="F3F7F9"/>
            <w:tcMar>
              <w:top w:w="65" w:type="dxa"/>
              <w:left w:w="75" w:type="dxa"/>
              <w:bottom w:w="65" w:type="dxa"/>
              <w:right w:w="75" w:type="dxa"/>
            </w:tcMar>
            <w:vAlign w:val="center"/>
          </w:tcPr>
          <w:p w14:paraId="19EF63B7" w14:textId="77777777" w:rsidR="00432015" w:rsidRDefault="006D5C48">
            <w:pPr>
              <w:spacing w:after="20"/>
            </w:pPr>
            <w:r>
              <w:rPr>
                <w:b/>
                <w:color w:val="17365D"/>
                <w:sz w:val="16"/>
              </w:rPr>
              <w:t>Principal / Administrator</w:t>
            </w:r>
          </w:p>
        </w:tc>
        <w:tc>
          <w:tcPr>
            <w:tcW w:w="7150" w:type="dxa"/>
            <w:tcMar>
              <w:top w:w="65" w:type="dxa"/>
              <w:left w:w="75" w:type="dxa"/>
              <w:bottom w:w="65" w:type="dxa"/>
              <w:right w:w="75" w:type="dxa"/>
            </w:tcMar>
            <w:vAlign w:val="center"/>
          </w:tcPr>
          <w:p w14:paraId="0FD1123D" w14:textId="77777777" w:rsidR="00432015" w:rsidRDefault="006D5C48">
            <w:pPr>
              <w:spacing w:after="20"/>
            </w:pPr>
            <w:r>
              <w:rPr>
                <w:color w:val="666666"/>
                <w:sz w:val="16"/>
              </w:rPr>
              <w:t>[Name / title]</w:t>
            </w:r>
          </w:p>
        </w:tc>
      </w:tr>
      <w:tr w:rsidR="00432015" w14:paraId="59CF9F78" w14:textId="77777777" w:rsidTr="009B10DD">
        <w:trPr>
          <w:jc w:val="center"/>
        </w:trPr>
        <w:tc>
          <w:tcPr>
            <w:tcW w:w="3420" w:type="dxa"/>
            <w:shd w:val="clear" w:color="auto" w:fill="F3F7F9"/>
            <w:tcMar>
              <w:top w:w="65" w:type="dxa"/>
              <w:left w:w="75" w:type="dxa"/>
              <w:bottom w:w="65" w:type="dxa"/>
              <w:right w:w="75" w:type="dxa"/>
            </w:tcMar>
            <w:vAlign w:val="center"/>
          </w:tcPr>
          <w:p w14:paraId="65696520" w14:textId="77777777" w:rsidR="00432015" w:rsidRDefault="006D5C48">
            <w:pPr>
              <w:spacing w:after="20"/>
            </w:pPr>
            <w:r>
              <w:rPr>
                <w:b/>
                <w:color w:val="17365D"/>
                <w:sz w:val="16"/>
              </w:rPr>
              <w:t>Conference / Education Office</w:t>
            </w:r>
          </w:p>
        </w:tc>
        <w:tc>
          <w:tcPr>
            <w:tcW w:w="7150" w:type="dxa"/>
            <w:tcMar>
              <w:top w:w="65" w:type="dxa"/>
              <w:left w:w="75" w:type="dxa"/>
              <w:bottom w:w="65" w:type="dxa"/>
              <w:right w:w="75" w:type="dxa"/>
            </w:tcMar>
            <w:vAlign w:val="center"/>
          </w:tcPr>
          <w:p w14:paraId="1759599D" w14:textId="77777777" w:rsidR="00432015" w:rsidRDefault="006D5C48">
            <w:pPr>
              <w:spacing w:after="20"/>
            </w:pPr>
            <w:r>
              <w:rPr>
                <w:color w:val="666666"/>
                <w:sz w:val="16"/>
              </w:rPr>
              <w:t>[Conference]</w:t>
            </w:r>
          </w:p>
        </w:tc>
      </w:tr>
    </w:tbl>
    <w:p w14:paraId="0D25AAB8" w14:textId="77777777" w:rsidR="00432015" w:rsidRDefault="00432015"/>
    <w:p w14:paraId="6AD11C58" w14:textId="77777777" w:rsidR="00432015" w:rsidRDefault="006D5C48">
      <w:r>
        <w:br w:type="page"/>
      </w:r>
    </w:p>
    <w:p w14:paraId="065A7E32" w14:textId="1B2E3A74" w:rsidR="00432015" w:rsidRPr="00AB5225" w:rsidRDefault="006D5C48" w:rsidP="00AB5225">
      <w:pPr>
        <w:pStyle w:val="Heading1"/>
      </w:pPr>
      <w:r w:rsidRPr="00AB5225">
        <w:lastRenderedPageBreak/>
        <w:t>1.  Mission, Vision &amp; Technology Governance</w:t>
      </w:r>
    </w:p>
    <w:tbl>
      <w:tblPr>
        <w:tblW w:w="10570"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385"/>
        <w:gridCol w:w="8185"/>
      </w:tblGrid>
      <w:tr w:rsidR="00432015" w14:paraId="09B73216" w14:textId="77777777" w:rsidTr="188ED11C">
        <w:trPr>
          <w:jc w:val="center"/>
        </w:trPr>
        <w:tc>
          <w:tcPr>
            <w:tcW w:w="2385" w:type="dxa"/>
            <w:shd w:val="clear" w:color="auto" w:fill="F3F7F9"/>
            <w:tcMar>
              <w:top w:w="65" w:type="dxa"/>
              <w:left w:w="75" w:type="dxa"/>
              <w:bottom w:w="65" w:type="dxa"/>
              <w:right w:w="75" w:type="dxa"/>
            </w:tcMar>
            <w:vAlign w:val="center"/>
          </w:tcPr>
          <w:p w14:paraId="5F4EA6C6" w14:textId="77777777" w:rsidR="00432015" w:rsidRDefault="006D5C48">
            <w:pPr>
              <w:spacing w:after="20"/>
            </w:pPr>
            <w:r>
              <w:rPr>
                <w:b/>
                <w:color w:val="17365D"/>
                <w:sz w:val="16"/>
              </w:rPr>
              <w:t>School Mission</w:t>
            </w:r>
          </w:p>
        </w:tc>
        <w:tc>
          <w:tcPr>
            <w:tcW w:w="8185" w:type="dxa"/>
            <w:tcMar>
              <w:top w:w="65" w:type="dxa"/>
              <w:left w:w="75" w:type="dxa"/>
              <w:bottom w:w="65" w:type="dxa"/>
              <w:right w:w="75" w:type="dxa"/>
            </w:tcMar>
            <w:vAlign w:val="center"/>
          </w:tcPr>
          <w:p w14:paraId="6760DACF" w14:textId="77777777" w:rsidR="00432015" w:rsidRDefault="006D5C48">
            <w:pPr>
              <w:spacing w:after="20"/>
            </w:pPr>
            <w:r>
              <w:rPr>
                <w:color w:val="666666"/>
                <w:sz w:val="16"/>
              </w:rPr>
              <w:t>[Paste current academy mission.]</w:t>
            </w:r>
          </w:p>
        </w:tc>
      </w:tr>
      <w:tr w:rsidR="00432015" w14:paraId="3DC48A37" w14:textId="77777777" w:rsidTr="188ED11C">
        <w:trPr>
          <w:jc w:val="center"/>
        </w:trPr>
        <w:tc>
          <w:tcPr>
            <w:tcW w:w="2385" w:type="dxa"/>
            <w:shd w:val="clear" w:color="auto" w:fill="F3F7F9"/>
            <w:tcMar>
              <w:top w:w="65" w:type="dxa"/>
              <w:left w:w="75" w:type="dxa"/>
              <w:bottom w:w="65" w:type="dxa"/>
              <w:right w:w="75" w:type="dxa"/>
            </w:tcMar>
            <w:vAlign w:val="center"/>
          </w:tcPr>
          <w:p w14:paraId="54092545" w14:textId="77777777" w:rsidR="00432015" w:rsidRDefault="006D5C48">
            <w:pPr>
              <w:spacing w:after="20"/>
            </w:pPr>
            <w:r>
              <w:rPr>
                <w:b/>
                <w:color w:val="17365D"/>
                <w:sz w:val="16"/>
              </w:rPr>
              <w:t>Technology Mission</w:t>
            </w:r>
          </w:p>
        </w:tc>
        <w:tc>
          <w:tcPr>
            <w:tcW w:w="8185" w:type="dxa"/>
            <w:tcMar>
              <w:top w:w="65" w:type="dxa"/>
              <w:left w:w="75" w:type="dxa"/>
              <w:bottom w:w="65" w:type="dxa"/>
              <w:right w:w="75" w:type="dxa"/>
            </w:tcMar>
            <w:vAlign w:val="center"/>
          </w:tcPr>
          <w:p w14:paraId="7DE7B981" w14:textId="77777777" w:rsidR="00432015" w:rsidRDefault="006D5C48">
            <w:pPr>
              <w:spacing w:after="20"/>
            </w:pPr>
            <w:r>
              <w:rPr>
                <w:color w:val="666666"/>
                <w:sz w:val="16"/>
              </w:rPr>
              <w:t>[How technology serves the school’s Christ-centered mission and student learning.]</w:t>
            </w:r>
          </w:p>
        </w:tc>
      </w:tr>
      <w:tr w:rsidR="00432015" w14:paraId="23C3403B" w14:textId="77777777" w:rsidTr="188ED11C">
        <w:trPr>
          <w:jc w:val="center"/>
        </w:trPr>
        <w:tc>
          <w:tcPr>
            <w:tcW w:w="2385" w:type="dxa"/>
            <w:shd w:val="clear" w:color="auto" w:fill="F3F7F9"/>
            <w:tcMar>
              <w:top w:w="65" w:type="dxa"/>
              <w:left w:w="75" w:type="dxa"/>
              <w:bottom w:w="65" w:type="dxa"/>
              <w:right w:w="75" w:type="dxa"/>
            </w:tcMar>
            <w:vAlign w:val="center"/>
          </w:tcPr>
          <w:p w14:paraId="37F73FAA" w14:textId="77777777" w:rsidR="00432015" w:rsidRDefault="006D5C48">
            <w:pPr>
              <w:spacing w:after="20"/>
            </w:pPr>
            <w:r>
              <w:rPr>
                <w:b/>
                <w:color w:val="17365D"/>
                <w:sz w:val="16"/>
              </w:rPr>
              <w:t>Three-Year Vision</w:t>
            </w:r>
          </w:p>
        </w:tc>
        <w:tc>
          <w:tcPr>
            <w:tcW w:w="8185" w:type="dxa"/>
            <w:tcMar>
              <w:top w:w="65" w:type="dxa"/>
              <w:left w:w="75" w:type="dxa"/>
              <w:bottom w:w="65" w:type="dxa"/>
              <w:right w:w="75" w:type="dxa"/>
            </w:tcMar>
            <w:vAlign w:val="center"/>
          </w:tcPr>
          <w:p w14:paraId="235234E0" w14:textId="77777777" w:rsidR="00432015" w:rsidRDefault="006D5C48">
            <w:pPr>
              <w:spacing w:after="20"/>
            </w:pPr>
            <w:r>
              <w:rPr>
                <w:color w:val="666666"/>
                <w:sz w:val="16"/>
              </w:rPr>
              <w:t>[What should be measurably better for students, teachers, and operations in three years?]</w:t>
            </w:r>
          </w:p>
        </w:tc>
      </w:tr>
      <w:tr w:rsidR="00432015" w14:paraId="6997171E" w14:textId="77777777" w:rsidTr="188ED11C">
        <w:trPr>
          <w:jc w:val="center"/>
        </w:trPr>
        <w:tc>
          <w:tcPr>
            <w:tcW w:w="2385" w:type="dxa"/>
            <w:shd w:val="clear" w:color="auto" w:fill="F3F7F9"/>
            <w:tcMar>
              <w:top w:w="65" w:type="dxa"/>
              <w:left w:w="75" w:type="dxa"/>
              <w:bottom w:w="65" w:type="dxa"/>
              <w:right w:w="75" w:type="dxa"/>
            </w:tcMar>
            <w:vAlign w:val="center"/>
          </w:tcPr>
          <w:p w14:paraId="1483DC85" w14:textId="77777777" w:rsidR="00432015" w:rsidRDefault="006D5C48">
            <w:pPr>
              <w:spacing w:after="20"/>
            </w:pPr>
            <w:r>
              <w:rPr>
                <w:b/>
                <w:color w:val="17365D"/>
                <w:sz w:val="16"/>
              </w:rPr>
              <w:t>Technology Director Role</w:t>
            </w:r>
          </w:p>
        </w:tc>
        <w:tc>
          <w:tcPr>
            <w:tcW w:w="8185" w:type="dxa"/>
            <w:tcMar>
              <w:top w:w="65" w:type="dxa"/>
              <w:left w:w="75" w:type="dxa"/>
              <w:bottom w:w="65" w:type="dxa"/>
              <w:right w:w="75" w:type="dxa"/>
            </w:tcMar>
            <w:vAlign w:val="center"/>
          </w:tcPr>
          <w:p w14:paraId="21AF9FED" w14:textId="77777777" w:rsidR="00432015" w:rsidRDefault="006D5C48">
            <w:pPr>
              <w:spacing w:after="20"/>
            </w:pPr>
            <w:r>
              <w:rPr>
                <w:color w:val="666666"/>
                <w:sz w:val="16"/>
              </w:rPr>
              <w:t>[Strategic leadership, infrastructure, security, systems, vendor management, support, and learning partnership.]</w:t>
            </w:r>
          </w:p>
        </w:tc>
      </w:tr>
      <w:tr w:rsidR="00432015" w14:paraId="2D9F55BA" w14:textId="77777777" w:rsidTr="188ED11C">
        <w:trPr>
          <w:jc w:val="center"/>
        </w:trPr>
        <w:tc>
          <w:tcPr>
            <w:tcW w:w="2385" w:type="dxa"/>
            <w:shd w:val="clear" w:color="auto" w:fill="F3F7F9"/>
            <w:tcMar>
              <w:top w:w="65" w:type="dxa"/>
              <w:left w:w="75" w:type="dxa"/>
              <w:bottom w:w="65" w:type="dxa"/>
              <w:right w:w="75" w:type="dxa"/>
            </w:tcMar>
            <w:vAlign w:val="center"/>
          </w:tcPr>
          <w:p w14:paraId="645ED9CD" w14:textId="77777777" w:rsidR="00432015" w:rsidRDefault="006D5C48">
            <w:pPr>
              <w:spacing w:after="20"/>
            </w:pPr>
            <w:r>
              <w:rPr>
                <w:b/>
                <w:color w:val="17365D"/>
                <w:sz w:val="16"/>
              </w:rPr>
              <w:t>Technology Committee</w:t>
            </w:r>
          </w:p>
        </w:tc>
        <w:tc>
          <w:tcPr>
            <w:tcW w:w="8185" w:type="dxa"/>
            <w:tcMar>
              <w:top w:w="65" w:type="dxa"/>
              <w:left w:w="75" w:type="dxa"/>
              <w:bottom w:w="65" w:type="dxa"/>
              <w:right w:w="75" w:type="dxa"/>
            </w:tcMar>
            <w:vAlign w:val="center"/>
          </w:tcPr>
          <w:p w14:paraId="25D669A3" w14:textId="77777777" w:rsidR="00432015" w:rsidRDefault="006D5C48">
            <w:pPr>
              <w:spacing w:after="20"/>
            </w:pPr>
            <w:r>
              <w:rPr>
                <w:color w:val="666666"/>
                <w:sz w:val="16"/>
              </w:rPr>
              <w:t>[Membership, meeting frequency, decision-making authority, and relationship to administration/board.]</w:t>
            </w:r>
          </w:p>
        </w:tc>
      </w:tr>
      <w:tr w:rsidR="00432015" w14:paraId="2769EB73" w14:textId="77777777" w:rsidTr="188ED11C">
        <w:trPr>
          <w:jc w:val="center"/>
        </w:trPr>
        <w:tc>
          <w:tcPr>
            <w:tcW w:w="2385" w:type="dxa"/>
            <w:shd w:val="clear" w:color="auto" w:fill="F3F7F9"/>
            <w:tcMar>
              <w:top w:w="65" w:type="dxa"/>
              <w:left w:w="75" w:type="dxa"/>
              <w:bottom w:w="65" w:type="dxa"/>
              <w:right w:w="75" w:type="dxa"/>
            </w:tcMar>
            <w:vAlign w:val="center"/>
          </w:tcPr>
          <w:p w14:paraId="54A88D4C" w14:textId="77777777" w:rsidR="00432015" w:rsidRDefault="006D5C48">
            <w:pPr>
              <w:spacing w:after="20"/>
            </w:pPr>
            <w:r>
              <w:rPr>
                <w:b/>
                <w:color w:val="17365D"/>
                <w:sz w:val="16"/>
              </w:rPr>
              <w:t>Annual Review Cycle</w:t>
            </w:r>
          </w:p>
        </w:tc>
        <w:tc>
          <w:tcPr>
            <w:tcW w:w="8185" w:type="dxa"/>
            <w:tcMar>
              <w:top w:w="65" w:type="dxa"/>
              <w:left w:w="75" w:type="dxa"/>
              <w:bottom w:w="65" w:type="dxa"/>
              <w:right w:w="75" w:type="dxa"/>
            </w:tcMar>
            <w:vAlign w:val="center"/>
          </w:tcPr>
          <w:p w14:paraId="61417672" w14:textId="77777777" w:rsidR="00432015" w:rsidRDefault="006D5C48">
            <w:pPr>
              <w:spacing w:after="20"/>
            </w:pPr>
            <w:r>
              <w:rPr>
                <w:color w:val="666666"/>
                <w:sz w:val="16"/>
              </w:rPr>
              <w:t>[When the plan is reviewed; who receives the report; how revisions are approved.]</w:t>
            </w:r>
          </w:p>
        </w:tc>
      </w:tr>
    </w:tbl>
    <w:p w14:paraId="257A742B" w14:textId="77777777" w:rsidR="00432015" w:rsidRDefault="00432015"/>
    <w:p w14:paraId="65C763D8" w14:textId="77777777" w:rsidR="00432015" w:rsidRDefault="006D5C48">
      <w:pPr>
        <w:spacing w:before="140" w:after="40"/>
      </w:pPr>
      <w:r>
        <w:rPr>
          <w:b/>
          <w:color w:val="17365D"/>
          <w:sz w:val="30"/>
        </w:rPr>
        <w:t xml:space="preserve">Governance Questions.  </w:t>
      </w:r>
    </w:p>
    <w:p w14:paraId="2D4E4796" w14:textId="77777777" w:rsidR="00432015" w:rsidRDefault="006D5C48">
      <w:pPr>
        <w:pStyle w:val="ListBullet"/>
        <w:spacing w:after="20"/>
        <w:ind w:left="317"/>
      </w:pPr>
      <w:r>
        <w:t>Who owns instructional technology decisions—the technology director, academic leadership, teachers, or a shared team?</w:t>
      </w:r>
    </w:p>
    <w:p w14:paraId="2F1D1179" w14:textId="77777777" w:rsidR="00432015" w:rsidRDefault="006D5C48">
      <w:pPr>
        <w:pStyle w:val="ListBullet"/>
        <w:spacing w:after="20"/>
        <w:ind w:left="317"/>
      </w:pPr>
      <w:r>
        <w:t>Who approves new systems, apps, AI tools, subscriptions, integrations, and data-sharing arrangements?</w:t>
      </w:r>
    </w:p>
    <w:p w14:paraId="0934097B" w14:textId="77777777" w:rsidR="00432015" w:rsidRDefault="006D5C48">
      <w:pPr>
        <w:pStyle w:val="ListBullet"/>
        <w:spacing w:after="20"/>
        <w:ind w:left="317"/>
      </w:pPr>
      <w:r>
        <w:t>Which decisions require administration or school-board approval?</w:t>
      </w:r>
    </w:p>
    <w:p w14:paraId="2C5C61D7" w14:textId="77777777" w:rsidR="00432015" w:rsidRDefault="006D5C48">
      <w:pPr>
        <w:pStyle w:val="ListBullet"/>
        <w:spacing w:after="20"/>
        <w:ind w:left="317"/>
      </w:pPr>
      <w:r>
        <w:t>How are technology priorities connected to the school’s strategic plan and annual goals?</w:t>
      </w:r>
    </w:p>
    <w:p w14:paraId="6F224ABF" w14:textId="77777777" w:rsidR="00432015" w:rsidRDefault="006D5C48" w:rsidP="00AB5225">
      <w:pPr>
        <w:pStyle w:val="ListBullet"/>
        <w:spacing w:after="360"/>
        <w:ind w:left="317"/>
      </w:pPr>
      <w:r>
        <w:t>How will the technology director communicate technology risks, major projects, and budget needs to nontechnical leaders?</w:t>
      </w:r>
    </w:p>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60"/>
      </w:tblGrid>
      <w:tr w:rsidR="00432015" w14:paraId="6D340927" w14:textId="77777777">
        <w:trPr>
          <w:jc w:val="center"/>
        </w:trPr>
        <w:tc>
          <w:tcPr>
            <w:tcW w:w="10570" w:type="dxa"/>
            <w:shd w:val="clear" w:color="auto" w:fill="F3F7F9"/>
            <w:tcMar>
              <w:top w:w="95" w:type="dxa"/>
              <w:left w:w="120" w:type="dxa"/>
              <w:bottom w:w="95" w:type="dxa"/>
              <w:right w:w="120" w:type="dxa"/>
            </w:tcMar>
          </w:tcPr>
          <w:p w14:paraId="119A72D5" w14:textId="34CBE453" w:rsidR="00432015" w:rsidRDefault="006D5C48" w:rsidP="00157BC2">
            <w:r>
              <w:rPr>
                <w:b/>
                <w:color w:val="17365D"/>
              </w:rPr>
              <w:t>Important distinction</w:t>
            </w:r>
            <w:r w:rsidR="00F97F65">
              <w:rPr>
                <w:b/>
                <w:color w:val="17365D"/>
              </w:rPr>
              <w:t>:</w:t>
            </w:r>
            <w:r>
              <w:rPr>
                <w:b/>
                <w:color w:val="17365D"/>
              </w:rPr>
              <w:t xml:space="preserve"> </w:t>
            </w:r>
            <w:r>
              <w:t>The technology director is accountable for technology systems and their effective operation, but instructional priorities should be established collaboratively with school leadership and educators. The plan should make that partnership explicit.</w:t>
            </w:r>
          </w:p>
        </w:tc>
      </w:tr>
    </w:tbl>
    <w:p w14:paraId="00500AB8" w14:textId="77777777" w:rsidR="00432015" w:rsidRDefault="006D5C48">
      <w:r>
        <w:br w:type="page"/>
      </w:r>
    </w:p>
    <w:p w14:paraId="19B7D78A" w14:textId="77777777" w:rsidR="00432015" w:rsidRDefault="006D5C48" w:rsidP="00AB5225">
      <w:pPr>
        <w:pStyle w:val="Heading1"/>
      </w:pPr>
      <w:r>
        <w:lastRenderedPageBreak/>
        <w:t>2.  Learning With Technology</w:t>
      </w:r>
    </w:p>
    <w:p w14:paraId="3CD4806F" w14:textId="77777777" w:rsidR="00432015" w:rsidRDefault="006D5C48">
      <w:pPr>
        <w:spacing w:after="100"/>
      </w:pPr>
      <w:r>
        <w:rPr>
          <w:i/>
          <w:color w:val="666666"/>
        </w:rPr>
        <w:t>Technology should be evaluated by its effect on learning, student agency, access, and school mission—not simply by how much equipment is deployed.</w:t>
      </w:r>
    </w:p>
    <w:tbl>
      <w:tblPr>
        <w:tblW w:w="10518"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114"/>
        <w:gridCol w:w="3540"/>
        <w:gridCol w:w="3360"/>
        <w:gridCol w:w="1504"/>
      </w:tblGrid>
      <w:tr w:rsidR="00432015" w:rsidRPr="00871ED2" w14:paraId="10410E83" w14:textId="77777777" w:rsidTr="13DA6735">
        <w:trPr>
          <w:jc w:val="center"/>
        </w:trPr>
        <w:tc>
          <w:tcPr>
            <w:tcW w:w="2114" w:type="dxa"/>
            <w:shd w:val="clear" w:color="auto" w:fill="17365D" w:themeFill="text2" w:themeFillShade="BF"/>
            <w:tcMar>
              <w:top w:w="65" w:type="dxa"/>
              <w:left w:w="75" w:type="dxa"/>
              <w:bottom w:w="65" w:type="dxa"/>
              <w:right w:w="75" w:type="dxa"/>
            </w:tcMar>
            <w:vAlign w:val="center"/>
          </w:tcPr>
          <w:p w14:paraId="3F4FE61E" w14:textId="77777777" w:rsidR="00432015" w:rsidRPr="00871ED2" w:rsidRDefault="006D5C48">
            <w:pPr>
              <w:spacing w:after="20"/>
              <w:rPr>
                <w:sz w:val="16"/>
                <w:szCs w:val="24"/>
              </w:rPr>
            </w:pPr>
            <w:r w:rsidRPr="00871ED2">
              <w:rPr>
                <w:b/>
                <w:color w:val="FFFFFF"/>
                <w:sz w:val="16"/>
                <w:szCs w:val="24"/>
              </w:rPr>
              <w:t>Learning priority</w:t>
            </w:r>
          </w:p>
        </w:tc>
        <w:tc>
          <w:tcPr>
            <w:tcW w:w="3540" w:type="dxa"/>
            <w:shd w:val="clear" w:color="auto" w:fill="17365D" w:themeFill="text2" w:themeFillShade="BF"/>
            <w:tcMar>
              <w:top w:w="65" w:type="dxa"/>
              <w:left w:w="75" w:type="dxa"/>
              <w:bottom w:w="65" w:type="dxa"/>
              <w:right w:w="75" w:type="dxa"/>
            </w:tcMar>
            <w:vAlign w:val="center"/>
          </w:tcPr>
          <w:p w14:paraId="773BD700" w14:textId="77777777" w:rsidR="00432015" w:rsidRPr="00871ED2" w:rsidRDefault="006D5C48">
            <w:pPr>
              <w:spacing w:after="20"/>
              <w:rPr>
                <w:sz w:val="16"/>
                <w:szCs w:val="24"/>
              </w:rPr>
            </w:pPr>
            <w:r w:rsidRPr="00871ED2">
              <w:rPr>
                <w:b/>
                <w:color w:val="FFFFFF"/>
                <w:sz w:val="16"/>
                <w:szCs w:val="24"/>
              </w:rPr>
              <w:t>Student experience</w:t>
            </w:r>
          </w:p>
        </w:tc>
        <w:tc>
          <w:tcPr>
            <w:tcW w:w="3360" w:type="dxa"/>
            <w:shd w:val="clear" w:color="auto" w:fill="17365D" w:themeFill="text2" w:themeFillShade="BF"/>
            <w:tcMar>
              <w:top w:w="65" w:type="dxa"/>
              <w:left w:w="75" w:type="dxa"/>
              <w:bottom w:w="65" w:type="dxa"/>
              <w:right w:w="75" w:type="dxa"/>
            </w:tcMar>
            <w:vAlign w:val="center"/>
          </w:tcPr>
          <w:p w14:paraId="4DB40D7D" w14:textId="77777777" w:rsidR="00432015" w:rsidRPr="00871ED2" w:rsidRDefault="006D5C48">
            <w:pPr>
              <w:spacing w:after="20"/>
              <w:rPr>
                <w:sz w:val="16"/>
                <w:szCs w:val="24"/>
              </w:rPr>
            </w:pPr>
            <w:r w:rsidRPr="00871ED2">
              <w:rPr>
                <w:b/>
                <w:color w:val="FFFFFF"/>
                <w:sz w:val="16"/>
                <w:szCs w:val="24"/>
              </w:rPr>
              <w:t>Teacher practice</w:t>
            </w:r>
          </w:p>
        </w:tc>
        <w:tc>
          <w:tcPr>
            <w:tcW w:w="1504" w:type="dxa"/>
            <w:shd w:val="clear" w:color="auto" w:fill="17365D" w:themeFill="text2" w:themeFillShade="BF"/>
            <w:tcMar>
              <w:top w:w="65" w:type="dxa"/>
              <w:left w:w="75" w:type="dxa"/>
              <w:bottom w:w="65" w:type="dxa"/>
              <w:right w:w="75" w:type="dxa"/>
            </w:tcMar>
            <w:vAlign w:val="center"/>
          </w:tcPr>
          <w:p w14:paraId="0F76633B" w14:textId="77777777" w:rsidR="00432015" w:rsidRPr="00871ED2" w:rsidRDefault="006D5C48">
            <w:pPr>
              <w:spacing w:after="20"/>
              <w:rPr>
                <w:sz w:val="16"/>
                <w:szCs w:val="24"/>
              </w:rPr>
            </w:pPr>
            <w:r w:rsidRPr="00871ED2">
              <w:rPr>
                <w:b/>
                <w:color w:val="FFFFFF"/>
                <w:sz w:val="16"/>
                <w:szCs w:val="24"/>
              </w:rPr>
              <w:t>Year / target</w:t>
            </w:r>
          </w:p>
        </w:tc>
      </w:tr>
      <w:tr w:rsidR="00432015" w14:paraId="150C8E38" w14:textId="77777777" w:rsidTr="13DA6735">
        <w:trPr>
          <w:jc w:val="center"/>
        </w:trPr>
        <w:tc>
          <w:tcPr>
            <w:tcW w:w="2114" w:type="dxa"/>
            <w:shd w:val="clear" w:color="auto" w:fill="F3F7F9"/>
            <w:tcMar>
              <w:top w:w="65" w:type="dxa"/>
              <w:left w:w="75" w:type="dxa"/>
              <w:bottom w:w="65" w:type="dxa"/>
              <w:right w:w="75" w:type="dxa"/>
            </w:tcMar>
            <w:vAlign w:val="center"/>
          </w:tcPr>
          <w:p w14:paraId="2AD67BA0" w14:textId="77777777" w:rsidR="00432015" w:rsidRDefault="006D5C48">
            <w:pPr>
              <w:spacing w:after="20"/>
            </w:pPr>
            <w:r>
              <w:rPr>
                <w:b/>
                <w:color w:val="17365D"/>
                <w:sz w:val="14"/>
              </w:rPr>
              <w:t>Student agency &amp; inquiry</w:t>
            </w:r>
          </w:p>
        </w:tc>
        <w:tc>
          <w:tcPr>
            <w:tcW w:w="3540" w:type="dxa"/>
            <w:tcMar>
              <w:top w:w="65" w:type="dxa"/>
              <w:left w:w="75" w:type="dxa"/>
              <w:bottom w:w="65" w:type="dxa"/>
              <w:right w:w="75" w:type="dxa"/>
            </w:tcMar>
            <w:vAlign w:val="center"/>
          </w:tcPr>
          <w:p w14:paraId="01518045" w14:textId="77777777" w:rsidR="00432015" w:rsidRDefault="006D5C48">
            <w:pPr>
              <w:spacing w:after="20"/>
            </w:pPr>
            <w:r>
              <w:rPr>
                <w:color w:val="666666"/>
                <w:sz w:val="14"/>
              </w:rPr>
              <w:t>[Research / create / reflect]</w:t>
            </w:r>
          </w:p>
        </w:tc>
        <w:tc>
          <w:tcPr>
            <w:tcW w:w="3360" w:type="dxa"/>
            <w:tcMar>
              <w:top w:w="65" w:type="dxa"/>
              <w:left w:w="75" w:type="dxa"/>
              <w:bottom w:w="65" w:type="dxa"/>
              <w:right w:w="75" w:type="dxa"/>
            </w:tcMar>
            <w:vAlign w:val="center"/>
          </w:tcPr>
          <w:p w14:paraId="2EB2940F" w14:textId="77777777" w:rsidR="00432015" w:rsidRDefault="006D5C48">
            <w:pPr>
              <w:spacing w:after="20"/>
            </w:pPr>
            <w:r>
              <w:rPr>
                <w:color w:val="666666"/>
                <w:sz w:val="14"/>
              </w:rPr>
              <w:t>[Digital pedagogy]</w:t>
            </w:r>
          </w:p>
        </w:tc>
        <w:tc>
          <w:tcPr>
            <w:tcW w:w="1504" w:type="dxa"/>
            <w:tcMar>
              <w:top w:w="65" w:type="dxa"/>
              <w:left w:w="75" w:type="dxa"/>
              <w:bottom w:w="65" w:type="dxa"/>
              <w:right w:w="75" w:type="dxa"/>
            </w:tcMar>
            <w:vAlign w:val="center"/>
          </w:tcPr>
          <w:p w14:paraId="13E6D7BF" w14:textId="77777777" w:rsidR="00432015" w:rsidRDefault="006D5C48">
            <w:pPr>
              <w:spacing w:after="20"/>
            </w:pPr>
            <w:r>
              <w:rPr>
                <w:color w:val="666666"/>
                <w:sz w:val="14"/>
              </w:rPr>
              <w:t>[Year]</w:t>
            </w:r>
          </w:p>
        </w:tc>
      </w:tr>
      <w:tr w:rsidR="00432015" w14:paraId="2194EDC1" w14:textId="77777777" w:rsidTr="13DA6735">
        <w:trPr>
          <w:jc w:val="center"/>
        </w:trPr>
        <w:tc>
          <w:tcPr>
            <w:tcW w:w="2114" w:type="dxa"/>
            <w:shd w:val="clear" w:color="auto" w:fill="F3F7F9"/>
            <w:tcMar>
              <w:top w:w="65" w:type="dxa"/>
              <w:left w:w="75" w:type="dxa"/>
              <w:bottom w:w="65" w:type="dxa"/>
              <w:right w:w="75" w:type="dxa"/>
            </w:tcMar>
            <w:vAlign w:val="center"/>
          </w:tcPr>
          <w:p w14:paraId="1DB8AD43" w14:textId="77777777" w:rsidR="00432015" w:rsidRDefault="006D5C48">
            <w:pPr>
              <w:spacing w:after="20"/>
            </w:pPr>
            <w:r>
              <w:rPr>
                <w:b/>
                <w:color w:val="17365D"/>
                <w:sz w:val="14"/>
              </w:rPr>
              <w:t>Critical thinking &amp; media literacy</w:t>
            </w:r>
          </w:p>
        </w:tc>
        <w:tc>
          <w:tcPr>
            <w:tcW w:w="3540" w:type="dxa"/>
            <w:tcMar>
              <w:top w:w="65" w:type="dxa"/>
              <w:left w:w="75" w:type="dxa"/>
              <w:bottom w:w="65" w:type="dxa"/>
              <w:right w:w="75" w:type="dxa"/>
            </w:tcMar>
            <w:vAlign w:val="center"/>
          </w:tcPr>
          <w:p w14:paraId="50DB93EE" w14:textId="77777777" w:rsidR="00432015" w:rsidRDefault="006D5C48">
            <w:pPr>
              <w:spacing w:after="20"/>
            </w:pPr>
            <w:r>
              <w:rPr>
                <w:color w:val="666666"/>
                <w:sz w:val="14"/>
              </w:rPr>
              <w:t>[Evaluate sources / claims / bias]</w:t>
            </w:r>
          </w:p>
        </w:tc>
        <w:tc>
          <w:tcPr>
            <w:tcW w:w="3360" w:type="dxa"/>
            <w:tcMar>
              <w:top w:w="65" w:type="dxa"/>
              <w:left w:w="75" w:type="dxa"/>
              <w:bottom w:w="65" w:type="dxa"/>
              <w:right w:w="75" w:type="dxa"/>
            </w:tcMar>
            <w:vAlign w:val="center"/>
          </w:tcPr>
          <w:p w14:paraId="12C6F694" w14:textId="77777777" w:rsidR="00432015" w:rsidRDefault="006D5C48">
            <w:pPr>
              <w:spacing w:after="20"/>
            </w:pPr>
            <w:r>
              <w:rPr>
                <w:color w:val="666666"/>
                <w:sz w:val="14"/>
              </w:rPr>
              <w:t>[Source evaluation]</w:t>
            </w:r>
          </w:p>
        </w:tc>
        <w:tc>
          <w:tcPr>
            <w:tcW w:w="1504" w:type="dxa"/>
            <w:tcMar>
              <w:top w:w="65" w:type="dxa"/>
              <w:left w:w="75" w:type="dxa"/>
              <w:bottom w:w="65" w:type="dxa"/>
              <w:right w:w="75" w:type="dxa"/>
            </w:tcMar>
            <w:vAlign w:val="center"/>
          </w:tcPr>
          <w:p w14:paraId="75EE5724" w14:textId="77777777" w:rsidR="00432015" w:rsidRDefault="006D5C48">
            <w:pPr>
              <w:spacing w:after="20"/>
            </w:pPr>
            <w:r>
              <w:rPr>
                <w:color w:val="666666"/>
                <w:sz w:val="14"/>
              </w:rPr>
              <w:t>[Year]</w:t>
            </w:r>
          </w:p>
        </w:tc>
      </w:tr>
      <w:tr w:rsidR="00432015" w14:paraId="73A4D405" w14:textId="77777777" w:rsidTr="13DA6735">
        <w:trPr>
          <w:jc w:val="center"/>
        </w:trPr>
        <w:tc>
          <w:tcPr>
            <w:tcW w:w="2114" w:type="dxa"/>
            <w:shd w:val="clear" w:color="auto" w:fill="F3F7F9"/>
            <w:tcMar>
              <w:top w:w="65" w:type="dxa"/>
              <w:left w:w="75" w:type="dxa"/>
              <w:bottom w:w="65" w:type="dxa"/>
              <w:right w:w="75" w:type="dxa"/>
            </w:tcMar>
            <w:vAlign w:val="center"/>
          </w:tcPr>
          <w:p w14:paraId="6971B85D" w14:textId="77777777" w:rsidR="00432015" w:rsidRDefault="006D5C48">
            <w:pPr>
              <w:spacing w:after="20"/>
            </w:pPr>
            <w:r>
              <w:rPr>
                <w:b/>
                <w:color w:val="17365D"/>
                <w:sz w:val="14"/>
              </w:rPr>
              <w:t>Creative communication</w:t>
            </w:r>
          </w:p>
        </w:tc>
        <w:tc>
          <w:tcPr>
            <w:tcW w:w="3540" w:type="dxa"/>
            <w:tcMar>
              <w:top w:w="65" w:type="dxa"/>
              <w:left w:w="75" w:type="dxa"/>
              <w:bottom w:w="65" w:type="dxa"/>
              <w:right w:w="75" w:type="dxa"/>
            </w:tcMar>
            <w:vAlign w:val="center"/>
          </w:tcPr>
          <w:p w14:paraId="4ABAAAEA" w14:textId="77777777" w:rsidR="00432015" w:rsidRDefault="006D5C48">
            <w:pPr>
              <w:spacing w:after="20"/>
            </w:pPr>
            <w:r>
              <w:rPr>
                <w:color w:val="666666"/>
                <w:sz w:val="14"/>
              </w:rPr>
              <w:t>[Produce / present / publish]</w:t>
            </w:r>
          </w:p>
        </w:tc>
        <w:tc>
          <w:tcPr>
            <w:tcW w:w="3360" w:type="dxa"/>
            <w:tcMar>
              <w:top w:w="65" w:type="dxa"/>
              <w:left w:w="75" w:type="dxa"/>
              <w:bottom w:w="65" w:type="dxa"/>
              <w:right w:w="75" w:type="dxa"/>
            </w:tcMar>
            <w:vAlign w:val="center"/>
          </w:tcPr>
          <w:p w14:paraId="763BB8C2" w14:textId="77777777" w:rsidR="00432015" w:rsidRDefault="006D5C48">
            <w:pPr>
              <w:spacing w:after="20"/>
            </w:pPr>
            <w:r>
              <w:rPr>
                <w:color w:val="666666"/>
                <w:sz w:val="14"/>
              </w:rPr>
              <w:t>[Authentic audience]</w:t>
            </w:r>
          </w:p>
        </w:tc>
        <w:tc>
          <w:tcPr>
            <w:tcW w:w="1504" w:type="dxa"/>
            <w:tcMar>
              <w:top w:w="65" w:type="dxa"/>
              <w:left w:w="75" w:type="dxa"/>
              <w:bottom w:w="65" w:type="dxa"/>
              <w:right w:w="75" w:type="dxa"/>
            </w:tcMar>
            <w:vAlign w:val="center"/>
          </w:tcPr>
          <w:p w14:paraId="6C2BDDF0" w14:textId="77777777" w:rsidR="00432015" w:rsidRDefault="006D5C48">
            <w:pPr>
              <w:spacing w:after="20"/>
            </w:pPr>
            <w:r>
              <w:rPr>
                <w:color w:val="666666"/>
                <w:sz w:val="14"/>
              </w:rPr>
              <w:t>[Year]</w:t>
            </w:r>
          </w:p>
        </w:tc>
      </w:tr>
      <w:tr w:rsidR="00432015" w14:paraId="449DFF4D" w14:textId="77777777" w:rsidTr="13DA6735">
        <w:trPr>
          <w:jc w:val="center"/>
        </w:trPr>
        <w:tc>
          <w:tcPr>
            <w:tcW w:w="2114" w:type="dxa"/>
            <w:shd w:val="clear" w:color="auto" w:fill="F3F7F9"/>
            <w:tcMar>
              <w:top w:w="65" w:type="dxa"/>
              <w:left w:w="75" w:type="dxa"/>
              <w:bottom w:w="65" w:type="dxa"/>
              <w:right w:w="75" w:type="dxa"/>
            </w:tcMar>
            <w:vAlign w:val="center"/>
          </w:tcPr>
          <w:p w14:paraId="1566C84B" w14:textId="77777777" w:rsidR="00432015" w:rsidRDefault="006D5C48">
            <w:pPr>
              <w:spacing w:after="20"/>
            </w:pPr>
            <w:r>
              <w:rPr>
                <w:b/>
                <w:color w:val="17365D"/>
                <w:sz w:val="14"/>
              </w:rPr>
              <w:t>Design &amp; computational thinking</w:t>
            </w:r>
          </w:p>
        </w:tc>
        <w:tc>
          <w:tcPr>
            <w:tcW w:w="3540" w:type="dxa"/>
            <w:tcMar>
              <w:top w:w="65" w:type="dxa"/>
              <w:left w:w="75" w:type="dxa"/>
              <w:bottom w:w="65" w:type="dxa"/>
              <w:right w:w="75" w:type="dxa"/>
            </w:tcMar>
            <w:vAlign w:val="center"/>
          </w:tcPr>
          <w:p w14:paraId="231E9E1E" w14:textId="77777777" w:rsidR="00432015" w:rsidRDefault="006D5C48">
            <w:pPr>
              <w:spacing w:after="20"/>
            </w:pPr>
            <w:r>
              <w:rPr>
                <w:color w:val="666666"/>
                <w:sz w:val="14"/>
              </w:rPr>
              <w:t>[Solve / model / code / iterate]</w:t>
            </w:r>
          </w:p>
        </w:tc>
        <w:tc>
          <w:tcPr>
            <w:tcW w:w="3360" w:type="dxa"/>
            <w:tcMar>
              <w:top w:w="65" w:type="dxa"/>
              <w:left w:w="75" w:type="dxa"/>
              <w:bottom w:w="65" w:type="dxa"/>
              <w:right w:w="75" w:type="dxa"/>
            </w:tcMar>
            <w:vAlign w:val="center"/>
          </w:tcPr>
          <w:p w14:paraId="68A4B991" w14:textId="77777777" w:rsidR="00432015" w:rsidRDefault="006D5C48">
            <w:pPr>
              <w:spacing w:after="20"/>
            </w:pPr>
            <w:r>
              <w:rPr>
                <w:color w:val="666666"/>
                <w:sz w:val="14"/>
              </w:rPr>
              <w:t>[Project-based learning]</w:t>
            </w:r>
          </w:p>
        </w:tc>
        <w:tc>
          <w:tcPr>
            <w:tcW w:w="1504" w:type="dxa"/>
            <w:tcMar>
              <w:top w:w="65" w:type="dxa"/>
              <w:left w:w="75" w:type="dxa"/>
              <w:bottom w:w="65" w:type="dxa"/>
              <w:right w:w="75" w:type="dxa"/>
            </w:tcMar>
            <w:vAlign w:val="center"/>
          </w:tcPr>
          <w:p w14:paraId="126FD342" w14:textId="77777777" w:rsidR="00432015" w:rsidRDefault="006D5C48">
            <w:pPr>
              <w:spacing w:after="20"/>
            </w:pPr>
            <w:r>
              <w:rPr>
                <w:color w:val="666666"/>
                <w:sz w:val="14"/>
              </w:rPr>
              <w:t>[Year]</w:t>
            </w:r>
          </w:p>
        </w:tc>
      </w:tr>
      <w:tr w:rsidR="00432015" w14:paraId="45BCE25C" w14:textId="77777777" w:rsidTr="13DA6735">
        <w:trPr>
          <w:jc w:val="center"/>
        </w:trPr>
        <w:tc>
          <w:tcPr>
            <w:tcW w:w="2114" w:type="dxa"/>
            <w:shd w:val="clear" w:color="auto" w:fill="F3F7F9"/>
            <w:tcMar>
              <w:top w:w="65" w:type="dxa"/>
              <w:left w:w="75" w:type="dxa"/>
              <w:bottom w:w="65" w:type="dxa"/>
              <w:right w:w="75" w:type="dxa"/>
            </w:tcMar>
            <w:vAlign w:val="center"/>
          </w:tcPr>
          <w:p w14:paraId="7C580589" w14:textId="77777777" w:rsidR="00432015" w:rsidRDefault="006D5C48">
            <w:pPr>
              <w:spacing w:after="20"/>
            </w:pPr>
            <w:r>
              <w:rPr>
                <w:b/>
                <w:color w:val="17365D"/>
                <w:sz w:val="14"/>
              </w:rPr>
              <w:t>Collaboration &amp; global connection</w:t>
            </w:r>
          </w:p>
        </w:tc>
        <w:tc>
          <w:tcPr>
            <w:tcW w:w="3540" w:type="dxa"/>
            <w:tcMar>
              <w:top w:w="65" w:type="dxa"/>
              <w:left w:w="75" w:type="dxa"/>
              <w:bottom w:w="65" w:type="dxa"/>
              <w:right w:w="75" w:type="dxa"/>
            </w:tcMar>
            <w:vAlign w:val="center"/>
          </w:tcPr>
          <w:p w14:paraId="57D94D6F" w14:textId="77777777" w:rsidR="00432015" w:rsidRDefault="006D5C48">
            <w:pPr>
              <w:spacing w:after="20"/>
            </w:pPr>
            <w:r>
              <w:rPr>
                <w:color w:val="666666"/>
                <w:sz w:val="14"/>
              </w:rPr>
              <w:t>[Collaborate beyond classroom]</w:t>
            </w:r>
          </w:p>
        </w:tc>
        <w:tc>
          <w:tcPr>
            <w:tcW w:w="3360" w:type="dxa"/>
            <w:tcMar>
              <w:top w:w="65" w:type="dxa"/>
              <w:left w:w="75" w:type="dxa"/>
              <w:bottom w:w="65" w:type="dxa"/>
              <w:right w:w="75" w:type="dxa"/>
            </w:tcMar>
            <w:vAlign w:val="center"/>
          </w:tcPr>
          <w:p w14:paraId="467C6E1F" w14:textId="77777777" w:rsidR="00432015" w:rsidRDefault="006D5C48">
            <w:pPr>
              <w:spacing w:after="20"/>
            </w:pPr>
            <w:r>
              <w:rPr>
                <w:color w:val="666666"/>
                <w:sz w:val="14"/>
              </w:rPr>
              <w:t>[Connected learning]</w:t>
            </w:r>
          </w:p>
        </w:tc>
        <w:tc>
          <w:tcPr>
            <w:tcW w:w="1504" w:type="dxa"/>
            <w:tcMar>
              <w:top w:w="65" w:type="dxa"/>
              <w:left w:w="75" w:type="dxa"/>
              <w:bottom w:w="65" w:type="dxa"/>
              <w:right w:w="75" w:type="dxa"/>
            </w:tcMar>
            <w:vAlign w:val="center"/>
          </w:tcPr>
          <w:p w14:paraId="2E996A16" w14:textId="77777777" w:rsidR="00432015" w:rsidRDefault="006D5C48">
            <w:pPr>
              <w:spacing w:after="20"/>
            </w:pPr>
            <w:r>
              <w:rPr>
                <w:color w:val="666666"/>
                <w:sz w:val="14"/>
              </w:rPr>
              <w:t>[Year]</w:t>
            </w:r>
          </w:p>
        </w:tc>
      </w:tr>
      <w:tr w:rsidR="00432015" w14:paraId="160D657F" w14:textId="77777777" w:rsidTr="13DA6735">
        <w:trPr>
          <w:jc w:val="center"/>
        </w:trPr>
        <w:tc>
          <w:tcPr>
            <w:tcW w:w="2114" w:type="dxa"/>
            <w:shd w:val="clear" w:color="auto" w:fill="F3F7F9"/>
            <w:tcMar>
              <w:top w:w="65" w:type="dxa"/>
              <w:left w:w="75" w:type="dxa"/>
              <w:bottom w:w="65" w:type="dxa"/>
              <w:right w:w="75" w:type="dxa"/>
            </w:tcMar>
            <w:vAlign w:val="center"/>
          </w:tcPr>
          <w:p w14:paraId="7A44C74C" w14:textId="77777777" w:rsidR="00432015" w:rsidRDefault="006D5C48">
            <w:pPr>
              <w:spacing w:after="20"/>
            </w:pPr>
            <w:r>
              <w:rPr>
                <w:b/>
                <w:color w:val="17365D"/>
                <w:sz w:val="14"/>
              </w:rPr>
              <w:t>Digital citizenship &amp; wellness</w:t>
            </w:r>
          </w:p>
        </w:tc>
        <w:tc>
          <w:tcPr>
            <w:tcW w:w="3540" w:type="dxa"/>
            <w:tcMar>
              <w:top w:w="65" w:type="dxa"/>
              <w:left w:w="75" w:type="dxa"/>
              <w:bottom w:w="65" w:type="dxa"/>
              <w:right w:w="75" w:type="dxa"/>
            </w:tcMar>
            <w:vAlign w:val="center"/>
          </w:tcPr>
          <w:p w14:paraId="3B9EB3AF" w14:textId="77777777" w:rsidR="00432015" w:rsidRDefault="006D5C48">
            <w:pPr>
              <w:spacing w:after="20"/>
            </w:pPr>
            <w:r>
              <w:rPr>
                <w:color w:val="666666"/>
                <w:sz w:val="14"/>
              </w:rPr>
              <w:t>[Safe, ethical, balanced use]</w:t>
            </w:r>
          </w:p>
        </w:tc>
        <w:tc>
          <w:tcPr>
            <w:tcW w:w="3360" w:type="dxa"/>
            <w:tcMar>
              <w:top w:w="65" w:type="dxa"/>
              <w:left w:w="75" w:type="dxa"/>
              <w:bottom w:w="65" w:type="dxa"/>
              <w:right w:w="75" w:type="dxa"/>
            </w:tcMar>
            <w:vAlign w:val="center"/>
          </w:tcPr>
          <w:p w14:paraId="52600AD4" w14:textId="77777777" w:rsidR="00432015" w:rsidRDefault="006D5C48">
            <w:pPr>
              <w:spacing w:after="20"/>
            </w:pPr>
            <w:r>
              <w:rPr>
                <w:color w:val="666666"/>
                <w:sz w:val="14"/>
              </w:rPr>
              <w:t>[Explicit instruction]</w:t>
            </w:r>
          </w:p>
        </w:tc>
        <w:tc>
          <w:tcPr>
            <w:tcW w:w="1504" w:type="dxa"/>
            <w:tcMar>
              <w:top w:w="65" w:type="dxa"/>
              <w:left w:w="75" w:type="dxa"/>
              <w:bottom w:w="65" w:type="dxa"/>
              <w:right w:w="75" w:type="dxa"/>
            </w:tcMar>
            <w:vAlign w:val="center"/>
          </w:tcPr>
          <w:p w14:paraId="498C4114" w14:textId="77777777" w:rsidR="00432015" w:rsidRDefault="006D5C48">
            <w:pPr>
              <w:spacing w:after="20"/>
            </w:pPr>
            <w:r>
              <w:rPr>
                <w:color w:val="666666"/>
                <w:sz w:val="14"/>
              </w:rPr>
              <w:t>[Year]</w:t>
            </w:r>
          </w:p>
        </w:tc>
      </w:tr>
      <w:tr w:rsidR="00432015" w14:paraId="6032079F" w14:textId="77777777" w:rsidTr="13DA6735">
        <w:trPr>
          <w:jc w:val="center"/>
        </w:trPr>
        <w:tc>
          <w:tcPr>
            <w:tcW w:w="2114" w:type="dxa"/>
            <w:shd w:val="clear" w:color="auto" w:fill="F3F7F9"/>
            <w:tcMar>
              <w:top w:w="65" w:type="dxa"/>
              <w:left w:w="75" w:type="dxa"/>
              <w:bottom w:w="65" w:type="dxa"/>
              <w:right w:w="75" w:type="dxa"/>
            </w:tcMar>
            <w:vAlign w:val="center"/>
          </w:tcPr>
          <w:p w14:paraId="1AFB887D" w14:textId="77777777" w:rsidR="00432015" w:rsidRDefault="006D5C48">
            <w:pPr>
              <w:spacing w:after="20"/>
            </w:pPr>
            <w:r>
              <w:rPr>
                <w:b/>
                <w:color w:val="17365D"/>
                <w:sz w:val="14"/>
              </w:rPr>
              <w:t>AI literacy &amp; responsible use</w:t>
            </w:r>
          </w:p>
        </w:tc>
        <w:tc>
          <w:tcPr>
            <w:tcW w:w="3540" w:type="dxa"/>
            <w:tcMar>
              <w:top w:w="65" w:type="dxa"/>
              <w:left w:w="75" w:type="dxa"/>
              <w:bottom w:w="65" w:type="dxa"/>
              <w:right w:w="75" w:type="dxa"/>
            </w:tcMar>
            <w:vAlign w:val="center"/>
          </w:tcPr>
          <w:p w14:paraId="3EAFE499" w14:textId="77777777" w:rsidR="00432015" w:rsidRDefault="006D5C48">
            <w:pPr>
              <w:spacing w:after="20"/>
            </w:pPr>
            <w:r>
              <w:rPr>
                <w:color w:val="666666"/>
                <w:sz w:val="14"/>
              </w:rPr>
              <w:t>[Verify / cite / reflect / create]</w:t>
            </w:r>
          </w:p>
        </w:tc>
        <w:tc>
          <w:tcPr>
            <w:tcW w:w="3360" w:type="dxa"/>
            <w:tcMar>
              <w:top w:w="65" w:type="dxa"/>
              <w:left w:w="75" w:type="dxa"/>
              <w:bottom w:w="65" w:type="dxa"/>
              <w:right w:w="75" w:type="dxa"/>
            </w:tcMar>
            <w:vAlign w:val="center"/>
          </w:tcPr>
          <w:p w14:paraId="7CE19C77" w14:textId="77777777" w:rsidR="00432015" w:rsidRDefault="006D5C48">
            <w:pPr>
              <w:spacing w:after="20"/>
            </w:pPr>
            <w:r>
              <w:rPr>
                <w:color w:val="666666"/>
                <w:sz w:val="14"/>
              </w:rPr>
              <w:t>[Age-appropriate AI practices]</w:t>
            </w:r>
          </w:p>
        </w:tc>
        <w:tc>
          <w:tcPr>
            <w:tcW w:w="1504" w:type="dxa"/>
            <w:tcMar>
              <w:top w:w="65" w:type="dxa"/>
              <w:left w:w="75" w:type="dxa"/>
              <w:bottom w:w="65" w:type="dxa"/>
              <w:right w:w="75" w:type="dxa"/>
            </w:tcMar>
            <w:vAlign w:val="center"/>
          </w:tcPr>
          <w:p w14:paraId="763C8E18" w14:textId="77777777" w:rsidR="00432015" w:rsidRDefault="006D5C48">
            <w:pPr>
              <w:spacing w:after="20"/>
            </w:pPr>
            <w:r>
              <w:rPr>
                <w:color w:val="666666"/>
                <w:sz w:val="14"/>
              </w:rPr>
              <w:t>[Year]</w:t>
            </w:r>
          </w:p>
        </w:tc>
      </w:tr>
    </w:tbl>
    <w:p w14:paraId="7A5B4CE7" w14:textId="77777777" w:rsidR="00432015" w:rsidRDefault="00432015"/>
    <w:p w14:paraId="5AE76D6D" w14:textId="77777777" w:rsidR="00432015" w:rsidRDefault="006D5C48" w:rsidP="00AB5225">
      <w:pPr>
        <w:pStyle w:val="Heading1"/>
      </w:pPr>
      <w:r>
        <w:t>3.  Infrastructure, Network &amp; Systems Architecture</w:t>
      </w:r>
    </w:p>
    <w:p w14:paraId="7B5DE14F" w14:textId="2CADCE23" w:rsidR="00432015" w:rsidRDefault="006D5C48">
      <w:pPr>
        <w:spacing w:after="100"/>
      </w:pPr>
      <w:r>
        <w:rPr>
          <w:i/>
          <w:color w:val="666666"/>
        </w:rPr>
        <w:t xml:space="preserve">This section </w:t>
      </w:r>
      <w:r w:rsidR="00946CDB">
        <w:rPr>
          <w:i/>
          <w:color w:val="666666"/>
        </w:rPr>
        <w:t>is for</w:t>
      </w:r>
      <w:r>
        <w:rPr>
          <w:i/>
          <w:color w:val="666666"/>
        </w:rPr>
        <w:t xml:space="preserve"> a technology director </w:t>
      </w:r>
      <w:r w:rsidR="00946CDB">
        <w:rPr>
          <w:i/>
          <w:color w:val="666666"/>
        </w:rPr>
        <w:t>to document</w:t>
      </w:r>
      <w:r>
        <w:rPr>
          <w:i/>
          <w:color w:val="666666"/>
        </w:rPr>
        <w:t xml:space="preserve"> both the current state and the three-year target</w:t>
      </w:r>
      <w:r w:rsidR="001F46CB">
        <w:rPr>
          <w:i/>
          <w:color w:val="666666"/>
        </w:rPr>
        <w:t>s</w:t>
      </w:r>
      <w:r>
        <w:rPr>
          <w:i/>
          <w:color w:val="666666"/>
        </w:rPr>
        <w:t>.</w:t>
      </w:r>
    </w:p>
    <w:p w14:paraId="5B99976C" w14:textId="77777777" w:rsidR="00432015" w:rsidRPr="00EF65F6" w:rsidRDefault="006D5C48" w:rsidP="00EF65F6">
      <w:pPr>
        <w:pStyle w:val="Heading2"/>
      </w:pPr>
      <w:r w:rsidRPr="00EF65F6">
        <w:t>Network &amp; Connectivity</w:t>
      </w:r>
    </w:p>
    <w:tbl>
      <w:tblPr>
        <w:tblW w:w="10571"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531"/>
        <w:gridCol w:w="4590"/>
        <w:gridCol w:w="4450"/>
      </w:tblGrid>
      <w:tr w:rsidR="32467AA8" w14:paraId="62938F08" w14:textId="77777777" w:rsidTr="00871ED2">
        <w:trPr>
          <w:trHeight w:val="247"/>
          <w:jc w:val="center"/>
        </w:trPr>
        <w:tc>
          <w:tcPr>
            <w:tcW w:w="1531" w:type="dxa"/>
            <w:shd w:val="clear" w:color="auto" w:fill="17365D" w:themeFill="text2" w:themeFillShade="BF"/>
            <w:tcMar>
              <w:top w:w="65" w:type="dxa"/>
              <w:left w:w="75" w:type="dxa"/>
              <w:bottom w:w="65" w:type="dxa"/>
              <w:right w:w="75" w:type="dxa"/>
            </w:tcMar>
            <w:vAlign w:val="center"/>
          </w:tcPr>
          <w:p w14:paraId="675783CA" w14:textId="11CB7EB3" w:rsidR="32467AA8" w:rsidRDefault="32467AA8" w:rsidP="004A1390">
            <w:pPr>
              <w:spacing w:after="20"/>
              <w:rPr>
                <w:b/>
                <w:bCs/>
                <w:color w:val="17365D" w:themeColor="text2" w:themeShade="BF"/>
                <w:sz w:val="16"/>
                <w:szCs w:val="16"/>
              </w:rPr>
            </w:pPr>
          </w:p>
        </w:tc>
        <w:tc>
          <w:tcPr>
            <w:tcW w:w="4590" w:type="dxa"/>
            <w:shd w:val="clear" w:color="auto" w:fill="17365D" w:themeFill="text2" w:themeFillShade="BF"/>
            <w:tcMar>
              <w:top w:w="65" w:type="dxa"/>
              <w:left w:w="75" w:type="dxa"/>
              <w:bottom w:w="65" w:type="dxa"/>
              <w:right w:w="75" w:type="dxa"/>
            </w:tcMar>
            <w:vAlign w:val="center"/>
          </w:tcPr>
          <w:p w14:paraId="53F320A8" w14:textId="14D7B2EA" w:rsidR="2C1A731E" w:rsidRDefault="00924E58" w:rsidP="00EA1B5C">
            <w:pPr>
              <w:spacing w:after="0"/>
            </w:pPr>
            <w:r w:rsidRPr="00871ED2">
              <w:rPr>
                <w:b/>
                <w:bCs/>
                <w:color w:val="FFFFFF" w:themeColor="background1"/>
                <w:sz w:val="16"/>
                <w:szCs w:val="16"/>
              </w:rPr>
              <w:t>Curr</w:t>
            </w:r>
            <w:r w:rsidR="00D66E30" w:rsidRPr="00871ED2">
              <w:rPr>
                <w:b/>
                <w:bCs/>
                <w:color w:val="FFFFFF" w:themeColor="background1"/>
                <w:sz w:val="16"/>
                <w:szCs w:val="16"/>
              </w:rPr>
              <w:t>ent State</w:t>
            </w:r>
          </w:p>
        </w:tc>
        <w:tc>
          <w:tcPr>
            <w:tcW w:w="4450" w:type="dxa"/>
            <w:shd w:val="clear" w:color="auto" w:fill="17365D" w:themeFill="text2" w:themeFillShade="BF"/>
            <w:tcMar>
              <w:top w:w="65" w:type="dxa"/>
              <w:left w:w="75" w:type="dxa"/>
              <w:bottom w:w="65" w:type="dxa"/>
              <w:right w:w="75" w:type="dxa"/>
            </w:tcMar>
            <w:vAlign w:val="center"/>
          </w:tcPr>
          <w:p w14:paraId="6F6B7647" w14:textId="2874071C" w:rsidR="32467AA8" w:rsidRPr="0003393D" w:rsidRDefault="00F70086" w:rsidP="00EA1B5C">
            <w:pPr>
              <w:spacing w:after="0"/>
              <w:rPr>
                <w:b/>
                <w:bCs/>
                <w:color w:val="666666"/>
                <w:sz w:val="16"/>
                <w:szCs w:val="16"/>
              </w:rPr>
            </w:pPr>
            <w:r w:rsidRPr="0003393D">
              <w:rPr>
                <w:b/>
                <w:bCs/>
                <w:color w:val="FFFFFF" w:themeColor="background1"/>
                <w:sz w:val="16"/>
                <w:szCs w:val="16"/>
              </w:rPr>
              <w:t>Th</w:t>
            </w:r>
            <w:r w:rsidR="00491F44" w:rsidRPr="0003393D">
              <w:rPr>
                <w:b/>
                <w:bCs/>
                <w:color w:val="FFFFFF" w:themeColor="background1"/>
                <w:sz w:val="16"/>
                <w:szCs w:val="16"/>
              </w:rPr>
              <w:t>ree</w:t>
            </w:r>
            <w:r w:rsidR="004D7758" w:rsidRPr="0003393D">
              <w:rPr>
                <w:b/>
                <w:bCs/>
                <w:color w:val="FFFFFF" w:themeColor="background1"/>
                <w:sz w:val="16"/>
                <w:szCs w:val="16"/>
              </w:rPr>
              <w:t>-</w:t>
            </w:r>
            <w:r w:rsidR="00C174E8" w:rsidRPr="0003393D">
              <w:rPr>
                <w:b/>
                <w:bCs/>
                <w:color w:val="FFFFFF" w:themeColor="background1"/>
                <w:sz w:val="16"/>
                <w:szCs w:val="16"/>
              </w:rPr>
              <w:t xml:space="preserve">year </w:t>
            </w:r>
            <w:r w:rsidR="00CE6677" w:rsidRPr="0003393D">
              <w:rPr>
                <w:b/>
                <w:bCs/>
                <w:color w:val="FFFFFF" w:themeColor="background1"/>
                <w:sz w:val="16"/>
                <w:szCs w:val="16"/>
              </w:rPr>
              <w:t>T</w:t>
            </w:r>
            <w:r w:rsidR="00C174E8" w:rsidRPr="0003393D">
              <w:rPr>
                <w:b/>
                <w:bCs/>
                <w:color w:val="FFFFFF" w:themeColor="background1"/>
                <w:sz w:val="16"/>
                <w:szCs w:val="16"/>
              </w:rPr>
              <w:t>arget</w:t>
            </w:r>
          </w:p>
        </w:tc>
      </w:tr>
      <w:tr w:rsidR="00432015" w14:paraId="4EAE246C" w14:textId="52A9DA61" w:rsidTr="00871ED2">
        <w:trPr>
          <w:jc w:val="center"/>
        </w:trPr>
        <w:tc>
          <w:tcPr>
            <w:tcW w:w="1531" w:type="dxa"/>
            <w:shd w:val="clear" w:color="auto" w:fill="F3F7F9"/>
            <w:tcMar>
              <w:top w:w="65" w:type="dxa"/>
              <w:left w:w="75" w:type="dxa"/>
              <w:bottom w:w="65" w:type="dxa"/>
              <w:right w:w="75" w:type="dxa"/>
            </w:tcMar>
            <w:vAlign w:val="center"/>
          </w:tcPr>
          <w:p w14:paraId="2E52F0AA" w14:textId="77777777" w:rsidR="00432015" w:rsidRDefault="006D5C48">
            <w:pPr>
              <w:spacing w:after="20"/>
            </w:pPr>
            <w:r>
              <w:rPr>
                <w:b/>
                <w:color w:val="17365D"/>
                <w:sz w:val="16"/>
              </w:rPr>
              <w:t>Internet / WAN</w:t>
            </w:r>
          </w:p>
        </w:tc>
        <w:tc>
          <w:tcPr>
            <w:tcW w:w="4590" w:type="dxa"/>
            <w:tcMar>
              <w:top w:w="65" w:type="dxa"/>
              <w:left w:w="75" w:type="dxa"/>
              <w:bottom w:w="65" w:type="dxa"/>
              <w:right w:w="75" w:type="dxa"/>
            </w:tcMar>
            <w:vAlign w:val="center"/>
          </w:tcPr>
          <w:p w14:paraId="3EE768D9" w14:textId="77777777" w:rsidR="00432015" w:rsidRDefault="006D5C48">
            <w:pPr>
              <w:spacing w:after="20"/>
            </w:pPr>
            <w:r>
              <w:rPr>
                <w:color w:val="666666"/>
                <w:sz w:val="16"/>
              </w:rPr>
              <w:t>[Provider, bandwidth, redundancy, service-level expectations]</w:t>
            </w:r>
          </w:p>
        </w:tc>
        <w:tc>
          <w:tcPr>
            <w:tcW w:w="4450" w:type="dxa"/>
            <w:tcMar>
              <w:top w:w="65" w:type="dxa"/>
              <w:left w:w="75" w:type="dxa"/>
              <w:bottom w:w="65" w:type="dxa"/>
              <w:right w:w="75" w:type="dxa"/>
            </w:tcMar>
            <w:vAlign w:val="center"/>
          </w:tcPr>
          <w:p w14:paraId="262F552D" w14:textId="4631F237" w:rsidR="5FB00761" w:rsidRDefault="5FB00761" w:rsidP="5FB00761">
            <w:pPr>
              <w:rPr>
                <w:color w:val="666666"/>
                <w:sz w:val="16"/>
                <w:szCs w:val="16"/>
              </w:rPr>
            </w:pPr>
          </w:p>
        </w:tc>
      </w:tr>
      <w:tr w:rsidR="00432015" w14:paraId="7A9CF6E0" w14:textId="36971024" w:rsidTr="00871ED2">
        <w:trPr>
          <w:jc w:val="center"/>
        </w:trPr>
        <w:tc>
          <w:tcPr>
            <w:tcW w:w="1531" w:type="dxa"/>
            <w:shd w:val="clear" w:color="auto" w:fill="F3F7F9"/>
            <w:tcMar>
              <w:top w:w="65" w:type="dxa"/>
              <w:left w:w="75" w:type="dxa"/>
              <w:bottom w:w="65" w:type="dxa"/>
              <w:right w:w="75" w:type="dxa"/>
            </w:tcMar>
            <w:vAlign w:val="center"/>
          </w:tcPr>
          <w:p w14:paraId="09B82A0A" w14:textId="77777777" w:rsidR="00432015" w:rsidRDefault="006D5C48">
            <w:pPr>
              <w:spacing w:after="20"/>
            </w:pPr>
            <w:r>
              <w:rPr>
                <w:b/>
                <w:color w:val="17365D"/>
                <w:sz w:val="16"/>
              </w:rPr>
              <w:t>Core / Distribution / Access</w:t>
            </w:r>
          </w:p>
        </w:tc>
        <w:tc>
          <w:tcPr>
            <w:tcW w:w="4590" w:type="dxa"/>
            <w:tcMar>
              <w:top w:w="65" w:type="dxa"/>
              <w:left w:w="75" w:type="dxa"/>
              <w:bottom w:w="65" w:type="dxa"/>
              <w:right w:w="75" w:type="dxa"/>
            </w:tcMar>
            <w:vAlign w:val="center"/>
          </w:tcPr>
          <w:p w14:paraId="79317D33" w14:textId="77777777" w:rsidR="00432015" w:rsidRDefault="006D5C48">
            <w:pPr>
              <w:spacing w:after="20"/>
            </w:pPr>
            <w:r>
              <w:rPr>
                <w:color w:val="666666"/>
                <w:sz w:val="16"/>
              </w:rPr>
              <w:t>[Architecture, switches, uplinks, PoE, capacity]</w:t>
            </w:r>
          </w:p>
        </w:tc>
        <w:tc>
          <w:tcPr>
            <w:tcW w:w="4450" w:type="dxa"/>
            <w:tcMar>
              <w:top w:w="65" w:type="dxa"/>
              <w:left w:w="75" w:type="dxa"/>
              <w:bottom w:w="65" w:type="dxa"/>
              <w:right w:w="75" w:type="dxa"/>
            </w:tcMar>
            <w:vAlign w:val="center"/>
          </w:tcPr>
          <w:p w14:paraId="432797DB" w14:textId="4E492D9D" w:rsidR="5FB00761" w:rsidRDefault="5FB00761" w:rsidP="5FB00761">
            <w:pPr>
              <w:rPr>
                <w:color w:val="666666"/>
                <w:sz w:val="16"/>
                <w:szCs w:val="16"/>
              </w:rPr>
            </w:pPr>
          </w:p>
        </w:tc>
      </w:tr>
      <w:tr w:rsidR="00432015" w14:paraId="71BDBE22" w14:textId="12F23D1F" w:rsidTr="00871ED2">
        <w:trPr>
          <w:jc w:val="center"/>
        </w:trPr>
        <w:tc>
          <w:tcPr>
            <w:tcW w:w="1531" w:type="dxa"/>
            <w:shd w:val="clear" w:color="auto" w:fill="F3F7F9"/>
            <w:tcMar>
              <w:top w:w="65" w:type="dxa"/>
              <w:left w:w="75" w:type="dxa"/>
              <w:bottom w:w="65" w:type="dxa"/>
              <w:right w:w="75" w:type="dxa"/>
            </w:tcMar>
            <w:vAlign w:val="center"/>
          </w:tcPr>
          <w:p w14:paraId="72B7D832" w14:textId="77777777" w:rsidR="00432015" w:rsidRDefault="006D5C48">
            <w:pPr>
              <w:spacing w:after="20"/>
            </w:pPr>
            <w:r>
              <w:rPr>
                <w:b/>
                <w:color w:val="17365D"/>
                <w:sz w:val="16"/>
              </w:rPr>
              <w:t>Wireless</w:t>
            </w:r>
          </w:p>
        </w:tc>
        <w:tc>
          <w:tcPr>
            <w:tcW w:w="4590" w:type="dxa"/>
            <w:tcMar>
              <w:top w:w="65" w:type="dxa"/>
              <w:left w:w="75" w:type="dxa"/>
              <w:bottom w:w="65" w:type="dxa"/>
              <w:right w:w="75" w:type="dxa"/>
            </w:tcMar>
            <w:vAlign w:val="center"/>
          </w:tcPr>
          <w:p w14:paraId="11EDFADD" w14:textId="77777777" w:rsidR="00432015" w:rsidRDefault="006D5C48">
            <w:pPr>
              <w:spacing w:after="20"/>
            </w:pPr>
            <w:r>
              <w:rPr>
                <w:color w:val="666666"/>
                <w:sz w:val="16"/>
              </w:rPr>
              <w:t>[Coverage, density, controller/cloud management, guest access]</w:t>
            </w:r>
          </w:p>
        </w:tc>
        <w:tc>
          <w:tcPr>
            <w:tcW w:w="4450" w:type="dxa"/>
            <w:tcMar>
              <w:top w:w="65" w:type="dxa"/>
              <w:left w:w="75" w:type="dxa"/>
              <w:bottom w:w="65" w:type="dxa"/>
              <w:right w:w="75" w:type="dxa"/>
            </w:tcMar>
            <w:vAlign w:val="center"/>
          </w:tcPr>
          <w:p w14:paraId="370C470A" w14:textId="77B4D485" w:rsidR="5FB00761" w:rsidRDefault="5FB00761" w:rsidP="5FB00761">
            <w:pPr>
              <w:rPr>
                <w:color w:val="666666"/>
                <w:sz w:val="16"/>
                <w:szCs w:val="16"/>
              </w:rPr>
            </w:pPr>
          </w:p>
        </w:tc>
      </w:tr>
      <w:tr w:rsidR="00432015" w14:paraId="5D7ECD86" w14:textId="01E8A26F" w:rsidTr="00871ED2">
        <w:trPr>
          <w:jc w:val="center"/>
        </w:trPr>
        <w:tc>
          <w:tcPr>
            <w:tcW w:w="1531" w:type="dxa"/>
            <w:shd w:val="clear" w:color="auto" w:fill="F3F7F9"/>
            <w:tcMar>
              <w:top w:w="65" w:type="dxa"/>
              <w:left w:w="75" w:type="dxa"/>
              <w:bottom w:w="65" w:type="dxa"/>
              <w:right w:w="75" w:type="dxa"/>
            </w:tcMar>
            <w:vAlign w:val="center"/>
          </w:tcPr>
          <w:p w14:paraId="173413FE" w14:textId="77777777" w:rsidR="00432015" w:rsidRDefault="006D5C48">
            <w:pPr>
              <w:spacing w:after="20"/>
            </w:pPr>
            <w:r>
              <w:rPr>
                <w:b/>
                <w:color w:val="17365D"/>
                <w:sz w:val="16"/>
              </w:rPr>
              <w:t>Segmentation</w:t>
            </w:r>
          </w:p>
        </w:tc>
        <w:tc>
          <w:tcPr>
            <w:tcW w:w="4590" w:type="dxa"/>
            <w:tcMar>
              <w:top w:w="65" w:type="dxa"/>
              <w:left w:w="75" w:type="dxa"/>
              <w:bottom w:w="65" w:type="dxa"/>
              <w:right w:w="75" w:type="dxa"/>
            </w:tcMar>
            <w:vAlign w:val="center"/>
          </w:tcPr>
          <w:p w14:paraId="43EFB1A5" w14:textId="77777777" w:rsidR="00432015" w:rsidRDefault="006D5C48">
            <w:pPr>
              <w:spacing w:after="20"/>
            </w:pPr>
            <w:r>
              <w:rPr>
                <w:color w:val="666666"/>
                <w:sz w:val="16"/>
              </w:rPr>
              <w:t>[VLANs / roles: students, staff, guests, IoT, servers, etc.]</w:t>
            </w:r>
          </w:p>
        </w:tc>
        <w:tc>
          <w:tcPr>
            <w:tcW w:w="4450" w:type="dxa"/>
            <w:tcMar>
              <w:top w:w="65" w:type="dxa"/>
              <w:left w:w="75" w:type="dxa"/>
              <w:bottom w:w="65" w:type="dxa"/>
              <w:right w:w="75" w:type="dxa"/>
            </w:tcMar>
            <w:vAlign w:val="center"/>
          </w:tcPr>
          <w:p w14:paraId="144952EA" w14:textId="32DB048E" w:rsidR="5FB00761" w:rsidRDefault="5FB00761" w:rsidP="5FB00761">
            <w:pPr>
              <w:rPr>
                <w:color w:val="666666"/>
                <w:sz w:val="16"/>
                <w:szCs w:val="16"/>
              </w:rPr>
            </w:pPr>
          </w:p>
        </w:tc>
      </w:tr>
      <w:tr w:rsidR="00432015" w14:paraId="1E7F5B66" w14:textId="71BF99CF" w:rsidTr="00871ED2">
        <w:trPr>
          <w:jc w:val="center"/>
        </w:trPr>
        <w:tc>
          <w:tcPr>
            <w:tcW w:w="1531" w:type="dxa"/>
            <w:shd w:val="clear" w:color="auto" w:fill="F3F7F9"/>
            <w:tcMar>
              <w:top w:w="65" w:type="dxa"/>
              <w:left w:w="75" w:type="dxa"/>
              <w:bottom w:w="65" w:type="dxa"/>
              <w:right w:w="75" w:type="dxa"/>
            </w:tcMar>
            <w:vAlign w:val="center"/>
          </w:tcPr>
          <w:p w14:paraId="649F6B90" w14:textId="77777777" w:rsidR="00432015" w:rsidRDefault="006D5C48">
            <w:pPr>
              <w:spacing w:after="20"/>
            </w:pPr>
            <w:r>
              <w:rPr>
                <w:b/>
                <w:color w:val="17365D"/>
                <w:sz w:val="16"/>
              </w:rPr>
              <w:t>Filtering / Content Controls</w:t>
            </w:r>
          </w:p>
        </w:tc>
        <w:tc>
          <w:tcPr>
            <w:tcW w:w="4590" w:type="dxa"/>
            <w:tcMar>
              <w:top w:w="65" w:type="dxa"/>
              <w:left w:w="75" w:type="dxa"/>
              <w:bottom w:w="65" w:type="dxa"/>
              <w:right w:w="75" w:type="dxa"/>
            </w:tcMar>
            <w:vAlign w:val="center"/>
          </w:tcPr>
          <w:p w14:paraId="52EE6401" w14:textId="77777777" w:rsidR="00432015" w:rsidRDefault="006D5C48">
            <w:pPr>
              <w:spacing w:after="20"/>
            </w:pPr>
            <w:r>
              <w:rPr>
                <w:color w:val="666666"/>
                <w:sz w:val="16"/>
              </w:rPr>
              <w:t>[Platform, policy, age/role controls, reporting]</w:t>
            </w:r>
          </w:p>
        </w:tc>
        <w:tc>
          <w:tcPr>
            <w:tcW w:w="4450" w:type="dxa"/>
            <w:tcMar>
              <w:top w:w="65" w:type="dxa"/>
              <w:left w:w="75" w:type="dxa"/>
              <w:bottom w:w="65" w:type="dxa"/>
              <w:right w:w="75" w:type="dxa"/>
            </w:tcMar>
            <w:vAlign w:val="center"/>
          </w:tcPr>
          <w:p w14:paraId="29C8DA3F" w14:textId="077BCFDF" w:rsidR="5FB00761" w:rsidRDefault="5FB00761" w:rsidP="5FB00761">
            <w:pPr>
              <w:rPr>
                <w:color w:val="666666"/>
                <w:sz w:val="16"/>
                <w:szCs w:val="16"/>
              </w:rPr>
            </w:pPr>
          </w:p>
        </w:tc>
      </w:tr>
    </w:tbl>
    <w:p w14:paraId="16E21426" w14:textId="77777777" w:rsidR="00432015" w:rsidRDefault="006D5C48" w:rsidP="00EF65F6">
      <w:pPr>
        <w:spacing w:before="120" w:after="120"/>
      </w:pPr>
      <w:r>
        <w:rPr>
          <w:b/>
          <w:color w:val="2F75B5"/>
          <w:sz w:val="22"/>
        </w:rPr>
        <w:t>Identity &amp; Access</w:t>
      </w:r>
    </w:p>
    <w:tbl>
      <w:tblPr>
        <w:tblW w:w="10540"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515"/>
        <w:gridCol w:w="4590"/>
        <w:gridCol w:w="4435"/>
      </w:tblGrid>
      <w:tr w:rsidR="004A1390" w:rsidRPr="00871ED2" w14:paraId="4B982FFC" w14:textId="77777777" w:rsidTr="0003393D">
        <w:trPr>
          <w:trHeight w:val="157"/>
          <w:jc w:val="center"/>
        </w:trPr>
        <w:tc>
          <w:tcPr>
            <w:tcW w:w="1515" w:type="dxa"/>
            <w:shd w:val="clear" w:color="auto" w:fill="17365D" w:themeFill="text2" w:themeFillShade="BF"/>
            <w:tcMar>
              <w:top w:w="65" w:type="dxa"/>
              <w:left w:w="75" w:type="dxa"/>
              <w:bottom w:w="65" w:type="dxa"/>
              <w:right w:w="75" w:type="dxa"/>
            </w:tcMar>
            <w:vAlign w:val="center"/>
          </w:tcPr>
          <w:p w14:paraId="6BFDA13F" w14:textId="1A3AEA62" w:rsidR="004A1390" w:rsidRPr="00871ED2" w:rsidRDefault="004A1390" w:rsidP="0003393D">
            <w:pPr>
              <w:spacing w:after="0"/>
              <w:rPr>
                <w:b/>
                <w:bCs/>
                <w:color w:val="FFFFFF" w:themeColor="background1"/>
                <w:sz w:val="16"/>
                <w:szCs w:val="16"/>
              </w:rPr>
            </w:pPr>
          </w:p>
        </w:tc>
        <w:tc>
          <w:tcPr>
            <w:tcW w:w="4590" w:type="dxa"/>
            <w:shd w:val="clear" w:color="auto" w:fill="17365D" w:themeFill="text2" w:themeFillShade="BF"/>
            <w:tcMar>
              <w:top w:w="65" w:type="dxa"/>
              <w:left w:w="75" w:type="dxa"/>
              <w:bottom w:w="65" w:type="dxa"/>
              <w:right w:w="75" w:type="dxa"/>
            </w:tcMar>
            <w:vAlign w:val="center"/>
          </w:tcPr>
          <w:p w14:paraId="5D08C6B7" w14:textId="06833E02" w:rsidR="004A1390" w:rsidRPr="00871ED2" w:rsidRDefault="004A1390" w:rsidP="0003393D">
            <w:pPr>
              <w:spacing w:after="0"/>
              <w:rPr>
                <w:b/>
                <w:bCs/>
                <w:color w:val="FFFFFF" w:themeColor="background1"/>
                <w:sz w:val="16"/>
                <w:szCs w:val="16"/>
              </w:rPr>
            </w:pPr>
            <w:r w:rsidRPr="00871ED2">
              <w:rPr>
                <w:b/>
                <w:bCs/>
                <w:color w:val="FFFFFF" w:themeColor="background1"/>
                <w:sz w:val="16"/>
                <w:szCs w:val="16"/>
              </w:rPr>
              <w:t>Current State</w:t>
            </w:r>
          </w:p>
        </w:tc>
        <w:tc>
          <w:tcPr>
            <w:tcW w:w="4435" w:type="dxa"/>
            <w:shd w:val="clear" w:color="auto" w:fill="17365D" w:themeFill="text2" w:themeFillShade="BF"/>
            <w:tcMar>
              <w:top w:w="65" w:type="dxa"/>
              <w:left w:w="75" w:type="dxa"/>
              <w:bottom w:w="65" w:type="dxa"/>
              <w:right w:w="75" w:type="dxa"/>
            </w:tcMar>
            <w:vAlign w:val="center"/>
          </w:tcPr>
          <w:p w14:paraId="5B31A13D" w14:textId="349FF250" w:rsidR="004A1390" w:rsidRPr="00871ED2" w:rsidRDefault="004A1390" w:rsidP="0003393D">
            <w:pPr>
              <w:spacing w:after="0"/>
              <w:rPr>
                <w:b/>
                <w:bCs/>
                <w:color w:val="FFFFFF" w:themeColor="background1"/>
                <w:sz w:val="16"/>
                <w:szCs w:val="16"/>
              </w:rPr>
            </w:pPr>
            <w:r w:rsidRPr="00871ED2">
              <w:rPr>
                <w:b/>
                <w:bCs/>
                <w:color w:val="FFFFFF" w:themeColor="background1"/>
                <w:sz w:val="16"/>
                <w:szCs w:val="16"/>
              </w:rPr>
              <w:t>Three-year Target</w:t>
            </w:r>
          </w:p>
        </w:tc>
      </w:tr>
      <w:tr w:rsidR="004A1390" w14:paraId="3DF9BC93" w14:textId="2FF7AE8F" w:rsidTr="00871ED2">
        <w:trPr>
          <w:jc w:val="center"/>
        </w:trPr>
        <w:tc>
          <w:tcPr>
            <w:tcW w:w="1515" w:type="dxa"/>
            <w:shd w:val="clear" w:color="auto" w:fill="F3F7F9"/>
            <w:tcMar>
              <w:top w:w="65" w:type="dxa"/>
              <w:left w:w="75" w:type="dxa"/>
              <w:bottom w:w="65" w:type="dxa"/>
              <w:right w:w="75" w:type="dxa"/>
            </w:tcMar>
            <w:vAlign w:val="center"/>
          </w:tcPr>
          <w:p w14:paraId="7A2BC334" w14:textId="77777777" w:rsidR="004A1390" w:rsidRDefault="004A1390">
            <w:pPr>
              <w:spacing w:after="20"/>
            </w:pPr>
            <w:r>
              <w:rPr>
                <w:b/>
                <w:color w:val="17365D"/>
                <w:sz w:val="16"/>
              </w:rPr>
              <w:t>Directory / Identity</w:t>
            </w:r>
          </w:p>
        </w:tc>
        <w:tc>
          <w:tcPr>
            <w:tcW w:w="4590" w:type="dxa"/>
            <w:tcMar>
              <w:top w:w="65" w:type="dxa"/>
              <w:left w:w="75" w:type="dxa"/>
              <w:bottom w:w="65" w:type="dxa"/>
              <w:right w:w="75" w:type="dxa"/>
            </w:tcMar>
            <w:vAlign w:val="center"/>
          </w:tcPr>
          <w:p w14:paraId="7BEC9414" w14:textId="77777777" w:rsidR="004A1390" w:rsidRDefault="004A1390">
            <w:pPr>
              <w:spacing w:after="20"/>
            </w:pPr>
            <w:r>
              <w:rPr>
                <w:color w:val="666666"/>
                <w:sz w:val="16"/>
              </w:rPr>
              <w:t>[Google Workspace / Microsoft / other]</w:t>
            </w:r>
          </w:p>
        </w:tc>
        <w:tc>
          <w:tcPr>
            <w:tcW w:w="4435" w:type="dxa"/>
          </w:tcPr>
          <w:p w14:paraId="5883C665" w14:textId="00B3B1BF" w:rsidR="004A1390" w:rsidRDefault="004A1390" w:rsidP="3627D209">
            <w:pPr>
              <w:rPr>
                <w:color w:val="666666"/>
                <w:sz w:val="16"/>
                <w:szCs w:val="16"/>
              </w:rPr>
            </w:pPr>
          </w:p>
        </w:tc>
      </w:tr>
      <w:tr w:rsidR="004A1390" w14:paraId="2785642F" w14:textId="781DC2F0" w:rsidTr="00871ED2">
        <w:trPr>
          <w:jc w:val="center"/>
        </w:trPr>
        <w:tc>
          <w:tcPr>
            <w:tcW w:w="1515" w:type="dxa"/>
            <w:shd w:val="clear" w:color="auto" w:fill="F3F7F9"/>
            <w:tcMar>
              <w:top w:w="65" w:type="dxa"/>
              <w:left w:w="75" w:type="dxa"/>
              <w:bottom w:w="65" w:type="dxa"/>
              <w:right w:w="75" w:type="dxa"/>
            </w:tcMar>
            <w:vAlign w:val="center"/>
          </w:tcPr>
          <w:p w14:paraId="30C4303D" w14:textId="77777777" w:rsidR="004A1390" w:rsidRDefault="004A1390">
            <w:pPr>
              <w:spacing w:after="20"/>
            </w:pPr>
            <w:r>
              <w:rPr>
                <w:b/>
                <w:color w:val="17365D"/>
                <w:sz w:val="16"/>
              </w:rPr>
              <w:t>SSO / MFA</w:t>
            </w:r>
          </w:p>
        </w:tc>
        <w:tc>
          <w:tcPr>
            <w:tcW w:w="4590" w:type="dxa"/>
            <w:tcMar>
              <w:top w:w="65" w:type="dxa"/>
              <w:left w:w="75" w:type="dxa"/>
              <w:bottom w:w="65" w:type="dxa"/>
              <w:right w:w="75" w:type="dxa"/>
            </w:tcMar>
            <w:vAlign w:val="center"/>
          </w:tcPr>
          <w:p w14:paraId="717B7005" w14:textId="77777777" w:rsidR="004A1390" w:rsidRDefault="004A1390">
            <w:pPr>
              <w:spacing w:after="20"/>
            </w:pPr>
            <w:r>
              <w:rPr>
                <w:color w:val="666666"/>
                <w:sz w:val="16"/>
              </w:rPr>
              <w:t>[Current status and target state]</w:t>
            </w:r>
          </w:p>
        </w:tc>
        <w:tc>
          <w:tcPr>
            <w:tcW w:w="4435" w:type="dxa"/>
          </w:tcPr>
          <w:p w14:paraId="18178B92" w14:textId="47CD206E" w:rsidR="004A1390" w:rsidRDefault="004A1390" w:rsidP="3627D209">
            <w:pPr>
              <w:rPr>
                <w:color w:val="666666"/>
                <w:sz w:val="16"/>
                <w:szCs w:val="16"/>
              </w:rPr>
            </w:pPr>
          </w:p>
        </w:tc>
      </w:tr>
      <w:tr w:rsidR="004A1390" w14:paraId="50983D8D" w14:textId="29D1A018" w:rsidTr="00871ED2">
        <w:trPr>
          <w:jc w:val="center"/>
        </w:trPr>
        <w:tc>
          <w:tcPr>
            <w:tcW w:w="1515" w:type="dxa"/>
            <w:shd w:val="clear" w:color="auto" w:fill="F3F7F9"/>
            <w:tcMar>
              <w:top w:w="65" w:type="dxa"/>
              <w:left w:w="75" w:type="dxa"/>
              <w:bottom w:w="65" w:type="dxa"/>
              <w:right w:w="75" w:type="dxa"/>
            </w:tcMar>
            <w:vAlign w:val="center"/>
          </w:tcPr>
          <w:p w14:paraId="436115FF" w14:textId="77777777" w:rsidR="004A1390" w:rsidRDefault="004A1390">
            <w:pPr>
              <w:spacing w:after="20"/>
            </w:pPr>
            <w:r>
              <w:rPr>
                <w:b/>
                <w:color w:val="17365D"/>
                <w:sz w:val="16"/>
              </w:rPr>
              <w:t>Account Lifecycle</w:t>
            </w:r>
          </w:p>
        </w:tc>
        <w:tc>
          <w:tcPr>
            <w:tcW w:w="4590" w:type="dxa"/>
            <w:tcMar>
              <w:top w:w="65" w:type="dxa"/>
              <w:left w:w="75" w:type="dxa"/>
              <w:bottom w:w="65" w:type="dxa"/>
              <w:right w:w="75" w:type="dxa"/>
            </w:tcMar>
            <w:vAlign w:val="center"/>
          </w:tcPr>
          <w:p w14:paraId="7E95B6F1" w14:textId="77777777" w:rsidR="004A1390" w:rsidRDefault="004A1390">
            <w:pPr>
              <w:spacing w:after="20"/>
            </w:pPr>
            <w:r>
              <w:rPr>
                <w:color w:val="666666"/>
                <w:sz w:val="16"/>
              </w:rPr>
              <w:t>[Enrollment, employee onboarding/offboarding, service accounts]</w:t>
            </w:r>
          </w:p>
        </w:tc>
        <w:tc>
          <w:tcPr>
            <w:tcW w:w="4435" w:type="dxa"/>
          </w:tcPr>
          <w:p w14:paraId="6914B1DD" w14:textId="462C9A5A" w:rsidR="004A1390" w:rsidRDefault="004A1390" w:rsidP="3627D209">
            <w:pPr>
              <w:rPr>
                <w:color w:val="666666"/>
                <w:sz w:val="16"/>
                <w:szCs w:val="16"/>
              </w:rPr>
            </w:pPr>
          </w:p>
        </w:tc>
      </w:tr>
      <w:tr w:rsidR="004A1390" w14:paraId="61561D46" w14:textId="41E23F61" w:rsidTr="00871ED2">
        <w:trPr>
          <w:jc w:val="center"/>
        </w:trPr>
        <w:tc>
          <w:tcPr>
            <w:tcW w:w="1515" w:type="dxa"/>
            <w:shd w:val="clear" w:color="auto" w:fill="F3F7F9"/>
            <w:tcMar>
              <w:top w:w="65" w:type="dxa"/>
              <w:left w:w="75" w:type="dxa"/>
              <w:bottom w:w="65" w:type="dxa"/>
              <w:right w:w="75" w:type="dxa"/>
            </w:tcMar>
            <w:vAlign w:val="center"/>
          </w:tcPr>
          <w:p w14:paraId="7B7E29C1" w14:textId="77777777" w:rsidR="004A1390" w:rsidRDefault="004A1390">
            <w:pPr>
              <w:spacing w:after="20"/>
            </w:pPr>
            <w:r>
              <w:rPr>
                <w:b/>
                <w:color w:val="17365D"/>
                <w:sz w:val="16"/>
              </w:rPr>
              <w:t>Privileged Access</w:t>
            </w:r>
          </w:p>
        </w:tc>
        <w:tc>
          <w:tcPr>
            <w:tcW w:w="4590" w:type="dxa"/>
            <w:tcMar>
              <w:top w:w="65" w:type="dxa"/>
              <w:left w:w="75" w:type="dxa"/>
              <w:bottom w:w="65" w:type="dxa"/>
              <w:right w:w="75" w:type="dxa"/>
            </w:tcMar>
            <w:vAlign w:val="center"/>
          </w:tcPr>
          <w:p w14:paraId="3214C1A8" w14:textId="77777777" w:rsidR="004A1390" w:rsidRDefault="004A1390">
            <w:pPr>
              <w:spacing w:after="20"/>
            </w:pPr>
            <w:r>
              <w:rPr>
                <w:color w:val="666666"/>
                <w:sz w:val="16"/>
              </w:rPr>
              <w:t>[Admin roles, approvals, logging, review frequency]</w:t>
            </w:r>
          </w:p>
        </w:tc>
        <w:tc>
          <w:tcPr>
            <w:tcW w:w="4435" w:type="dxa"/>
          </w:tcPr>
          <w:p w14:paraId="59AB5E0C" w14:textId="1A431986" w:rsidR="004A1390" w:rsidRDefault="004A1390" w:rsidP="3627D209">
            <w:pPr>
              <w:rPr>
                <w:color w:val="666666"/>
                <w:sz w:val="16"/>
                <w:szCs w:val="16"/>
              </w:rPr>
            </w:pPr>
          </w:p>
        </w:tc>
      </w:tr>
    </w:tbl>
    <w:p w14:paraId="3FADFF11" w14:textId="77777777" w:rsidR="00432015" w:rsidRDefault="006D5C48" w:rsidP="0003393D">
      <w:pPr>
        <w:pStyle w:val="Heading2"/>
      </w:pPr>
      <w:r>
        <w:t>Core Services</w:t>
      </w:r>
    </w:p>
    <w:tbl>
      <w:tblPr>
        <w:tblW w:w="10564"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617"/>
        <w:gridCol w:w="4500"/>
        <w:gridCol w:w="4447"/>
      </w:tblGrid>
      <w:tr w:rsidR="0003393D" w:rsidRPr="0003393D" w14:paraId="78D84209" w14:textId="77777777" w:rsidTr="0003393D">
        <w:trPr>
          <w:trHeight w:val="175"/>
          <w:jc w:val="center"/>
        </w:trPr>
        <w:tc>
          <w:tcPr>
            <w:tcW w:w="1617" w:type="dxa"/>
            <w:shd w:val="clear" w:color="auto" w:fill="17365D" w:themeFill="text2" w:themeFillShade="BF"/>
            <w:tcMar>
              <w:top w:w="65" w:type="dxa"/>
              <w:left w:w="75" w:type="dxa"/>
              <w:bottom w:w="65" w:type="dxa"/>
              <w:right w:w="75" w:type="dxa"/>
            </w:tcMar>
            <w:vAlign w:val="center"/>
          </w:tcPr>
          <w:p w14:paraId="0BCAACE6" w14:textId="77777777" w:rsidR="0003393D" w:rsidRPr="0003393D" w:rsidRDefault="0003393D" w:rsidP="0003393D">
            <w:pPr>
              <w:spacing w:after="0"/>
              <w:rPr>
                <w:b/>
                <w:color w:val="FFFFFF" w:themeColor="background1"/>
                <w:sz w:val="16"/>
              </w:rPr>
            </w:pPr>
          </w:p>
        </w:tc>
        <w:tc>
          <w:tcPr>
            <w:tcW w:w="4500" w:type="dxa"/>
            <w:shd w:val="clear" w:color="auto" w:fill="17365D" w:themeFill="text2" w:themeFillShade="BF"/>
            <w:tcMar>
              <w:top w:w="65" w:type="dxa"/>
              <w:left w:w="75" w:type="dxa"/>
              <w:bottom w:w="65" w:type="dxa"/>
              <w:right w:w="75" w:type="dxa"/>
            </w:tcMar>
            <w:vAlign w:val="center"/>
          </w:tcPr>
          <w:p w14:paraId="7957B411" w14:textId="5E66191A" w:rsidR="0003393D" w:rsidRPr="0003393D" w:rsidRDefault="0003393D" w:rsidP="0003393D">
            <w:pPr>
              <w:spacing w:after="0"/>
              <w:rPr>
                <w:b/>
                <w:color w:val="FFFFFF" w:themeColor="background1"/>
                <w:sz w:val="16"/>
              </w:rPr>
            </w:pPr>
            <w:r>
              <w:rPr>
                <w:b/>
                <w:color w:val="FFFFFF" w:themeColor="background1"/>
                <w:sz w:val="16"/>
              </w:rPr>
              <w:t>Current State</w:t>
            </w:r>
          </w:p>
        </w:tc>
        <w:tc>
          <w:tcPr>
            <w:tcW w:w="4447" w:type="dxa"/>
            <w:shd w:val="clear" w:color="auto" w:fill="17365D" w:themeFill="text2" w:themeFillShade="BF"/>
          </w:tcPr>
          <w:p w14:paraId="34A3D914" w14:textId="4C4ABFAB" w:rsidR="0003393D" w:rsidRPr="0003393D" w:rsidRDefault="0003393D" w:rsidP="0003393D">
            <w:pPr>
              <w:spacing w:after="0"/>
              <w:rPr>
                <w:b/>
                <w:color w:val="FFFFFF" w:themeColor="background1"/>
                <w:sz w:val="16"/>
                <w:szCs w:val="16"/>
              </w:rPr>
            </w:pPr>
            <w:r>
              <w:rPr>
                <w:b/>
                <w:color w:val="FFFFFF" w:themeColor="background1"/>
                <w:sz w:val="16"/>
                <w:szCs w:val="16"/>
              </w:rPr>
              <w:t>Three-year Target</w:t>
            </w:r>
          </w:p>
        </w:tc>
      </w:tr>
      <w:tr w:rsidR="0003393D" w14:paraId="4C2C4849" w14:textId="4013C424" w:rsidTr="0003393D">
        <w:trPr>
          <w:jc w:val="center"/>
        </w:trPr>
        <w:tc>
          <w:tcPr>
            <w:tcW w:w="1617" w:type="dxa"/>
            <w:shd w:val="clear" w:color="auto" w:fill="F3F7F9"/>
            <w:tcMar>
              <w:top w:w="65" w:type="dxa"/>
              <w:left w:w="75" w:type="dxa"/>
              <w:bottom w:w="65" w:type="dxa"/>
              <w:right w:w="75" w:type="dxa"/>
            </w:tcMar>
            <w:vAlign w:val="center"/>
          </w:tcPr>
          <w:p w14:paraId="111EF397" w14:textId="77777777" w:rsidR="0003393D" w:rsidRDefault="0003393D">
            <w:pPr>
              <w:spacing w:after="20"/>
            </w:pPr>
            <w:r>
              <w:rPr>
                <w:b/>
                <w:color w:val="17365D"/>
                <w:sz w:val="16"/>
              </w:rPr>
              <w:lastRenderedPageBreak/>
              <w:t>SIS / LMS</w:t>
            </w:r>
          </w:p>
        </w:tc>
        <w:tc>
          <w:tcPr>
            <w:tcW w:w="4500" w:type="dxa"/>
            <w:tcMar>
              <w:top w:w="65" w:type="dxa"/>
              <w:left w:w="75" w:type="dxa"/>
              <w:bottom w:w="65" w:type="dxa"/>
              <w:right w:w="75" w:type="dxa"/>
            </w:tcMar>
            <w:vAlign w:val="center"/>
          </w:tcPr>
          <w:p w14:paraId="6B73951C" w14:textId="77777777" w:rsidR="0003393D" w:rsidRDefault="0003393D">
            <w:pPr>
              <w:spacing w:after="20"/>
            </w:pPr>
            <w:r>
              <w:rPr>
                <w:color w:val="666666"/>
                <w:sz w:val="16"/>
              </w:rPr>
              <w:t>[Systems and integrations]</w:t>
            </w:r>
          </w:p>
        </w:tc>
        <w:tc>
          <w:tcPr>
            <w:tcW w:w="4447" w:type="dxa"/>
          </w:tcPr>
          <w:p w14:paraId="0AF2F61C" w14:textId="7B6B9C36" w:rsidR="0003393D" w:rsidRDefault="0003393D" w:rsidP="32467AA8">
            <w:pPr>
              <w:rPr>
                <w:color w:val="666666"/>
                <w:sz w:val="16"/>
                <w:szCs w:val="16"/>
              </w:rPr>
            </w:pPr>
          </w:p>
        </w:tc>
      </w:tr>
      <w:tr w:rsidR="0003393D" w14:paraId="3275E85C" w14:textId="4EC5E26E" w:rsidTr="0003393D">
        <w:trPr>
          <w:jc w:val="center"/>
        </w:trPr>
        <w:tc>
          <w:tcPr>
            <w:tcW w:w="1617" w:type="dxa"/>
            <w:shd w:val="clear" w:color="auto" w:fill="F3F7F9"/>
            <w:tcMar>
              <w:top w:w="65" w:type="dxa"/>
              <w:left w:w="75" w:type="dxa"/>
              <w:bottom w:w="65" w:type="dxa"/>
              <w:right w:w="75" w:type="dxa"/>
            </w:tcMar>
            <w:vAlign w:val="center"/>
          </w:tcPr>
          <w:p w14:paraId="59DDEEC3" w14:textId="77777777" w:rsidR="0003393D" w:rsidRDefault="0003393D">
            <w:pPr>
              <w:spacing w:after="20"/>
            </w:pPr>
            <w:r>
              <w:rPr>
                <w:b/>
                <w:color w:val="17365D"/>
                <w:sz w:val="16"/>
              </w:rPr>
              <w:t>Cloud / File Storage</w:t>
            </w:r>
          </w:p>
        </w:tc>
        <w:tc>
          <w:tcPr>
            <w:tcW w:w="4500" w:type="dxa"/>
            <w:tcMar>
              <w:top w:w="65" w:type="dxa"/>
              <w:left w:w="75" w:type="dxa"/>
              <w:bottom w:w="65" w:type="dxa"/>
              <w:right w:w="75" w:type="dxa"/>
            </w:tcMar>
            <w:vAlign w:val="center"/>
          </w:tcPr>
          <w:p w14:paraId="321D8B4D" w14:textId="77777777" w:rsidR="0003393D" w:rsidRDefault="0003393D">
            <w:pPr>
              <w:spacing w:after="20"/>
            </w:pPr>
            <w:r>
              <w:rPr>
                <w:color w:val="666666"/>
                <w:sz w:val="16"/>
              </w:rPr>
              <w:t>[Platforms, ownership, retention]</w:t>
            </w:r>
          </w:p>
        </w:tc>
        <w:tc>
          <w:tcPr>
            <w:tcW w:w="4447" w:type="dxa"/>
          </w:tcPr>
          <w:p w14:paraId="58B3ED2F" w14:textId="0E026E71" w:rsidR="0003393D" w:rsidRDefault="0003393D" w:rsidP="32467AA8">
            <w:pPr>
              <w:rPr>
                <w:color w:val="666666"/>
                <w:sz w:val="16"/>
                <w:szCs w:val="16"/>
              </w:rPr>
            </w:pPr>
          </w:p>
        </w:tc>
      </w:tr>
      <w:tr w:rsidR="0003393D" w14:paraId="112C58BF" w14:textId="08E48676" w:rsidTr="0003393D">
        <w:trPr>
          <w:jc w:val="center"/>
        </w:trPr>
        <w:tc>
          <w:tcPr>
            <w:tcW w:w="1617" w:type="dxa"/>
            <w:shd w:val="clear" w:color="auto" w:fill="F3F7F9"/>
            <w:tcMar>
              <w:top w:w="65" w:type="dxa"/>
              <w:left w:w="75" w:type="dxa"/>
              <w:bottom w:w="65" w:type="dxa"/>
              <w:right w:w="75" w:type="dxa"/>
            </w:tcMar>
            <w:vAlign w:val="center"/>
          </w:tcPr>
          <w:p w14:paraId="705FCDA9" w14:textId="77777777" w:rsidR="0003393D" w:rsidRDefault="0003393D">
            <w:pPr>
              <w:spacing w:after="20"/>
            </w:pPr>
            <w:r>
              <w:rPr>
                <w:b/>
                <w:color w:val="17365D"/>
                <w:sz w:val="16"/>
              </w:rPr>
              <w:t>Device Management</w:t>
            </w:r>
          </w:p>
        </w:tc>
        <w:tc>
          <w:tcPr>
            <w:tcW w:w="4500" w:type="dxa"/>
            <w:tcMar>
              <w:top w:w="65" w:type="dxa"/>
              <w:left w:w="75" w:type="dxa"/>
              <w:bottom w:w="65" w:type="dxa"/>
              <w:right w:w="75" w:type="dxa"/>
            </w:tcMar>
            <w:vAlign w:val="center"/>
          </w:tcPr>
          <w:p w14:paraId="2661CE19" w14:textId="77777777" w:rsidR="0003393D" w:rsidRDefault="0003393D">
            <w:pPr>
              <w:spacing w:after="20"/>
            </w:pPr>
            <w:r>
              <w:rPr>
                <w:color w:val="666666"/>
                <w:sz w:val="16"/>
              </w:rPr>
              <w:t>[MDM / endpoint management]</w:t>
            </w:r>
          </w:p>
        </w:tc>
        <w:tc>
          <w:tcPr>
            <w:tcW w:w="4447" w:type="dxa"/>
          </w:tcPr>
          <w:p w14:paraId="36AF39BF" w14:textId="702C7564" w:rsidR="0003393D" w:rsidRDefault="0003393D" w:rsidP="32467AA8">
            <w:pPr>
              <w:rPr>
                <w:color w:val="666666"/>
                <w:sz w:val="16"/>
                <w:szCs w:val="16"/>
              </w:rPr>
            </w:pPr>
          </w:p>
        </w:tc>
      </w:tr>
      <w:tr w:rsidR="0003393D" w14:paraId="0EFB0A45" w14:textId="019F71C4" w:rsidTr="0003393D">
        <w:trPr>
          <w:jc w:val="center"/>
        </w:trPr>
        <w:tc>
          <w:tcPr>
            <w:tcW w:w="1617" w:type="dxa"/>
            <w:shd w:val="clear" w:color="auto" w:fill="F3F7F9"/>
            <w:tcMar>
              <w:top w:w="65" w:type="dxa"/>
              <w:left w:w="75" w:type="dxa"/>
              <w:bottom w:w="65" w:type="dxa"/>
              <w:right w:w="75" w:type="dxa"/>
            </w:tcMar>
            <w:vAlign w:val="center"/>
          </w:tcPr>
          <w:p w14:paraId="6D554BAF" w14:textId="77777777" w:rsidR="0003393D" w:rsidRDefault="0003393D">
            <w:pPr>
              <w:spacing w:after="20"/>
            </w:pPr>
            <w:r>
              <w:rPr>
                <w:b/>
                <w:color w:val="17365D"/>
                <w:sz w:val="16"/>
              </w:rPr>
              <w:t>Telephony / Communication</w:t>
            </w:r>
          </w:p>
        </w:tc>
        <w:tc>
          <w:tcPr>
            <w:tcW w:w="4500" w:type="dxa"/>
            <w:tcMar>
              <w:top w:w="65" w:type="dxa"/>
              <w:left w:w="75" w:type="dxa"/>
              <w:bottom w:w="65" w:type="dxa"/>
              <w:right w:w="75" w:type="dxa"/>
            </w:tcMar>
            <w:vAlign w:val="center"/>
          </w:tcPr>
          <w:p w14:paraId="7C457088" w14:textId="77777777" w:rsidR="0003393D" w:rsidRDefault="0003393D">
            <w:pPr>
              <w:spacing w:after="20"/>
            </w:pPr>
            <w:r>
              <w:rPr>
                <w:color w:val="666666"/>
                <w:sz w:val="16"/>
              </w:rPr>
              <w:t>[Systems]</w:t>
            </w:r>
          </w:p>
        </w:tc>
        <w:tc>
          <w:tcPr>
            <w:tcW w:w="4447" w:type="dxa"/>
          </w:tcPr>
          <w:p w14:paraId="74716EB0" w14:textId="3CA15320" w:rsidR="0003393D" w:rsidRDefault="0003393D" w:rsidP="32467AA8">
            <w:pPr>
              <w:rPr>
                <w:color w:val="666666"/>
                <w:sz w:val="16"/>
                <w:szCs w:val="16"/>
              </w:rPr>
            </w:pPr>
          </w:p>
        </w:tc>
      </w:tr>
      <w:tr w:rsidR="0003393D" w14:paraId="457A29AB" w14:textId="01C9F83A" w:rsidTr="0003393D">
        <w:trPr>
          <w:jc w:val="center"/>
        </w:trPr>
        <w:tc>
          <w:tcPr>
            <w:tcW w:w="1617" w:type="dxa"/>
            <w:shd w:val="clear" w:color="auto" w:fill="F3F7F9"/>
            <w:tcMar>
              <w:top w:w="65" w:type="dxa"/>
              <w:left w:w="75" w:type="dxa"/>
              <w:bottom w:w="65" w:type="dxa"/>
              <w:right w:w="75" w:type="dxa"/>
            </w:tcMar>
            <w:vAlign w:val="center"/>
          </w:tcPr>
          <w:p w14:paraId="4FC5AC18" w14:textId="77777777" w:rsidR="0003393D" w:rsidRDefault="0003393D">
            <w:pPr>
              <w:spacing w:after="20"/>
            </w:pPr>
            <w:r>
              <w:rPr>
                <w:b/>
                <w:color w:val="17365D"/>
                <w:sz w:val="16"/>
              </w:rPr>
              <w:t>AV / Classroom Technology</w:t>
            </w:r>
          </w:p>
        </w:tc>
        <w:tc>
          <w:tcPr>
            <w:tcW w:w="4500" w:type="dxa"/>
            <w:tcMar>
              <w:top w:w="65" w:type="dxa"/>
              <w:left w:w="75" w:type="dxa"/>
              <w:bottom w:w="65" w:type="dxa"/>
              <w:right w:w="75" w:type="dxa"/>
            </w:tcMar>
            <w:vAlign w:val="center"/>
          </w:tcPr>
          <w:p w14:paraId="6D67E2F1" w14:textId="77777777" w:rsidR="0003393D" w:rsidRDefault="0003393D">
            <w:pPr>
              <w:spacing w:after="20"/>
            </w:pPr>
            <w:r>
              <w:rPr>
                <w:color w:val="666666"/>
                <w:sz w:val="16"/>
              </w:rPr>
              <w:t>[Displays, audio, video, event systems]</w:t>
            </w:r>
          </w:p>
        </w:tc>
        <w:tc>
          <w:tcPr>
            <w:tcW w:w="4447" w:type="dxa"/>
          </w:tcPr>
          <w:p w14:paraId="19BE6294" w14:textId="0E0DF777" w:rsidR="0003393D" w:rsidRDefault="0003393D" w:rsidP="32467AA8">
            <w:pPr>
              <w:rPr>
                <w:color w:val="666666"/>
                <w:sz w:val="16"/>
                <w:szCs w:val="16"/>
              </w:rPr>
            </w:pPr>
          </w:p>
        </w:tc>
      </w:tr>
    </w:tbl>
    <w:p w14:paraId="003FECD7" w14:textId="77777777" w:rsidR="00432015" w:rsidRDefault="0003393D" w:rsidP="0003393D">
      <w:pPr>
        <w:pStyle w:val="Heading1"/>
      </w:pPr>
      <w:r>
        <w:t>4</w:t>
      </w:r>
      <w:r w:rsidR="006D5C48">
        <w:t>.  Cybersecurity, Privacy &amp; Business Continuity</w:t>
      </w:r>
    </w:p>
    <w:p w14:paraId="2F6D9E4B" w14:textId="6D64FBE0" w:rsidR="00432015" w:rsidRDefault="006D5C48">
      <w:pPr>
        <w:spacing w:after="100"/>
      </w:pPr>
      <w:r>
        <w:rPr>
          <w:i/>
          <w:color w:val="666666"/>
        </w:rPr>
        <w:t>A modern academy plan must treat security and privacy as operational requirements, not optional appendices.</w:t>
      </w:r>
      <w:r w:rsidR="00627A3A">
        <w:rPr>
          <w:i/>
          <w:color w:val="666666"/>
        </w:rPr>
        <w:t xml:space="preserve"> </w:t>
      </w:r>
      <w:r w:rsidR="00ED62C3">
        <w:rPr>
          <w:i/>
          <w:color w:val="666666"/>
        </w:rPr>
        <w:t>Sc</w:t>
      </w:r>
      <w:r w:rsidR="00643930">
        <w:rPr>
          <w:i/>
          <w:color w:val="666666"/>
        </w:rPr>
        <w:t xml:space="preserve">hool should verify </w:t>
      </w:r>
      <w:r w:rsidR="00D1611F">
        <w:rPr>
          <w:i/>
          <w:color w:val="666666"/>
        </w:rPr>
        <w:t xml:space="preserve">required security controls </w:t>
      </w:r>
      <w:r w:rsidR="00862249">
        <w:rPr>
          <w:i/>
          <w:color w:val="666666"/>
        </w:rPr>
        <w:t xml:space="preserve">for </w:t>
      </w:r>
      <w:r w:rsidR="00C61C1E">
        <w:rPr>
          <w:i/>
          <w:color w:val="666666"/>
        </w:rPr>
        <w:t>coverage under their</w:t>
      </w:r>
      <w:r w:rsidR="00862249">
        <w:rPr>
          <w:i/>
          <w:color w:val="666666"/>
        </w:rPr>
        <w:t xml:space="preserve"> </w:t>
      </w:r>
      <w:r w:rsidR="00090EF0">
        <w:rPr>
          <w:i/>
          <w:color w:val="666666"/>
        </w:rPr>
        <w:t>conference’s cybersecurity insurance.</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641"/>
        <w:gridCol w:w="2639"/>
        <w:gridCol w:w="2639"/>
        <w:gridCol w:w="2639"/>
      </w:tblGrid>
      <w:tr w:rsidR="00432015" w14:paraId="70EB448D" w14:textId="77777777">
        <w:trPr>
          <w:jc w:val="center"/>
        </w:trPr>
        <w:tc>
          <w:tcPr>
            <w:tcW w:w="2642" w:type="dxa"/>
            <w:shd w:val="clear" w:color="auto" w:fill="17365D"/>
            <w:tcMar>
              <w:top w:w="65" w:type="dxa"/>
              <w:left w:w="75" w:type="dxa"/>
              <w:bottom w:w="65" w:type="dxa"/>
              <w:right w:w="75" w:type="dxa"/>
            </w:tcMar>
            <w:vAlign w:val="center"/>
          </w:tcPr>
          <w:p w14:paraId="1B5E60D7" w14:textId="77777777" w:rsidR="00432015" w:rsidRDefault="006D5C48">
            <w:pPr>
              <w:spacing w:after="20"/>
            </w:pPr>
            <w:r>
              <w:rPr>
                <w:b/>
                <w:color w:val="FFFFFF"/>
                <w:sz w:val="15"/>
              </w:rPr>
              <w:t>Control area</w:t>
            </w:r>
          </w:p>
        </w:tc>
        <w:tc>
          <w:tcPr>
            <w:tcW w:w="2642" w:type="dxa"/>
            <w:shd w:val="clear" w:color="auto" w:fill="17365D"/>
            <w:tcMar>
              <w:top w:w="65" w:type="dxa"/>
              <w:left w:w="75" w:type="dxa"/>
              <w:bottom w:w="65" w:type="dxa"/>
              <w:right w:w="75" w:type="dxa"/>
            </w:tcMar>
            <w:vAlign w:val="center"/>
          </w:tcPr>
          <w:p w14:paraId="0EB5E5CF" w14:textId="77777777" w:rsidR="00432015" w:rsidRDefault="006D5C48">
            <w:pPr>
              <w:spacing w:after="20"/>
            </w:pPr>
            <w:r>
              <w:rPr>
                <w:b/>
                <w:color w:val="FFFFFF"/>
                <w:sz w:val="15"/>
              </w:rPr>
              <w:t>Current state</w:t>
            </w:r>
          </w:p>
        </w:tc>
        <w:tc>
          <w:tcPr>
            <w:tcW w:w="2642" w:type="dxa"/>
            <w:shd w:val="clear" w:color="auto" w:fill="17365D"/>
            <w:tcMar>
              <w:top w:w="65" w:type="dxa"/>
              <w:left w:w="75" w:type="dxa"/>
              <w:bottom w:w="65" w:type="dxa"/>
              <w:right w:w="75" w:type="dxa"/>
            </w:tcMar>
            <w:vAlign w:val="center"/>
          </w:tcPr>
          <w:p w14:paraId="733DF789" w14:textId="77777777" w:rsidR="00432015" w:rsidRDefault="006D5C48">
            <w:pPr>
              <w:spacing w:after="20"/>
            </w:pPr>
            <w:r>
              <w:rPr>
                <w:b/>
                <w:color w:val="FFFFFF"/>
                <w:sz w:val="15"/>
              </w:rPr>
              <w:t>Three-year target</w:t>
            </w:r>
          </w:p>
        </w:tc>
        <w:tc>
          <w:tcPr>
            <w:tcW w:w="2642" w:type="dxa"/>
            <w:shd w:val="clear" w:color="auto" w:fill="17365D"/>
            <w:tcMar>
              <w:top w:w="65" w:type="dxa"/>
              <w:left w:w="75" w:type="dxa"/>
              <w:bottom w:w="65" w:type="dxa"/>
              <w:right w:w="75" w:type="dxa"/>
            </w:tcMar>
            <w:vAlign w:val="center"/>
          </w:tcPr>
          <w:p w14:paraId="2B4E2B99" w14:textId="77777777" w:rsidR="00432015" w:rsidRDefault="006D5C48">
            <w:pPr>
              <w:spacing w:after="20"/>
            </w:pPr>
            <w:r>
              <w:rPr>
                <w:b/>
                <w:color w:val="FFFFFF"/>
                <w:sz w:val="15"/>
              </w:rPr>
              <w:t>Owner / review</w:t>
            </w:r>
          </w:p>
        </w:tc>
      </w:tr>
      <w:tr w:rsidR="00432015" w14:paraId="01F395B0" w14:textId="77777777">
        <w:trPr>
          <w:jc w:val="center"/>
        </w:trPr>
        <w:tc>
          <w:tcPr>
            <w:tcW w:w="2642" w:type="dxa"/>
            <w:shd w:val="clear" w:color="auto" w:fill="F3F7F9"/>
            <w:tcMar>
              <w:top w:w="65" w:type="dxa"/>
              <w:left w:w="75" w:type="dxa"/>
              <w:bottom w:w="65" w:type="dxa"/>
              <w:right w:w="75" w:type="dxa"/>
            </w:tcMar>
            <w:vAlign w:val="center"/>
          </w:tcPr>
          <w:p w14:paraId="0CB1C95D" w14:textId="77777777" w:rsidR="00432015" w:rsidRDefault="006D5C48">
            <w:pPr>
              <w:spacing w:after="20"/>
            </w:pPr>
            <w:r>
              <w:rPr>
                <w:b/>
                <w:color w:val="17365D"/>
                <w:sz w:val="14"/>
              </w:rPr>
              <w:t>MFA &amp; identity security</w:t>
            </w:r>
          </w:p>
        </w:tc>
        <w:tc>
          <w:tcPr>
            <w:tcW w:w="2642" w:type="dxa"/>
            <w:tcMar>
              <w:top w:w="65" w:type="dxa"/>
              <w:left w:w="75" w:type="dxa"/>
              <w:bottom w:w="65" w:type="dxa"/>
              <w:right w:w="75" w:type="dxa"/>
            </w:tcMar>
            <w:vAlign w:val="center"/>
          </w:tcPr>
          <w:p w14:paraId="1B86BD3E" w14:textId="77777777" w:rsidR="00432015" w:rsidRDefault="006D5C48">
            <w:pPr>
              <w:spacing w:after="20"/>
            </w:pPr>
            <w:r>
              <w:rPr>
                <w:color w:val="666666"/>
                <w:sz w:val="14"/>
              </w:rPr>
              <w:t>[Status]</w:t>
            </w:r>
          </w:p>
        </w:tc>
        <w:tc>
          <w:tcPr>
            <w:tcW w:w="2642" w:type="dxa"/>
            <w:tcMar>
              <w:top w:w="65" w:type="dxa"/>
              <w:left w:w="75" w:type="dxa"/>
              <w:bottom w:w="65" w:type="dxa"/>
              <w:right w:w="75" w:type="dxa"/>
            </w:tcMar>
            <w:vAlign w:val="center"/>
          </w:tcPr>
          <w:p w14:paraId="1B16BFCE" w14:textId="77777777" w:rsidR="00432015" w:rsidRDefault="006D5C48">
            <w:pPr>
              <w:spacing w:after="20"/>
            </w:pPr>
            <w:r>
              <w:rPr>
                <w:color w:val="666666"/>
                <w:sz w:val="14"/>
              </w:rPr>
              <w:t>[Target]</w:t>
            </w:r>
          </w:p>
        </w:tc>
        <w:tc>
          <w:tcPr>
            <w:tcW w:w="2642" w:type="dxa"/>
            <w:tcMar>
              <w:top w:w="65" w:type="dxa"/>
              <w:left w:w="75" w:type="dxa"/>
              <w:bottom w:w="65" w:type="dxa"/>
              <w:right w:w="75" w:type="dxa"/>
            </w:tcMar>
            <w:vAlign w:val="center"/>
          </w:tcPr>
          <w:p w14:paraId="52C8F1DD" w14:textId="77777777" w:rsidR="00432015" w:rsidRDefault="006D5C48">
            <w:pPr>
              <w:spacing w:after="20"/>
            </w:pPr>
            <w:r>
              <w:rPr>
                <w:color w:val="666666"/>
                <w:sz w:val="14"/>
              </w:rPr>
              <w:t>[Owner]</w:t>
            </w:r>
          </w:p>
        </w:tc>
      </w:tr>
      <w:tr w:rsidR="00432015" w14:paraId="4A50DC47" w14:textId="77777777">
        <w:trPr>
          <w:jc w:val="center"/>
        </w:trPr>
        <w:tc>
          <w:tcPr>
            <w:tcW w:w="2642" w:type="dxa"/>
            <w:shd w:val="clear" w:color="auto" w:fill="F3F7F9"/>
            <w:tcMar>
              <w:top w:w="65" w:type="dxa"/>
              <w:left w:w="75" w:type="dxa"/>
              <w:bottom w:w="65" w:type="dxa"/>
              <w:right w:w="75" w:type="dxa"/>
            </w:tcMar>
            <w:vAlign w:val="center"/>
          </w:tcPr>
          <w:p w14:paraId="78C231B6" w14:textId="77777777" w:rsidR="00432015" w:rsidRDefault="006D5C48">
            <w:pPr>
              <w:spacing w:after="20"/>
            </w:pPr>
            <w:r>
              <w:rPr>
                <w:b/>
                <w:color w:val="17365D"/>
                <w:sz w:val="14"/>
              </w:rPr>
              <w:t>Endpoint security / patching</w:t>
            </w:r>
          </w:p>
        </w:tc>
        <w:tc>
          <w:tcPr>
            <w:tcW w:w="2642" w:type="dxa"/>
            <w:tcMar>
              <w:top w:w="65" w:type="dxa"/>
              <w:left w:w="75" w:type="dxa"/>
              <w:bottom w:w="65" w:type="dxa"/>
              <w:right w:w="75" w:type="dxa"/>
            </w:tcMar>
            <w:vAlign w:val="center"/>
          </w:tcPr>
          <w:p w14:paraId="4CFA1CD6" w14:textId="77777777" w:rsidR="00432015" w:rsidRDefault="006D5C48">
            <w:pPr>
              <w:spacing w:after="20"/>
            </w:pPr>
            <w:r>
              <w:rPr>
                <w:color w:val="666666"/>
                <w:sz w:val="14"/>
              </w:rPr>
              <w:t>[Status]</w:t>
            </w:r>
          </w:p>
        </w:tc>
        <w:tc>
          <w:tcPr>
            <w:tcW w:w="2642" w:type="dxa"/>
            <w:tcMar>
              <w:top w:w="65" w:type="dxa"/>
              <w:left w:w="75" w:type="dxa"/>
              <w:bottom w:w="65" w:type="dxa"/>
              <w:right w:w="75" w:type="dxa"/>
            </w:tcMar>
            <w:vAlign w:val="center"/>
          </w:tcPr>
          <w:p w14:paraId="3231291E" w14:textId="77777777" w:rsidR="00432015" w:rsidRDefault="006D5C48">
            <w:pPr>
              <w:spacing w:after="20"/>
            </w:pPr>
            <w:r>
              <w:rPr>
                <w:color w:val="666666"/>
                <w:sz w:val="14"/>
              </w:rPr>
              <w:t>[Target]</w:t>
            </w:r>
          </w:p>
        </w:tc>
        <w:tc>
          <w:tcPr>
            <w:tcW w:w="2642" w:type="dxa"/>
            <w:tcMar>
              <w:top w:w="65" w:type="dxa"/>
              <w:left w:w="75" w:type="dxa"/>
              <w:bottom w:w="65" w:type="dxa"/>
              <w:right w:w="75" w:type="dxa"/>
            </w:tcMar>
            <w:vAlign w:val="center"/>
          </w:tcPr>
          <w:p w14:paraId="2303228A" w14:textId="77777777" w:rsidR="00432015" w:rsidRDefault="006D5C48">
            <w:pPr>
              <w:spacing w:after="20"/>
            </w:pPr>
            <w:r>
              <w:rPr>
                <w:color w:val="666666"/>
                <w:sz w:val="14"/>
              </w:rPr>
              <w:t>[Owner]</w:t>
            </w:r>
          </w:p>
        </w:tc>
      </w:tr>
      <w:tr w:rsidR="00432015" w14:paraId="621227B5" w14:textId="77777777">
        <w:trPr>
          <w:jc w:val="center"/>
        </w:trPr>
        <w:tc>
          <w:tcPr>
            <w:tcW w:w="2642" w:type="dxa"/>
            <w:shd w:val="clear" w:color="auto" w:fill="F3F7F9"/>
            <w:tcMar>
              <w:top w:w="65" w:type="dxa"/>
              <w:left w:w="75" w:type="dxa"/>
              <w:bottom w:w="65" w:type="dxa"/>
              <w:right w:w="75" w:type="dxa"/>
            </w:tcMar>
            <w:vAlign w:val="center"/>
          </w:tcPr>
          <w:p w14:paraId="1B1F68F6" w14:textId="77777777" w:rsidR="00432015" w:rsidRDefault="006D5C48">
            <w:pPr>
              <w:spacing w:after="20"/>
            </w:pPr>
            <w:r>
              <w:rPr>
                <w:b/>
                <w:color w:val="17365D"/>
                <w:sz w:val="14"/>
              </w:rPr>
              <w:t>Email / phishing protection</w:t>
            </w:r>
          </w:p>
        </w:tc>
        <w:tc>
          <w:tcPr>
            <w:tcW w:w="2642" w:type="dxa"/>
            <w:tcMar>
              <w:top w:w="65" w:type="dxa"/>
              <w:left w:w="75" w:type="dxa"/>
              <w:bottom w:w="65" w:type="dxa"/>
              <w:right w:w="75" w:type="dxa"/>
            </w:tcMar>
            <w:vAlign w:val="center"/>
          </w:tcPr>
          <w:p w14:paraId="1F0A5EB1" w14:textId="77777777" w:rsidR="00432015" w:rsidRDefault="006D5C48">
            <w:pPr>
              <w:spacing w:after="20"/>
            </w:pPr>
            <w:r>
              <w:rPr>
                <w:color w:val="666666"/>
                <w:sz w:val="14"/>
              </w:rPr>
              <w:t>[Status]</w:t>
            </w:r>
          </w:p>
        </w:tc>
        <w:tc>
          <w:tcPr>
            <w:tcW w:w="2642" w:type="dxa"/>
            <w:tcMar>
              <w:top w:w="65" w:type="dxa"/>
              <w:left w:w="75" w:type="dxa"/>
              <w:bottom w:w="65" w:type="dxa"/>
              <w:right w:w="75" w:type="dxa"/>
            </w:tcMar>
            <w:vAlign w:val="center"/>
          </w:tcPr>
          <w:p w14:paraId="6BDF5E0D" w14:textId="77777777" w:rsidR="00432015" w:rsidRDefault="006D5C48">
            <w:pPr>
              <w:spacing w:after="20"/>
            </w:pPr>
            <w:r>
              <w:rPr>
                <w:color w:val="666666"/>
                <w:sz w:val="14"/>
              </w:rPr>
              <w:t>[Target]</w:t>
            </w:r>
          </w:p>
        </w:tc>
        <w:tc>
          <w:tcPr>
            <w:tcW w:w="2642" w:type="dxa"/>
            <w:tcMar>
              <w:top w:w="65" w:type="dxa"/>
              <w:left w:w="75" w:type="dxa"/>
              <w:bottom w:w="65" w:type="dxa"/>
              <w:right w:w="75" w:type="dxa"/>
            </w:tcMar>
            <w:vAlign w:val="center"/>
          </w:tcPr>
          <w:p w14:paraId="732809F0" w14:textId="77777777" w:rsidR="00432015" w:rsidRDefault="006D5C48">
            <w:pPr>
              <w:spacing w:after="20"/>
            </w:pPr>
            <w:r>
              <w:rPr>
                <w:color w:val="666666"/>
                <w:sz w:val="14"/>
              </w:rPr>
              <w:t>[Owner]</w:t>
            </w:r>
          </w:p>
        </w:tc>
      </w:tr>
      <w:tr w:rsidR="00432015" w14:paraId="517FB66D" w14:textId="77777777">
        <w:trPr>
          <w:jc w:val="center"/>
        </w:trPr>
        <w:tc>
          <w:tcPr>
            <w:tcW w:w="2642" w:type="dxa"/>
            <w:shd w:val="clear" w:color="auto" w:fill="F3F7F9"/>
            <w:tcMar>
              <w:top w:w="65" w:type="dxa"/>
              <w:left w:w="75" w:type="dxa"/>
              <w:bottom w:w="65" w:type="dxa"/>
              <w:right w:w="75" w:type="dxa"/>
            </w:tcMar>
            <w:vAlign w:val="center"/>
          </w:tcPr>
          <w:p w14:paraId="6D8A3DC4" w14:textId="77777777" w:rsidR="00432015" w:rsidRDefault="006D5C48">
            <w:pPr>
              <w:spacing w:after="20"/>
            </w:pPr>
            <w:r>
              <w:rPr>
                <w:b/>
                <w:color w:val="17365D"/>
                <w:sz w:val="14"/>
              </w:rPr>
              <w:t>Network security / segmentation</w:t>
            </w:r>
          </w:p>
        </w:tc>
        <w:tc>
          <w:tcPr>
            <w:tcW w:w="2642" w:type="dxa"/>
            <w:tcMar>
              <w:top w:w="65" w:type="dxa"/>
              <w:left w:w="75" w:type="dxa"/>
              <w:bottom w:w="65" w:type="dxa"/>
              <w:right w:w="75" w:type="dxa"/>
            </w:tcMar>
            <w:vAlign w:val="center"/>
          </w:tcPr>
          <w:p w14:paraId="6B70816F" w14:textId="77777777" w:rsidR="00432015" w:rsidRDefault="006D5C48">
            <w:pPr>
              <w:spacing w:after="20"/>
            </w:pPr>
            <w:r>
              <w:rPr>
                <w:color w:val="666666"/>
                <w:sz w:val="14"/>
              </w:rPr>
              <w:t>[Status]</w:t>
            </w:r>
          </w:p>
        </w:tc>
        <w:tc>
          <w:tcPr>
            <w:tcW w:w="2642" w:type="dxa"/>
            <w:tcMar>
              <w:top w:w="65" w:type="dxa"/>
              <w:left w:w="75" w:type="dxa"/>
              <w:bottom w:w="65" w:type="dxa"/>
              <w:right w:w="75" w:type="dxa"/>
            </w:tcMar>
            <w:vAlign w:val="center"/>
          </w:tcPr>
          <w:p w14:paraId="56227BA1" w14:textId="77777777" w:rsidR="00432015" w:rsidRDefault="006D5C48">
            <w:pPr>
              <w:spacing w:after="20"/>
            </w:pPr>
            <w:r>
              <w:rPr>
                <w:color w:val="666666"/>
                <w:sz w:val="14"/>
              </w:rPr>
              <w:t>[Target]</w:t>
            </w:r>
          </w:p>
        </w:tc>
        <w:tc>
          <w:tcPr>
            <w:tcW w:w="2642" w:type="dxa"/>
            <w:tcMar>
              <w:top w:w="65" w:type="dxa"/>
              <w:left w:w="75" w:type="dxa"/>
              <w:bottom w:w="65" w:type="dxa"/>
              <w:right w:w="75" w:type="dxa"/>
            </w:tcMar>
            <w:vAlign w:val="center"/>
          </w:tcPr>
          <w:p w14:paraId="03EDB685" w14:textId="77777777" w:rsidR="00432015" w:rsidRDefault="006D5C48">
            <w:pPr>
              <w:spacing w:after="20"/>
            </w:pPr>
            <w:r>
              <w:rPr>
                <w:color w:val="666666"/>
                <w:sz w:val="14"/>
              </w:rPr>
              <w:t>[Owner]</w:t>
            </w:r>
          </w:p>
        </w:tc>
      </w:tr>
      <w:tr w:rsidR="00432015" w14:paraId="2E84ECA2" w14:textId="77777777">
        <w:trPr>
          <w:jc w:val="center"/>
        </w:trPr>
        <w:tc>
          <w:tcPr>
            <w:tcW w:w="2642" w:type="dxa"/>
            <w:shd w:val="clear" w:color="auto" w:fill="F3F7F9"/>
            <w:tcMar>
              <w:top w:w="65" w:type="dxa"/>
              <w:left w:w="75" w:type="dxa"/>
              <w:bottom w:w="65" w:type="dxa"/>
              <w:right w:w="75" w:type="dxa"/>
            </w:tcMar>
            <w:vAlign w:val="center"/>
          </w:tcPr>
          <w:p w14:paraId="2B865096" w14:textId="77777777" w:rsidR="00432015" w:rsidRDefault="006D5C48">
            <w:pPr>
              <w:spacing w:after="20"/>
            </w:pPr>
            <w:r>
              <w:rPr>
                <w:b/>
                <w:color w:val="17365D"/>
                <w:sz w:val="14"/>
              </w:rPr>
              <w:t>Student data privacy</w:t>
            </w:r>
          </w:p>
        </w:tc>
        <w:tc>
          <w:tcPr>
            <w:tcW w:w="2642" w:type="dxa"/>
            <w:tcMar>
              <w:top w:w="65" w:type="dxa"/>
              <w:left w:w="75" w:type="dxa"/>
              <w:bottom w:w="65" w:type="dxa"/>
              <w:right w:w="75" w:type="dxa"/>
            </w:tcMar>
            <w:vAlign w:val="center"/>
          </w:tcPr>
          <w:p w14:paraId="5ACE4DED" w14:textId="77777777" w:rsidR="00432015" w:rsidRDefault="006D5C48">
            <w:pPr>
              <w:spacing w:after="20"/>
            </w:pPr>
            <w:r>
              <w:rPr>
                <w:color w:val="666666"/>
                <w:sz w:val="14"/>
              </w:rPr>
              <w:t>[Status]</w:t>
            </w:r>
          </w:p>
        </w:tc>
        <w:tc>
          <w:tcPr>
            <w:tcW w:w="2642" w:type="dxa"/>
            <w:tcMar>
              <w:top w:w="65" w:type="dxa"/>
              <w:left w:w="75" w:type="dxa"/>
              <w:bottom w:w="65" w:type="dxa"/>
              <w:right w:w="75" w:type="dxa"/>
            </w:tcMar>
            <w:vAlign w:val="center"/>
          </w:tcPr>
          <w:p w14:paraId="37906938" w14:textId="77777777" w:rsidR="00432015" w:rsidRDefault="006D5C48">
            <w:pPr>
              <w:spacing w:after="20"/>
            </w:pPr>
            <w:r>
              <w:rPr>
                <w:color w:val="666666"/>
                <w:sz w:val="14"/>
              </w:rPr>
              <w:t>[Target]</w:t>
            </w:r>
          </w:p>
        </w:tc>
        <w:tc>
          <w:tcPr>
            <w:tcW w:w="2642" w:type="dxa"/>
            <w:tcMar>
              <w:top w:w="65" w:type="dxa"/>
              <w:left w:w="75" w:type="dxa"/>
              <w:bottom w:w="65" w:type="dxa"/>
              <w:right w:w="75" w:type="dxa"/>
            </w:tcMar>
            <w:vAlign w:val="center"/>
          </w:tcPr>
          <w:p w14:paraId="3A21674E" w14:textId="77777777" w:rsidR="00432015" w:rsidRDefault="006D5C48">
            <w:pPr>
              <w:spacing w:after="20"/>
            </w:pPr>
            <w:r>
              <w:rPr>
                <w:color w:val="666666"/>
                <w:sz w:val="14"/>
              </w:rPr>
              <w:t>[Owner]</w:t>
            </w:r>
          </w:p>
        </w:tc>
      </w:tr>
      <w:tr w:rsidR="00432015" w14:paraId="668C3054" w14:textId="77777777">
        <w:trPr>
          <w:jc w:val="center"/>
        </w:trPr>
        <w:tc>
          <w:tcPr>
            <w:tcW w:w="2642" w:type="dxa"/>
            <w:shd w:val="clear" w:color="auto" w:fill="F3F7F9"/>
            <w:tcMar>
              <w:top w:w="65" w:type="dxa"/>
              <w:left w:w="75" w:type="dxa"/>
              <w:bottom w:w="65" w:type="dxa"/>
              <w:right w:w="75" w:type="dxa"/>
            </w:tcMar>
            <w:vAlign w:val="center"/>
          </w:tcPr>
          <w:p w14:paraId="3C76DFC3" w14:textId="77777777" w:rsidR="00432015" w:rsidRDefault="006D5C48">
            <w:pPr>
              <w:spacing w:after="20"/>
            </w:pPr>
            <w:r>
              <w:rPr>
                <w:b/>
                <w:color w:val="17365D"/>
                <w:sz w:val="14"/>
              </w:rPr>
              <w:t>Vendor / application review</w:t>
            </w:r>
          </w:p>
        </w:tc>
        <w:tc>
          <w:tcPr>
            <w:tcW w:w="2642" w:type="dxa"/>
            <w:tcMar>
              <w:top w:w="65" w:type="dxa"/>
              <w:left w:w="75" w:type="dxa"/>
              <w:bottom w:w="65" w:type="dxa"/>
              <w:right w:w="75" w:type="dxa"/>
            </w:tcMar>
            <w:vAlign w:val="center"/>
          </w:tcPr>
          <w:p w14:paraId="37731EAC" w14:textId="77777777" w:rsidR="00432015" w:rsidRDefault="006D5C48">
            <w:pPr>
              <w:spacing w:after="20"/>
            </w:pPr>
            <w:r>
              <w:rPr>
                <w:color w:val="666666"/>
                <w:sz w:val="14"/>
              </w:rPr>
              <w:t>[Status]</w:t>
            </w:r>
          </w:p>
        </w:tc>
        <w:tc>
          <w:tcPr>
            <w:tcW w:w="2642" w:type="dxa"/>
            <w:tcMar>
              <w:top w:w="65" w:type="dxa"/>
              <w:left w:w="75" w:type="dxa"/>
              <w:bottom w:w="65" w:type="dxa"/>
              <w:right w:w="75" w:type="dxa"/>
            </w:tcMar>
            <w:vAlign w:val="center"/>
          </w:tcPr>
          <w:p w14:paraId="566C765D" w14:textId="77777777" w:rsidR="00432015" w:rsidRDefault="006D5C48">
            <w:pPr>
              <w:spacing w:after="20"/>
            </w:pPr>
            <w:r>
              <w:rPr>
                <w:color w:val="666666"/>
                <w:sz w:val="14"/>
              </w:rPr>
              <w:t>[Target]</w:t>
            </w:r>
          </w:p>
        </w:tc>
        <w:tc>
          <w:tcPr>
            <w:tcW w:w="2642" w:type="dxa"/>
            <w:tcMar>
              <w:top w:w="65" w:type="dxa"/>
              <w:left w:w="75" w:type="dxa"/>
              <w:bottom w:w="65" w:type="dxa"/>
              <w:right w:w="75" w:type="dxa"/>
            </w:tcMar>
            <w:vAlign w:val="center"/>
          </w:tcPr>
          <w:p w14:paraId="1A05AB60" w14:textId="77777777" w:rsidR="00432015" w:rsidRDefault="006D5C48">
            <w:pPr>
              <w:spacing w:after="20"/>
            </w:pPr>
            <w:r>
              <w:rPr>
                <w:color w:val="666666"/>
                <w:sz w:val="14"/>
              </w:rPr>
              <w:t>[Owner]</w:t>
            </w:r>
          </w:p>
        </w:tc>
      </w:tr>
      <w:tr w:rsidR="00432015" w14:paraId="6EBFEE97" w14:textId="77777777">
        <w:trPr>
          <w:jc w:val="center"/>
        </w:trPr>
        <w:tc>
          <w:tcPr>
            <w:tcW w:w="2642" w:type="dxa"/>
            <w:shd w:val="clear" w:color="auto" w:fill="F3F7F9"/>
            <w:tcMar>
              <w:top w:w="65" w:type="dxa"/>
              <w:left w:w="75" w:type="dxa"/>
              <w:bottom w:w="65" w:type="dxa"/>
              <w:right w:w="75" w:type="dxa"/>
            </w:tcMar>
            <w:vAlign w:val="center"/>
          </w:tcPr>
          <w:p w14:paraId="2B26F809" w14:textId="77777777" w:rsidR="00432015" w:rsidRDefault="006D5C48">
            <w:pPr>
              <w:spacing w:after="20"/>
            </w:pPr>
            <w:r>
              <w:rPr>
                <w:b/>
                <w:color w:val="17365D"/>
                <w:sz w:val="14"/>
              </w:rPr>
              <w:t>Backup &amp; recovery</w:t>
            </w:r>
          </w:p>
        </w:tc>
        <w:tc>
          <w:tcPr>
            <w:tcW w:w="2642" w:type="dxa"/>
            <w:tcMar>
              <w:top w:w="65" w:type="dxa"/>
              <w:left w:w="75" w:type="dxa"/>
              <w:bottom w:w="65" w:type="dxa"/>
              <w:right w:w="75" w:type="dxa"/>
            </w:tcMar>
            <w:vAlign w:val="center"/>
          </w:tcPr>
          <w:p w14:paraId="11062BDE" w14:textId="77777777" w:rsidR="00432015" w:rsidRDefault="006D5C48">
            <w:pPr>
              <w:spacing w:after="20"/>
            </w:pPr>
            <w:r>
              <w:rPr>
                <w:color w:val="666666"/>
                <w:sz w:val="14"/>
              </w:rPr>
              <w:t>[Status]</w:t>
            </w:r>
          </w:p>
        </w:tc>
        <w:tc>
          <w:tcPr>
            <w:tcW w:w="2642" w:type="dxa"/>
            <w:tcMar>
              <w:top w:w="65" w:type="dxa"/>
              <w:left w:w="75" w:type="dxa"/>
              <w:bottom w:w="65" w:type="dxa"/>
              <w:right w:w="75" w:type="dxa"/>
            </w:tcMar>
            <w:vAlign w:val="center"/>
          </w:tcPr>
          <w:p w14:paraId="34CD98C6" w14:textId="77777777" w:rsidR="00432015" w:rsidRDefault="006D5C48">
            <w:pPr>
              <w:spacing w:after="20"/>
            </w:pPr>
            <w:r>
              <w:rPr>
                <w:color w:val="666666"/>
                <w:sz w:val="14"/>
              </w:rPr>
              <w:t>[Target]</w:t>
            </w:r>
          </w:p>
        </w:tc>
        <w:tc>
          <w:tcPr>
            <w:tcW w:w="2642" w:type="dxa"/>
            <w:tcMar>
              <w:top w:w="65" w:type="dxa"/>
              <w:left w:w="75" w:type="dxa"/>
              <w:bottom w:w="65" w:type="dxa"/>
              <w:right w:w="75" w:type="dxa"/>
            </w:tcMar>
            <w:vAlign w:val="center"/>
          </w:tcPr>
          <w:p w14:paraId="4E6AB573" w14:textId="77777777" w:rsidR="00432015" w:rsidRDefault="006D5C48">
            <w:pPr>
              <w:spacing w:after="20"/>
            </w:pPr>
            <w:r>
              <w:rPr>
                <w:color w:val="666666"/>
                <w:sz w:val="14"/>
              </w:rPr>
              <w:t>[Owner]</w:t>
            </w:r>
          </w:p>
        </w:tc>
      </w:tr>
      <w:tr w:rsidR="00432015" w14:paraId="4A67AF7C" w14:textId="77777777">
        <w:trPr>
          <w:jc w:val="center"/>
        </w:trPr>
        <w:tc>
          <w:tcPr>
            <w:tcW w:w="2642" w:type="dxa"/>
            <w:shd w:val="clear" w:color="auto" w:fill="F3F7F9"/>
            <w:tcMar>
              <w:top w:w="65" w:type="dxa"/>
              <w:left w:w="75" w:type="dxa"/>
              <w:bottom w:w="65" w:type="dxa"/>
              <w:right w:w="75" w:type="dxa"/>
            </w:tcMar>
            <w:vAlign w:val="center"/>
          </w:tcPr>
          <w:p w14:paraId="543113AF" w14:textId="77777777" w:rsidR="00432015" w:rsidRDefault="006D5C48">
            <w:pPr>
              <w:spacing w:after="20"/>
            </w:pPr>
            <w:r>
              <w:rPr>
                <w:b/>
                <w:color w:val="17365D"/>
                <w:sz w:val="14"/>
              </w:rPr>
              <w:t>Incident response</w:t>
            </w:r>
          </w:p>
        </w:tc>
        <w:tc>
          <w:tcPr>
            <w:tcW w:w="2642" w:type="dxa"/>
            <w:tcMar>
              <w:top w:w="65" w:type="dxa"/>
              <w:left w:w="75" w:type="dxa"/>
              <w:bottom w:w="65" w:type="dxa"/>
              <w:right w:w="75" w:type="dxa"/>
            </w:tcMar>
            <w:vAlign w:val="center"/>
          </w:tcPr>
          <w:p w14:paraId="79CD1216" w14:textId="77777777" w:rsidR="00432015" w:rsidRDefault="006D5C48">
            <w:pPr>
              <w:spacing w:after="20"/>
            </w:pPr>
            <w:r>
              <w:rPr>
                <w:color w:val="666666"/>
                <w:sz w:val="14"/>
              </w:rPr>
              <w:t>[Status]</w:t>
            </w:r>
          </w:p>
        </w:tc>
        <w:tc>
          <w:tcPr>
            <w:tcW w:w="2642" w:type="dxa"/>
            <w:tcMar>
              <w:top w:w="65" w:type="dxa"/>
              <w:left w:w="75" w:type="dxa"/>
              <w:bottom w:w="65" w:type="dxa"/>
              <w:right w:w="75" w:type="dxa"/>
            </w:tcMar>
            <w:vAlign w:val="center"/>
          </w:tcPr>
          <w:p w14:paraId="4B3BDD50" w14:textId="77777777" w:rsidR="00432015" w:rsidRDefault="006D5C48">
            <w:pPr>
              <w:spacing w:after="20"/>
            </w:pPr>
            <w:r>
              <w:rPr>
                <w:color w:val="666666"/>
                <w:sz w:val="14"/>
              </w:rPr>
              <w:t>[Target]</w:t>
            </w:r>
          </w:p>
        </w:tc>
        <w:tc>
          <w:tcPr>
            <w:tcW w:w="2642" w:type="dxa"/>
            <w:tcMar>
              <w:top w:w="65" w:type="dxa"/>
              <w:left w:w="75" w:type="dxa"/>
              <w:bottom w:w="65" w:type="dxa"/>
              <w:right w:w="75" w:type="dxa"/>
            </w:tcMar>
            <w:vAlign w:val="center"/>
          </w:tcPr>
          <w:p w14:paraId="52A621B3" w14:textId="77777777" w:rsidR="00432015" w:rsidRDefault="006D5C48">
            <w:pPr>
              <w:spacing w:after="20"/>
            </w:pPr>
            <w:r>
              <w:rPr>
                <w:color w:val="666666"/>
                <w:sz w:val="14"/>
              </w:rPr>
              <w:t>[Owner]</w:t>
            </w:r>
          </w:p>
        </w:tc>
      </w:tr>
      <w:tr w:rsidR="00432015" w14:paraId="68ECD982" w14:textId="77777777">
        <w:trPr>
          <w:jc w:val="center"/>
        </w:trPr>
        <w:tc>
          <w:tcPr>
            <w:tcW w:w="2642" w:type="dxa"/>
            <w:shd w:val="clear" w:color="auto" w:fill="F3F7F9"/>
            <w:tcMar>
              <w:top w:w="65" w:type="dxa"/>
              <w:left w:w="75" w:type="dxa"/>
              <w:bottom w:w="65" w:type="dxa"/>
              <w:right w:w="75" w:type="dxa"/>
            </w:tcMar>
            <w:vAlign w:val="center"/>
          </w:tcPr>
          <w:p w14:paraId="06C411A0" w14:textId="77777777" w:rsidR="00432015" w:rsidRDefault="006D5C48">
            <w:pPr>
              <w:spacing w:after="20"/>
            </w:pPr>
            <w:r>
              <w:rPr>
                <w:b/>
                <w:color w:val="17365D"/>
                <w:sz w:val="14"/>
              </w:rPr>
              <w:t>Security awareness training</w:t>
            </w:r>
          </w:p>
        </w:tc>
        <w:tc>
          <w:tcPr>
            <w:tcW w:w="2642" w:type="dxa"/>
            <w:tcMar>
              <w:top w:w="65" w:type="dxa"/>
              <w:left w:w="75" w:type="dxa"/>
              <w:bottom w:w="65" w:type="dxa"/>
              <w:right w:w="75" w:type="dxa"/>
            </w:tcMar>
            <w:vAlign w:val="center"/>
          </w:tcPr>
          <w:p w14:paraId="2AE4D7FB" w14:textId="77777777" w:rsidR="00432015" w:rsidRDefault="006D5C48">
            <w:pPr>
              <w:spacing w:after="20"/>
            </w:pPr>
            <w:r>
              <w:rPr>
                <w:color w:val="666666"/>
                <w:sz w:val="14"/>
              </w:rPr>
              <w:t>[Status]</w:t>
            </w:r>
          </w:p>
        </w:tc>
        <w:tc>
          <w:tcPr>
            <w:tcW w:w="2642" w:type="dxa"/>
            <w:tcMar>
              <w:top w:w="65" w:type="dxa"/>
              <w:left w:w="75" w:type="dxa"/>
              <w:bottom w:w="65" w:type="dxa"/>
              <w:right w:w="75" w:type="dxa"/>
            </w:tcMar>
            <w:vAlign w:val="center"/>
          </w:tcPr>
          <w:p w14:paraId="283E7C25" w14:textId="77777777" w:rsidR="00432015" w:rsidRDefault="006D5C48">
            <w:pPr>
              <w:spacing w:after="20"/>
            </w:pPr>
            <w:r>
              <w:rPr>
                <w:color w:val="666666"/>
                <w:sz w:val="14"/>
              </w:rPr>
              <w:t>[Target]</w:t>
            </w:r>
          </w:p>
        </w:tc>
        <w:tc>
          <w:tcPr>
            <w:tcW w:w="2642" w:type="dxa"/>
            <w:tcMar>
              <w:top w:w="65" w:type="dxa"/>
              <w:left w:w="75" w:type="dxa"/>
              <w:bottom w:w="65" w:type="dxa"/>
              <w:right w:w="75" w:type="dxa"/>
            </w:tcMar>
            <w:vAlign w:val="center"/>
          </w:tcPr>
          <w:p w14:paraId="002D679E" w14:textId="77777777" w:rsidR="00432015" w:rsidRDefault="006D5C48">
            <w:pPr>
              <w:spacing w:after="20"/>
            </w:pPr>
            <w:r>
              <w:rPr>
                <w:color w:val="666666"/>
                <w:sz w:val="14"/>
              </w:rPr>
              <w:t>[Owner]</w:t>
            </w:r>
          </w:p>
        </w:tc>
      </w:tr>
      <w:tr w:rsidR="00432015" w14:paraId="4A82AB06" w14:textId="77777777">
        <w:trPr>
          <w:jc w:val="center"/>
        </w:trPr>
        <w:tc>
          <w:tcPr>
            <w:tcW w:w="2642" w:type="dxa"/>
            <w:shd w:val="clear" w:color="auto" w:fill="F3F7F9"/>
            <w:tcMar>
              <w:top w:w="65" w:type="dxa"/>
              <w:left w:w="75" w:type="dxa"/>
              <w:bottom w:w="65" w:type="dxa"/>
              <w:right w:w="75" w:type="dxa"/>
            </w:tcMar>
            <w:vAlign w:val="center"/>
          </w:tcPr>
          <w:p w14:paraId="61614A82" w14:textId="77777777" w:rsidR="00432015" w:rsidRDefault="006D5C48">
            <w:pPr>
              <w:spacing w:after="20"/>
            </w:pPr>
            <w:r>
              <w:rPr>
                <w:b/>
                <w:color w:val="17365D"/>
                <w:sz w:val="14"/>
              </w:rPr>
              <w:t>Physical security / access</w:t>
            </w:r>
          </w:p>
        </w:tc>
        <w:tc>
          <w:tcPr>
            <w:tcW w:w="2642" w:type="dxa"/>
            <w:tcMar>
              <w:top w:w="65" w:type="dxa"/>
              <w:left w:w="75" w:type="dxa"/>
              <w:bottom w:w="65" w:type="dxa"/>
              <w:right w:w="75" w:type="dxa"/>
            </w:tcMar>
            <w:vAlign w:val="center"/>
          </w:tcPr>
          <w:p w14:paraId="6C74563C" w14:textId="77777777" w:rsidR="00432015" w:rsidRDefault="006D5C48">
            <w:pPr>
              <w:spacing w:after="20"/>
            </w:pPr>
            <w:r>
              <w:rPr>
                <w:color w:val="666666"/>
                <w:sz w:val="14"/>
              </w:rPr>
              <w:t>[Status]</w:t>
            </w:r>
          </w:p>
        </w:tc>
        <w:tc>
          <w:tcPr>
            <w:tcW w:w="2642" w:type="dxa"/>
            <w:tcMar>
              <w:top w:w="65" w:type="dxa"/>
              <w:left w:w="75" w:type="dxa"/>
              <w:bottom w:w="65" w:type="dxa"/>
              <w:right w:w="75" w:type="dxa"/>
            </w:tcMar>
            <w:vAlign w:val="center"/>
          </w:tcPr>
          <w:p w14:paraId="461D230C" w14:textId="77777777" w:rsidR="00432015" w:rsidRDefault="006D5C48">
            <w:pPr>
              <w:spacing w:after="20"/>
            </w:pPr>
            <w:r>
              <w:rPr>
                <w:color w:val="666666"/>
                <w:sz w:val="14"/>
              </w:rPr>
              <w:t>[Target]</w:t>
            </w:r>
          </w:p>
        </w:tc>
        <w:tc>
          <w:tcPr>
            <w:tcW w:w="2642" w:type="dxa"/>
            <w:tcMar>
              <w:top w:w="65" w:type="dxa"/>
              <w:left w:w="75" w:type="dxa"/>
              <w:bottom w:w="65" w:type="dxa"/>
              <w:right w:w="75" w:type="dxa"/>
            </w:tcMar>
            <w:vAlign w:val="center"/>
          </w:tcPr>
          <w:p w14:paraId="66D668E3" w14:textId="77777777" w:rsidR="00432015" w:rsidRDefault="006D5C48">
            <w:pPr>
              <w:spacing w:after="20"/>
            </w:pPr>
            <w:r>
              <w:rPr>
                <w:color w:val="666666"/>
                <w:sz w:val="14"/>
              </w:rPr>
              <w:t>[Owner]</w:t>
            </w:r>
          </w:p>
        </w:tc>
      </w:tr>
    </w:tbl>
    <w:p w14:paraId="044EDC1C" w14:textId="111D37AA" w:rsidR="00432015" w:rsidRDefault="00432015" w:rsidP="00953A21">
      <w:pPr>
        <w:pStyle w:val="ListBullet"/>
        <w:numPr>
          <w:ilvl w:val="0"/>
          <w:numId w:val="0"/>
        </w:numPr>
        <w:spacing w:after="20"/>
      </w:pPr>
    </w:p>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60"/>
      </w:tblGrid>
      <w:tr w:rsidR="00432015" w14:paraId="31D6F0E2" w14:textId="77777777">
        <w:trPr>
          <w:jc w:val="center"/>
        </w:trPr>
        <w:tc>
          <w:tcPr>
            <w:tcW w:w="10570" w:type="dxa"/>
            <w:shd w:val="clear" w:color="auto" w:fill="F3F7F9"/>
            <w:tcMar>
              <w:top w:w="95" w:type="dxa"/>
              <w:left w:w="120" w:type="dxa"/>
              <w:bottom w:w="95" w:type="dxa"/>
              <w:right w:w="120" w:type="dxa"/>
            </w:tcMar>
          </w:tcPr>
          <w:p w14:paraId="605ED9D0" w14:textId="5C692952" w:rsidR="00432015" w:rsidRDefault="006D5C48">
            <w:r>
              <w:rPr>
                <w:b/>
                <w:color w:val="17365D"/>
              </w:rPr>
              <w:t>Privacy principle</w:t>
            </w:r>
            <w:r w:rsidR="00DE5C51">
              <w:rPr>
                <w:b/>
                <w:color w:val="17365D"/>
              </w:rPr>
              <w:t>:</w:t>
            </w:r>
            <w:r>
              <w:rPr>
                <w:b/>
                <w:color w:val="17365D"/>
              </w:rPr>
              <w:t xml:space="preserve">  </w:t>
            </w:r>
            <w:r>
              <w:t>Collect, retain, and share only the student/staff data needed for a legitimate educational or operational purpose. New applications should be reviewed for privacy, security, accessibility, age appropriateness, and contractual/data-handling requirements before deployment.</w:t>
            </w:r>
          </w:p>
        </w:tc>
      </w:tr>
    </w:tbl>
    <w:p w14:paraId="472129F2" w14:textId="77777777" w:rsidR="00432015" w:rsidRDefault="006D5C48" w:rsidP="00BD1647">
      <w:pPr>
        <w:pStyle w:val="Heading1"/>
      </w:pPr>
      <w:r>
        <w:t>5.  Devices, Equipment &amp; Lifecycle Management</w:t>
      </w:r>
    </w:p>
    <w:p w14:paraId="5E52F471" w14:textId="77777777" w:rsidR="00432015" w:rsidRDefault="006D5C48">
      <w:pPr>
        <w:spacing w:after="100"/>
      </w:pPr>
      <w:r>
        <w:rPr>
          <w:i/>
          <w:color w:val="666666"/>
        </w:rPr>
        <w:t>Move beyond a minimum-computer list to a complete lifecycle strategy.</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759"/>
        <w:gridCol w:w="1760"/>
        <w:gridCol w:w="1760"/>
        <w:gridCol w:w="1760"/>
        <w:gridCol w:w="1760"/>
        <w:gridCol w:w="1759"/>
      </w:tblGrid>
      <w:tr w:rsidR="00432015" w14:paraId="7D66F1ED" w14:textId="77777777">
        <w:trPr>
          <w:jc w:val="center"/>
        </w:trPr>
        <w:tc>
          <w:tcPr>
            <w:tcW w:w="1762" w:type="dxa"/>
            <w:shd w:val="clear" w:color="auto" w:fill="17365D"/>
            <w:tcMar>
              <w:top w:w="65" w:type="dxa"/>
              <w:left w:w="75" w:type="dxa"/>
              <w:bottom w:w="65" w:type="dxa"/>
              <w:right w:w="75" w:type="dxa"/>
            </w:tcMar>
            <w:vAlign w:val="center"/>
          </w:tcPr>
          <w:p w14:paraId="2F78707D" w14:textId="77777777" w:rsidR="00432015" w:rsidRDefault="006D5C48">
            <w:pPr>
              <w:spacing w:after="20"/>
            </w:pPr>
            <w:r>
              <w:rPr>
                <w:b/>
                <w:color w:val="FFFFFF"/>
                <w:sz w:val="15"/>
              </w:rPr>
              <w:t>Asset group</w:t>
            </w:r>
          </w:p>
        </w:tc>
        <w:tc>
          <w:tcPr>
            <w:tcW w:w="1762" w:type="dxa"/>
            <w:shd w:val="clear" w:color="auto" w:fill="17365D"/>
            <w:tcMar>
              <w:top w:w="65" w:type="dxa"/>
              <w:left w:w="75" w:type="dxa"/>
              <w:bottom w:w="65" w:type="dxa"/>
              <w:right w:w="75" w:type="dxa"/>
            </w:tcMar>
            <w:vAlign w:val="center"/>
          </w:tcPr>
          <w:p w14:paraId="3A80324B" w14:textId="77777777" w:rsidR="00432015" w:rsidRDefault="006D5C48">
            <w:pPr>
              <w:spacing w:after="20"/>
            </w:pPr>
            <w:r>
              <w:rPr>
                <w:b/>
                <w:color w:val="FFFFFF"/>
                <w:sz w:val="15"/>
              </w:rPr>
              <w:t>Standard</w:t>
            </w:r>
          </w:p>
        </w:tc>
        <w:tc>
          <w:tcPr>
            <w:tcW w:w="1762" w:type="dxa"/>
            <w:shd w:val="clear" w:color="auto" w:fill="17365D"/>
            <w:tcMar>
              <w:top w:w="65" w:type="dxa"/>
              <w:left w:w="75" w:type="dxa"/>
              <w:bottom w:w="65" w:type="dxa"/>
              <w:right w:w="75" w:type="dxa"/>
            </w:tcMar>
            <w:vAlign w:val="center"/>
          </w:tcPr>
          <w:p w14:paraId="63163AA4" w14:textId="77777777" w:rsidR="00432015" w:rsidRDefault="006D5C48">
            <w:pPr>
              <w:spacing w:after="20"/>
            </w:pPr>
            <w:r>
              <w:rPr>
                <w:b/>
                <w:color w:val="FFFFFF"/>
                <w:sz w:val="15"/>
              </w:rPr>
              <w:t>Quantity / ratio</w:t>
            </w:r>
          </w:p>
        </w:tc>
        <w:tc>
          <w:tcPr>
            <w:tcW w:w="1762" w:type="dxa"/>
            <w:shd w:val="clear" w:color="auto" w:fill="17365D"/>
            <w:tcMar>
              <w:top w:w="65" w:type="dxa"/>
              <w:left w:w="75" w:type="dxa"/>
              <w:bottom w:w="65" w:type="dxa"/>
              <w:right w:w="75" w:type="dxa"/>
            </w:tcMar>
            <w:vAlign w:val="center"/>
          </w:tcPr>
          <w:p w14:paraId="66D485C9" w14:textId="77777777" w:rsidR="00432015" w:rsidRDefault="006D5C48">
            <w:pPr>
              <w:spacing w:after="20"/>
            </w:pPr>
            <w:r>
              <w:rPr>
                <w:b/>
                <w:color w:val="FFFFFF"/>
                <w:sz w:val="15"/>
              </w:rPr>
              <w:t>Lifecycle</w:t>
            </w:r>
          </w:p>
        </w:tc>
        <w:tc>
          <w:tcPr>
            <w:tcW w:w="1762" w:type="dxa"/>
            <w:shd w:val="clear" w:color="auto" w:fill="17365D"/>
            <w:tcMar>
              <w:top w:w="65" w:type="dxa"/>
              <w:left w:w="75" w:type="dxa"/>
              <w:bottom w:w="65" w:type="dxa"/>
              <w:right w:w="75" w:type="dxa"/>
            </w:tcMar>
            <w:vAlign w:val="center"/>
          </w:tcPr>
          <w:p w14:paraId="021D528E" w14:textId="77777777" w:rsidR="00432015" w:rsidRDefault="006D5C48">
            <w:pPr>
              <w:spacing w:after="20"/>
            </w:pPr>
            <w:r>
              <w:rPr>
                <w:b/>
                <w:color w:val="FFFFFF"/>
                <w:sz w:val="15"/>
              </w:rPr>
              <w:t>Replacement trigger</w:t>
            </w:r>
          </w:p>
        </w:tc>
        <w:tc>
          <w:tcPr>
            <w:tcW w:w="1762" w:type="dxa"/>
            <w:shd w:val="clear" w:color="auto" w:fill="17365D"/>
            <w:tcMar>
              <w:top w:w="65" w:type="dxa"/>
              <w:left w:w="75" w:type="dxa"/>
              <w:bottom w:w="65" w:type="dxa"/>
              <w:right w:w="75" w:type="dxa"/>
            </w:tcMar>
            <w:vAlign w:val="center"/>
          </w:tcPr>
          <w:p w14:paraId="39F4BF98" w14:textId="77777777" w:rsidR="00432015" w:rsidRDefault="006D5C48">
            <w:pPr>
              <w:spacing w:after="20"/>
            </w:pPr>
            <w:r>
              <w:rPr>
                <w:b/>
                <w:color w:val="FFFFFF"/>
                <w:sz w:val="15"/>
              </w:rPr>
              <w:t>Budget</w:t>
            </w:r>
          </w:p>
        </w:tc>
      </w:tr>
      <w:tr w:rsidR="00432015" w14:paraId="41CEF008" w14:textId="77777777">
        <w:trPr>
          <w:jc w:val="center"/>
        </w:trPr>
        <w:tc>
          <w:tcPr>
            <w:tcW w:w="1762" w:type="dxa"/>
            <w:shd w:val="clear" w:color="auto" w:fill="F3F7F9"/>
            <w:tcMar>
              <w:top w:w="65" w:type="dxa"/>
              <w:left w:w="75" w:type="dxa"/>
              <w:bottom w:w="65" w:type="dxa"/>
              <w:right w:w="75" w:type="dxa"/>
            </w:tcMar>
            <w:vAlign w:val="center"/>
          </w:tcPr>
          <w:p w14:paraId="715BFB6B" w14:textId="77777777" w:rsidR="00432015" w:rsidRDefault="006D5C48">
            <w:pPr>
              <w:spacing w:after="20"/>
            </w:pPr>
            <w:r>
              <w:rPr>
                <w:b/>
                <w:color w:val="17365D"/>
                <w:sz w:val="14"/>
              </w:rPr>
              <w:t>Student devices</w:t>
            </w:r>
          </w:p>
        </w:tc>
        <w:tc>
          <w:tcPr>
            <w:tcW w:w="1762" w:type="dxa"/>
            <w:tcMar>
              <w:top w:w="65" w:type="dxa"/>
              <w:left w:w="75" w:type="dxa"/>
              <w:bottom w:w="65" w:type="dxa"/>
              <w:right w:w="75" w:type="dxa"/>
            </w:tcMar>
            <w:vAlign w:val="center"/>
          </w:tcPr>
          <w:p w14:paraId="70C92E7B" w14:textId="77777777" w:rsidR="00432015" w:rsidRDefault="006D5C48">
            <w:pPr>
              <w:spacing w:after="20"/>
            </w:pPr>
            <w:r>
              <w:rPr>
                <w:color w:val="666666"/>
                <w:sz w:val="14"/>
              </w:rPr>
              <w:t>[Standard]</w:t>
            </w:r>
          </w:p>
        </w:tc>
        <w:tc>
          <w:tcPr>
            <w:tcW w:w="1762" w:type="dxa"/>
            <w:tcMar>
              <w:top w:w="65" w:type="dxa"/>
              <w:left w:w="75" w:type="dxa"/>
              <w:bottom w:w="65" w:type="dxa"/>
              <w:right w:w="75" w:type="dxa"/>
            </w:tcMar>
            <w:vAlign w:val="center"/>
          </w:tcPr>
          <w:p w14:paraId="71091333" w14:textId="77777777" w:rsidR="00432015" w:rsidRDefault="006D5C48">
            <w:pPr>
              <w:spacing w:after="20"/>
            </w:pPr>
            <w:r>
              <w:rPr>
                <w:color w:val="666666"/>
                <w:sz w:val="14"/>
              </w:rPr>
              <w:t>[1:1 / ratio]</w:t>
            </w:r>
          </w:p>
        </w:tc>
        <w:tc>
          <w:tcPr>
            <w:tcW w:w="1762" w:type="dxa"/>
            <w:tcMar>
              <w:top w:w="65" w:type="dxa"/>
              <w:left w:w="75" w:type="dxa"/>
              <w:bottom w:w="65" w:type="dxa"/>
              <w:right w:w="75" w:type="dxa"/>
            </w:tcMar>
            <w:vAlign w:val="center"/>
          </w:tcPr>
          <w:p w14:paraId="043288BD" w14:textId="77777777" w:rsidR="00432015" w:rsidRDefault="006D5C48">
            <w:pPr>
              <w:spacing w:after="20"/>
            </w:pPr>
            <w:r>
              <w:rPr>
                <w:color w:val="666666"/>
                <w:sz w:val="14"/>
              </w:rPr>
              <w:t>[Years]</w:t>
            </w:r>
          </w:p>
        </w:tc>
        <w:tc>
          <w:tcPr>
            <w:tcW w:w="1762" w:type="dxa"/>
            <w:tcMar>
              <w:top w:w="65" w:type="dxa"/>
              <w:left w:w="75" w:type="dxa"/>
              <w:bottom w:w="65" w:type="dxa"/>
              <w:right w:w="75" w:type="dxa"/>
            </w:tcMar>
            <w:vAlign w:val="center"/>
          </w:tcPr>
          <w:p w14:paraId="21B45BDB" w14:textId="77777777" w:rsidR="00432015" w:rsidRDefault="006D5C48">
            <w:pPr>
              <w:spacing w:after="20"/>
            </w:pPr>
            <w:r>
              <w:rPr>
                <w:color w:val="666666"/>
                <w:sz w:val="14"/>
              </w:rPr>
              <w:t>[Condition / age]</w:t>
            </w:r>
          </w:p>
        </w:tc>
        <w:tc>
          <w:tcPr>
            <w:tcW w:w="1762" w:type="dxa"/>
            <w:tcMar>
              <w:top w:w="65" w:type="dxa"/>
              <w:left w:w="75" w:type="dxa"/>
              <w:bottom w:w="65" w:type="dxa"/>
              <w:right w:w="75" w:type="dxa"/>
            </w:tcMar>
            <w:vAlign w:val="center"/>
          </w:tcPr>
          <w:p w14:paraId="1F34A5F2" w14:textId="77777777" w:rsidR="00432015" w:rsidRDefault="006D5C48">
            <w:pPr>
              <w:spacing w:after="20"/>
            </w:pPr>
            <w:r>
              <w:rPr>
                <w:color w:val="666666"/>
                <w:sz w:val="14"/>
              </w:rPr>
              <w:t>[$]</w:t>
            </w:r>
          </w:p>
        </w:tc>
      </w:tr>
      <w:tr w:rsidR="00432015" w14:paraId="37DEFFD7" w14:textId="77777777">
        <w:trPr>
          <w:jc w:val="center"/>
        </w:trPr>
        <w:tc>
          <w:tcPr>
            <w:tcW w:w="1762" w:type="dxa"/>
            <w:shd w:val="clear" w:color="auto" w:fill="F3F7F9"/>
            <w:tcMar>
              <w:top w:w="65" w:type="dxa"/>
              <w:left w:w="75" w:type="dxa"/>
              <w:bottom w:w="65" w:type="dxa"/>
              <w:right w:w="75" w:type="dxa"/>
            </w:tcMar>
            <w:vAlign w:val="center"/>
          </w:tcPr>
          <w:p w14:paraId="3ADB48CF" w14:textId="77777777" w:rsidR="00432015" w:rsidRDefault="006D5C48">
            <w:pPr>
              <w:spacing w:after="20"/>
            </w:pPr>
            <w:r>
              <w:rPr>
                <w:b/>
                <w:color w:val="17365D"/>
                <w:sz w:val="14"/>
              </w:rPr>
              <w:t>Faculty devices</w:t>
            </w:r>
          </w:p>
        </w:tc>
        <w:tc>
          <w:tcPr>
            <w:tcW w:w="1762" w:type="dxa"/>
            <w:tcMar>
              <w:top w:w="65" w:type="dxa"/>
              <w:left w:w="75" w:type="dxa"/>
              <w:bottom w:w="65" w:type="dxa"/>
              <w:right w:w="75" w:type="dxa"/>
            </w:tcMar>
            <w:vAlign w:val="center"/>
          </w:tcPr>
          <w:p w14:paraId="0985083E" w14:textId="77777777" w:rsidR="00432015" w:rsidRDefault="006D5C48">
            <w:pPr>
              <w:spacing w:after="20"/>
            </w:pPr>
            <w:r>
              <w:rPr>
                <w:color w:val="666666"/>
                <w:sz w:val="14"/>
              </w:rPr>
              <w:t>[Standard]</w:t>
            </w:r>
          </w:p>
        </w:tc>
        <w:tc>
          <w:tcPr>
            <w:tcW w:w="1762" w:type="dxa"/>
            <w:tcMar>
              <w:top w:w="65" w:type="dxa"/>
              <w:left w:w="75" w:type="dxa"/>
              <w:bottom w:w="65" w:type="dxa"/>
              <w:right w:w="75" w:type="dxa"/>
            </w:tcMar>
            <w:vAlign w:val="center"/>
          </w:tcPr>
          <w:p w14:paraId="4F99DA3C" w14:textId="77777777" w:rsidR="00432015" w:rsidRDefault="006D5C48">
            <w:pPr>
              <w:spacing w:after="20"/>
            </w:pPr>
            <w:r>
              <w:rPr>
                <w:color w:val="666666"/>
                <w:sz w:val="14"/>
              </w:rPr>
              <w:t>[Quantity]</w:t>
            </w:r>
          </w:p>
        </w:tc>
        <w:tc>
          <w:tcPr>
            <w:tcW w:w="1762" w:type="dxa"/>
            <w:tcMar>
              <w:top w:w="65" w:type="dxa"/>
              <w:left w:w="75" w:type="dxa"/>
              <w:bottom w:w="65" w:type="dxa"/>
              <w:right w:w="75" w:type="dxa"/>
            </w:tcMar>
            <w:vAlign w:val="center"/>
          </w:tcPr>
          <w:p w14:paraId="5C5613F9" w14:textId="77777777" w:rsidR="00432015" w:rsidRDefault="006D5C48">
            <w:pPr>
              <w:spacing w:after="20"/>
            </w:pPr>
            <w:r>
              <w:rPr>
                <w:color w:val="666666"/>
                <w:sz w:val="14"/>
              </w:rPr>
              <w:t>[Years]</w:t>
            </w:r>
          </w:p>
        </w:tc>
        <w:tc>
          <w:tcPr>
            <w:tcW w:w="1762" w:type="dxa"/>
            <w:tcMar>
              <w:top w:w="65" w:type="dxa"/>
              <w:left w:w="75" w:type="dxa"/>
              <w:bottom w:w="65" w:type="dxa"/>
              <w:right w:w="75" w:type="dxa"/>
            </w:tcMar>
            <w:vAlign w:val="center"/>
          </w:tcPr>
          <w:p w14:paraId="6D49320A" w14:textId="77777777" w:rsidR="00432015" w:rsidRDefault="006D5C48">
            <w:pPr>
              <w:spacing w:after="20"/>
            </w:pPr>
            <w:r>
              <w:rPr>
                <w:color w:val="666666"/>
                <w:sz w:val="14"/>
              </w:rPr>
              <w:t>[Condition / age]</w:t>
            </w:r>
          </w:p>
        </w:tc>
        <w:tc>
          <w:tcPr>
            <w:tcW w:w="1762" w:type="dxa"/>
            <w:tcMar>
              <w:top w:w="65" w:type="dxa"/>
              <w:left w:w="75" w:type="dxa"/>
              <w:bottom w:w="65" w:type="dxa"/>
              <w:right w:w="75" w:type="dxa"/>
            </w:tcMar>
            <w:vAlign w:val="center"/>
          </w:tcPr>
          <w:p w14:paraId="2C1189C4" w14:textId="77777777" w:rsidR="00432015" w:rsidRDefault="006D5C48">
            <w:pPr>
              <w:spacing w:after="20"/>
            </w:pPr>
            <w:r>
              <w:rPr>
                <w:color w:val="666666"/>
                <w:sz w:val="14"/>
              </w:rPr>
              <w:t>[$]</w:t>
            </w:r>
          </w:p>
        </w:tc>
      </w:tr>
      <w:tr w:rsidR="00432015" w14:paraId="0D80DEB1" w14:textId="77777777">
        <w:trPr>
          <w:jc w:val="center"/>
        </w:trPr>
        <w:tc>
          <w:tcPr>
            <w:tcW w:w="1762" w:type="dxa"/>
            <w:shd w:val="clear" w:color="auto" w:fill="F3F7F9"/>
            <w:tcMar>
              <w:top w:w="65" w:type="dxa"/>
              <w:left w:w="75" w:type="dxa"/>
              <w:bottom w:w="65" w:type="dxa"/>
              <w:right w:w="75" w:type="dxa"/>
            </w:tcMar>
            <w:vAlign w:val="center"/>
          </w:tcPr>
          <w:p w14:paraId="0109BA91" w14:textId="77777777" w:rsidR="00432015" w:rsidRDefault="006D5C48">
            <w:pPr>
              <w:spacing w:after="20"/>
            </w:pPr>
            <w:r>
              <w:rPr>
                <w:b/>
                <w:color w:val="17365D"/>
                <w:sz w:val="14"/>
              </w:rPr>
              <w:t>Admin devices</w:t>
            </w:r>
          </w:p>
        </w:tc>
        <w:tc>
          <w:tcPr>
            <w:tcW w:w="1762" w:type="dxa"/>
            <w:tcMar>
              <w:top w:w="65" w:type="dxa"/>
              <w:left w:w="75" w:type="dxa"/>
              <w:bottom w:w="65" w:type="dxa"/>
              <w:right w:w="75" w:type="dxa"/>
            </w:tcMar>
            <w:vAlign w:val="center"/>
          </w:tcPr>
          <w:p w14:paraId="6D470FE2" w14:textId="77777777" w:rsidR="00432015" w:rsidRDefault="006D5C48">
            <w:pPr>
              <w:spacing w:after="20"/>
            </w:pPr>
            <w:r>
              <w:rPr>
                <w:color w:val="666666"/>
                <w:sz w:val="14"/>
              </w:rPr>
              <w:t>[Standard]</w:t>
            </w:r>
          </w:p>
        </w:tc>
        <w:tc>
          <w:tcPr>
            <w:tcW w:w="1762" w:type="dxa"/>
            <w:tcMar>
              <w:top w:w="65" w:type="dxa"/>
              <w:left w:w="75" w:type="dxa"/>
              <w:bottom w:w="65" w:type="dxa"/>
              <w:right w:w="75" w:type="dxa"/>
            </w:tcMar>
            <w:vAlign w:val="center"/>
          </w:tcPr>
          <w:p w14:paraId="5A394EAE" w14:textId="77777777" w:rsidR="00432015" w:rsidRDefault="006D5C48">
            <w:pPr>
              <w:spacing w:after="20"/>
            </w:pPr>
            <w:r>
              <w:rPr>
                <w:color w:val="666666"/>
                <w:sz w:val="14"/>
              </w:rPr>
              <w:t>[Quantity]</w:t>
            </w:r>
          </w:p>
        </w:tc>
        <w:tc>
          <w:tcPr>
            <w:tcW w:w="1762" w:type="dxa"/>
            <w:tcMar>
              <w:top w:w="65" w:type="dxa"/>
              <w:left w:w="75" w:type="dxa"/>
              <w:bottom w:w="65" w:type="dxa"/>
              <w:right w:w="75" w:type="dxa"/>
            </w:tcMar>
            <w:vAlign w:val="center"/>
          </w:tcPr>
          <w:p w14:paraId="638C5F12" w14:textId="77777777" w:rsidR="00432015" w:rsidRDefault="006D5C48">
            <w:pPr>
              <w:spacing w:after="20"/>
            </w:pPr>
            <w:r>
              <w:rPr>
                <w:color w:val="666666"/>
                <w:sz w:val="14"/>
              </w:rPr>
              <w:t>[Years]</w:t>
            </w:r>
          </w:p>
        </w:tc>
        <w:tc>
          <w:tcPr>
            <w:tcW w:w="1762" w:type="dxa"/>
            <w:tcMar>
              <w:top w:w="65" w:type="dxa"/>
              <w:left w:w="75" w:type="dxa"/>
              <w:bottom w:w="65" w:type="dxa"/>
              <w:right w:w="75" w:type="dxa"/>
            </w:tcMar>
            <w:vAlign w:val="center"/>
          </w:tcPr>
          <w:p w14:paraId="1B282B07" w14:textId="77777777" w:rsidR="00432015" w:rsidRDefault="006D5C48">
            <w:pPr>
              <w:spacing w:after="20"/>
            </w:pPr>
            <w:r>
              <w:rPr>
                <w:color w:val="666666"/>
                <w:sz w:val="14"/>
              </w:rPr>
              <w:t>[Condition / age]</w:t>
            </w:r>
          </w:p>
        </w:tc>
        <w:tc>
          <w:tcPr>
            <w:tcW w:w="1762" w:type="dxa"/>
            <w:tcMar>
              <w:top w:w="65" w:type="dxa"/>
              <w:left w:w="75" w:type="dxa"/>
              <w:bottom w:w="65" w:type="dxa"/>
              <w:right w:w="75" w:type="dxa"/>
            </w:tcMar>
            <w:vAlign w:val="center"/>
          </w:tcPr>
          <w:p w14:paraId="6F077E30" w14:textId="77777777" w:rsidR="00432015" w:rsidRDefault="006D5C48">
            <w:pPr>
              <w:spacing w:after="20"/>
            </w:pPr>
            <w:r>
              <w:rPr>
                <w:color w:val="666666"/>
                <w:sz w:val="14"/>
              </w:rPr>
              <w:t>[$]</w:t>
            </w:r>
          </w:p>
        </w:tc>
      </w:tr>
      <w:tr w:rsidR="00432015" w14:paraId="2AB5AAC7" w14:textId="77777777">
        <w:trPr>
          <w:jc w:val="center"/>
        </w:trPr>
        <w:tc>
          <w:tcPr>
            <w:tcW w:w="1762" w:type="dxa"/>
            <w:shd w:val="clear" w:color="auto" w:fill="F3F7F9"/>
            <w:tcMar>
              <w:top w:w="65" w:type="dxa"/>
              <w:left w:w="75" w:type="dxa"/>
              <w:bottom w:w="65" w:type="dxa"/>
              <w:right w:w="75" w:type="dxa"/>
            </w:tcMar>
            <w:vAlign w:val="center"/>
          </w:tcPr>
          <w:p w14:paraId="23EBEB78" w14:textId="77777777" w:rsidR="00432015" w:rsidRDefault="006D5C48">
            <w:pPr>
              <w:spacing w:after="20"/>
            </w:pPr>
            <w:r>
              <w:rPr>
                <w:b/>
                <w:color w:val="17365D"/>
                <w:sz w:val="14"/>
              </w:rPr>
              <w:t>Classroom displays / AV</w:t>
            </w:r>
          </w:p>
        </w:tc>
        <w:tc>
          <w:tcPr>
            <w:tcW w:w="1762" w:type="dxa"/>
            <w:tcMar>
              <w:top w:w="65" w:type="dxa"/>
              <w:left w:w="75" w:type="dxa"/>
              <w:bottom w:w="65" w:type="dxa"/>
              <w:right w:w="75" w:type="dxa"/>
            </w:tcMar>
            <w:vAlign w:val="center"/>
          </w:tcPr>
          <w:p w14:paraId="2CB512CB" w14:textId="77777777" w:rsidR="00432015" w:rsidRDefault="006D5C48">
            <w:pPr>
              <w:spacing w:after="20"/>
            </w:pPr>
            <w:r>
              <w:rPr>
                <w:color w:val="666666"/>
                <w:sz w:val="14"/>
              </w:rPr>
              <w:t>[Standard]</w:t>
            </w:r>
          </w:p>
        </w:tc>
        <w:tc>
          <w:tcPr>
            <w:tcW w:w="1762" w:type="dxa"/>
            <w:tcMar>
              <w:top w:w="65" w:type="dxa"/>
              <w:left w:w="75" w:type="dxa"/>
              <w:bottom w:w="65" w:type="dxa"/>
              <w:right w:w="75" w:type="dxa"/>
            </w:tcMar>
            <w:vAlign w:val="center"/>
          </w:tcPr>
          <w:p w14:paraId="399EB210" w14:textId="77777777" w:rsidR="00432015" w:rsidRDefault="006D5C48">
            <w:pPr>
              <w:spacing w:after="20"/>
            </w:pPr>
            <w:r>
              <w:rPr>
                <w:color w:val="666666"/>
                <w:sz w:val="14"/>
              </w:rPr>
              <w:t>[Quantity]</w:t>
            </w:r>
          </w:p>
        </w:tc>
        <w:tc>
          <w:tcPr>
            <w:tcW w:w="1762" w:type="dxa"/>
            <w:tcMar>
              <w:top w:w="65" w:type="dxa"/>
              <w:left w:w="75" w:type="dxa"/>
              <w:bottom w:w="65" w:type="dxa"/>
              <w:right w:w="75" w:type="dxa"/>
            </w:tcMar>
            <w:vAlign w:val="center"/>
          </w:tcPr>
          <w:p w14:paraId="1821F21F" w14:textId="77777777" w:rsidR="00432015" w:rsidRDefault="006D5C48">
            <w:pPr>
              <w:spacing w:after="20"/>
            </w:pPr>
            <w:r>
              <w:rPr>
                <w:color w:val="666666"/>
                <w:sz w:val="14"/>
              </w:rPr>
              <w:t>[Years]</w:t>
            </w:r>
          </w:p>
        </w:tc>
        <w:tc>
          <w:tcPr>
            <w:tcW w:w="1762" w:type="dxa"/>
            <w:tcMar>
              <w:top w:w="65" w:type="dxa"/>
              <w:left w:w="75" w:type="dxa"/>
              <w:bottom w:w="65" w:type="dxa"/>
              <w:right w:w="75" w:type="dxa"/>
            </w:tcMar>
            <w:vAlign w:val="center"/>
          </w:tcPr>
          <w:p w14:paraId="69524EB9" w14:textId="77777777" w:rsidR="00432015" w:rsidRDefault="006D5C48">
            <w:pPr>
              <w:spacing w:after="20"/>
            </w:pPr>
            <w:r>
              <w:rPr>
                <w:color w:val="666666"/>
                <w:sz w:val="14"/>
              </w:rPr>
              <w:t>[Condition]</w:t>
            </w:r>
          </w:p>
        </w:tc>
        <w:tc>
          <w:tcPr>
            <w:tcW w:w="1762" w:type="dxa"/>
            <w:tcMar>
              <w:top w:w="65" w:type="dxa"/>
              <w:left w:w="75" w:type="dxa"/>
              <w:bottom w:w="65" w:type="dxa"/>
              <w:right w:w="75" w:type="dxa"/>
            </w:tcMar>
            <w:vAlign w:val="center"/>
          </w:tcPr>
          <w:p w14:paraId="15A309A5" w14:textId="77777777" w:rsidR="00432015" w:rsidRDefault="006D5C48">
            <w:pPr>
              <w:spacing w:after="20"/>
            </w:pPr>
            <w:r>
              <w:rPr>
                <w:color w:val="666666"/>
                <w:sz w:val="14"/>
              </w:rPr>
              <w:t>[$]</w:t>
            </w:r>
          </w:p>
        </w:tc>
      </w:tr>
      <w:tr w:rsidR="00432015" w14:paraId="5D27FD7D" w14:textId="77777777">
        <w:trPr>
          <w:jc w:val="center"/>
        </w:trPr>
        <w:tc>
          <w:tcPr>
            <w:tcW w:w="1762" w:type="dxa"/>
            <w:shd w:val="clear" w:color="auto" w:fill="F3F7F9"/>
            <w:tcMar>
              <w:top w:w="65" w:type="dxa"/>
              <w:left w:w="75" w:type="dxa"/>
              <w:bottom w:w="65" w:type="dxa"/>
              <w:right w:w="75" w:type="dxa"/>
            </w:tcMar>
            <w:vAlign w:val="center"/>
          </w:tcPr>
          <w:p w14:paraId="166551BD" w14:textId="77777777" w:rsidR="00432015" w:rsidRDefault="006D5C48">
            <w:pPr>
              <w:spacing w:after="20"/>
            </w:pPr>
            <w:r>
              <w:rPr>
                <w:b/>
                <w:color w:val="17365D"/>
                <w:sz w:val="14"/>
              </w:rPr>
              <w:t>Labs / CTE / STEM</w:t>
            </w:r>
          </w:p>
        </w:tc>
        <w:tc>
          <w:tcPr>
            <w:tcW w:w="1762" w:type="dxa"/>
            <w:tcMar>
              <w:top w:w="65" w:type="dxa"/>
              <w:left w:w="75" w:type="dxa"/>
              <w:bottom w:w="65" w:type="dxa"/>
              <w:right w:w="75" w:type="dxa"/>
            </w:tcMar>
            <w:vAlign w:val="center"/>
          </w:tcPr>
          <w:p w14:paraId="47FD710A" w14:textId="77777777" w:rsidR="00432015" w:rsidRDefault="006D5C48">
            <w:pPr>
              <w:spacing w:after="20"/>
            </w:pPr>
            <w:r>
              <w:rPr>
                <w:color w:val="666666"/>
                <w:sz w:val="14"/>
              </w:rPr>
              <w:t>[Standard]</w:t>
            </w:r>
          </w:p>
        </w:tc>
        <w:tc>
          <w:tcPr>
            <w:tcW w:w="1762" w:type="dxa"/>
            <w:tcMar>
              <w:top w:w="65" w:type="dxa"/>
              <w:left w:w="75" w:type="dxa"/>
              <w:bottom w:w="65" w:type="dxa"/>
              <w:right w:w="75" w:type="dxa"/>
            </w:tcMar>
            <w:vAlign w:val="center"/>
          </w:tcPr>
          <w:p w14:paraId="60E65B02" w14:textId="77777777" w:rsidR="00432015" w:rsidRDefault="006D5C48">
            <w:pPr>
              <w:spacing w:after="20"/>
            </w:pPr>
            <w:r>
              <w:rPr>
                <w:color w:val="666666"/>
                <w:sz w:val="14"/>
              </w:rPr>
              <w:t>[Quantity]</w:t>
            </w:r>
          </w:p>
        </w:tc>
        <w:tc>
          <w:tcPr>
            <w:tcW w:w="1762" w:type="dxa"/>
            <w:tcMar>
              <w:top w:w="65" w:type="dxa"/>
              <w:left w:w="75" w:type="dxa"/>
              <w:bottom w:w="65" w:type="dxa"/>
              <w:right w:w="75" w:type="dxa"/>
            </w:tcMar>
            <w:vAlign w:val="center"/>
          </w:tcPr>
          <w:p w14:paraId="003E356C" w14:textId="77777777" w:rsidR="00432015" w:rsidRDefault="006D5C48">
            <w:pPr>
              <w:spacing w:after="20"/>
            </w:pPr>
            <w:r>
              <w:rPr>
                <w:color w:val="666666"/>
                <w:sz w:val="14"/>
              </w:rPr>
              <w:t>[Years]</w:t>
            </w:r>
          </w:p>
        </w:tc>
        <w:tc>
          <w:tcPr>
            <w:tcW w:w="1762" w:type="dxa"/>
            <w:tcMar>
              <w:top w:w="65" w:type="dxa"/>
              <w:left w:w="75" w:type="dxa"/>
              <w:bottom w:w="65" w:type="dxa"/>
              <w:right w:w="75" w:type="dxa"/>
            </w:tcMar>
            <w:vAlign w:val="center"/>
          </w:tcPr>
          <w:p w14:paraId="6D940D9B" w14:textId="77777777" w:rsidR="00432015" w:rsidRDefault="006D5C48">
            <w:pPr>
              <w:spacing w:after="20"/>
            </w:pPr>
            <w:r>
              <w:rPr>
                <w:color w:val="666666"/>
                <w:sz w:val="14"/>
              </w:rPr>
              <w:t>[Performance]</w:t>
            </w:r>
          </w:p>
        </w:tc>
        <w:tc>
          <w:tcPr>
            <w:tcW w:w="1762" w:type="dxa"/>
            <w:tcMar>
              <w:top w:w="65" w:type="dxa"/>
              <w:left w:w="75" w:type="dxa"/>
              <w:bottom w:w="65" w:type="dxa"/>
              <w:right w:w="75" w:type="dxa"/>
            </w:tcMar>
            <w:vAlign w:val="center"/>
          </w:tcPr>
          <w:p w14:paraId="63DAD4F1" w14:textId="77777777" w:rsidR="00432015" w:rsidRDefault="006D5C48">
            <w:pPr>
              <w:spacing w:after="20"/>
            </w:pPr>
            <w:r>
              <w:rPr>
                <w:color w:val="666666"/>
                <w:sz w:val="14"/>
              </w:rPr>
              <w:t>[$]</w:t>
            </w:r>
          </w:p>
        </w:tc>
      </w:tr>
      <w:tr w:rsidR="00432015" w14:paraId="40885233" w14:textId="77777777">
        <w:trPr>
          <w:jc w:val="center"/>
        </w:trPr>
        <w:tc>
          <w:tcPr>
            <w:tcW w:w="1762" w:type="dxa"/>
            <w:shd w:val="clear" w:color="auto" w:fill="F3F7F9"/>
            <w:tcMar>
              <w:top w:w="65" w:type="dxa"/>
              <w:left w:w="75" w:type="dxa"/>
              <w:bottom w:w="65" w:type="dxa"/>
              <w:right w:w="75" w:type="dxa"/>
            </w:tcMar>
            <w:vAlign w:val="center"/>
          </w:tcPr>
          <w:p w14:paraId="62347961" w14:textId="77777777" w:rsidR="00432015" w:rsidRDefault="006D5C48">
            <w:pPr>
              <w:spacing w:after="20"/>
            </w:pPr>
            <w:r>
              <w:rPr>
                <w:b/>
                <w:color w:val="17365D"/>
                <w:sz w:val="14"/>
              </w:rPr>
              <w:t>Network / server hardware</w:t>
            </w:r>
          </w:p>
        </w:tc>
        <w:tc>
          <w:tcPr>
            <w:tcW w:w="1762" w:type="dxa"/>
            <w:tcMar>
              <w:top w:w="65" w:type="dxa"/>
              <w:left w:w="75" w:type="dxa"/>
              <w:bottom w:w="65" w:type="dxa"/>
              <w:right w:w="75" w:type="dxa"/>
            </w:tcMar>
            <w:vAlign w:val="center"/>
          </w:tcPr>
          <w:p w14:paraId="12215755" w14:textId="77777777" w:rsidR="00432015" w:rsidRDefault="006D5C48">
            <w:pPr>
              <w:spacing w:after="20"/>
            </w:pPr>
            <w:r>
              <w:rPr>
                <w:color w:val="666666"/>
                <w:sz w:val="14"/>
              </w:rPr>
              <w:t>[Standard]</w:t>
            </w:r>
          </w:p>
        </w:tc>
        <w:tc>
          <w:tcPr>
            <w:tcW w:w="1762" w:type="dxa"/>
            <w:tcMar>
              <w:top w:w="65" w:type="dxa"/>
              <w:left w:w="75" w:type="dxa"/>
              <w:bottom w:w="65" w:type="dxa"/>
              <w:right w:w="75" w:type="dxa"/>
            </w:tcMar>
            <w:vAlign w:val="center"/>
          </w:tcPr>
          <w:p w14:paraId="24200A3C" w14:textId="77777777" w:rsidR="00432015" w:rsidRDefault="006D5C48">
            <w:pPr>
              <w:spacing w:after="20"/>
            </w:pPr>
            <w:r>
              <w:rPr>
                <w:color w:val="666666"/>
                <w:sz w:val="14"/>
              </w:rPr>
              <w:t>[Quantity]</w:t>
            </w:r>
          </w:p>
        </w:tc>
        <w:tc>
          <w:tcPr>
            <w:tcW w:w="1762" w:type="dxa"/>
            <w:tcMar>
              <w:top w:w="65" w:type="dxa"/>
              <w:left w:w="75" w:type="dxa"/>
              <w:bottom w:w="65" w:type="dxa"/>
              <w:right w:w="75" w:type="dxa"/>
            </w:tcMar>
            <w:vAlign w:val="center"/>
          </w:tcPr>
          <w:p w14:paraId="7C3555AB" w14:textId="77777777" w:rsidR="00432015" w:rsidRDefault="006D5C48">
            <w:pPr>
              <w:spacing w:after="20"/>
            </w:pPr>
            <w:r>
              <w:rPr>
                <w:color w:val="666666"/>
                <w:sz w:val="14"/>
              </w:rPr>
              <w:t>[Years]</w:t>
            </w:r>
          </w:p>
        </w:tc>
        <w:tc>
          <w:tcPr>
            <w:tcW w:w="1762" w:type="dxa"/>
            <w:tcMar>
              <w:top w:w="65" w:type="dxa"/>
              <w:left w:w="75" w:type="dxa"/>
              <w:bottom w:w="65" w:type="dxa"/>
              <w:right w:w="75" w:type="dxa"/>
            </w:tcMar>
            <w:vAlign w:val="center"/>
          </w:tcPr>
          <w:p w14:paraId="252471F7" w14:textId="77777777" w:rsidR="00432015" w:rsidRDefault="006D5C48">
            <w:pPr>
              <w:spacing w:after="20"/>
            </w:pPr>
            <w:r>
              <w:rPr>
                <w:color w:val="666666"/>
                <w:sz w:val="14"/>
              </w:rPr>
              <w:t>[Support/EOL]</w:t>
            </w:r>
          </w:p>
        </w:tc>
        <w:tc>
          <w:tcPr>
            <w:tcW w:w="1762" w:type="dxa"/>
            <w:tcMar>
              <w:top w:w="65" w:type="dxa"/>
              <w:left w:w="75" w:type="dxa"/>
              <w:bottom w:w="65" w:type="dxa"/>
              <w:right w:w="75" w:type="dxa"/>
            </w:tcMar>
            <w:vAlign w:val="center"/>
          </w:tcPr>
          <w:p w14:paraId="0234D97D" w14:textId="77777777" w:rsidR="00432015" w:rsidRDefault="006D5C48">
            <w:pPr>
              <w:spacing w:after="20"/>
            </w:pPr>
            <w:r>
              <w:rPr>
                <w:color w:val="666666"/>
                <w:sz w:val="14"/>
              </w:rPr>
              <w:t>[$]</w:t>
            </w:r>
          </w:p>
        </w:tc>
      </w:tr>
      <w:tr w:rsidR="00432015" w14:paraId="587DAD19" w14:textId="77777777">
        <w:trPr>
          <w:jc w:val="center"/>
        </w:trPr>
        <w:tc>
          <w:tcPr>
            <w:tcW w:w="1762" w:type="dxa"/>
            <w:shd w:val="clear" w:color="auto" w:fill="F3F7F9"/>
            <w:tcMar>
              <w:top w:w="65" w:type="dxa"/>
              <w:left w:w="75" w:type="dxa"/>
              <w:bottom w:w="65" w:type="dxa"/>
              <w:right w:w="75" w:type="dxa"/>
            </w:tcMar>
            <w:vAlign w:val="center"/>
          </w:tcPr>
          <w:p w14:paraId="48C63470" w14:textId="77777777" w:rsidR="00432015" w:rsidRDefault="006D5C48">
            <w:pPr>
              <w:spacing w:after="20"/>
            </w:pPr>
            <w:r>
              <w:rPr>
                <w:b/>
                <w:color w:val="17365D"/>
                <w:sz w:val="14"/>
              </w:rPr>
              <w:t xml:space="preserve">Security / access </w:t>
            </w:r>
            <w:r>
              <w:rPr>
                <w:b/>
                <w:color w:val="17365D"/>
                <w:sz w:val="14"/>
              </w:rPr>
              <w:lastRenderedPageBreak/>
              <w:t>systems</w:t>
            </w:r>
          </w:p>
        </w:tc>
        <w:tc>
          <w:tcPr>
            <w:tcW w:w="1762" w:type="dxa"/>
            <w:tcMar>
              <w:top w:w="65" w:type="dxa"/>
              <w:left w:w="75" w:type="dxa"/>
              <w:bottom w:w="65" w:type="dxa"/>
              <w:right w:w="75" w:type="dxa"/>
            </w:tcMar>
            <w:vAlign w:val="center"/>
          </w:tcPr>
          <w:p w14:paraId="76D68939" w14:textId="77777777" w:rsidR="00432015" w:rsidRDefault="006D5C48">
            <w:pPr>
              <w:spacing w:after="20"/>
            </w:pPr>
            <w:r>
              <w:rPr>
                <w:color w:val="666666"/>
                <w:sz w:val="14"/>
              </w:rPr>
              <w:lastRenderedPageBreak/>
              <w:t>[Standard]</w:t>
            </w:r>
          </w:p>
        </w:tc>
        <w:tc>
          <w:tcPr>
            <w:tcW w:w="1762" w:type="dxa"/>
            <w:tcMar>
              <w:top w:w="65" w:type="dxa"/>
              <w:left w:w="75" w:type="dxa"/>
              <w:bottom w:w="65" w:type="dxa"/>
              <w:right w:w="75" w:type="dxa"/>
            </w:tcMar>
            <w:vAlign w:val="center"/>
          </w:tcPr>
          <w:p w14:paraId="1F5B3610" w14:textId="77777777" w:rsidR="00432015" w:rsidRDefault="006D5C48">
            <w:pPr>
              <w:spacing w:after="20"/>
            </w:pPr>
            <w:r>
              <w:rPr>
                <w:color w:val="666666"/>
                <w:sz w:val="14"/>
              </w:rPr>
              <w:t>[Quantity]</w:t>
            </w:r>
          </w:p>
        </w:tc>
        <w:tc>
          <w:tcPr>
            <w:tcW w:w="1762" w:type="dxa"/>
            <w:tcMar>
              <w:top w:w="65" w:type="dxa"/>
              <w:left w:w="75" w:type="dxa"/>
              <w:bottom w:w="65" w:type="dxa"/>
              <w:right w:w="75" w:type="dxa"/>
            </w:tcMar>
            <w:vAlign w:val="center"/>
          </w:tcPr>
          <w:p w14:paraId="0935BC16" w14:textId="77777777" w:rsidR="00432015" w:rsidRDefault="006D5C48">
            <w:pPr>
              <w:spacing w:after="20"/>
            </w:pPr>
            <w:r>
              <w:rPr>
                <w:color w:val="666666"/>
                <w:sz w:val="14"/>
              </w:rPr>
              <w:t>[Years]</w:t>
            </w:r>
          </w:p>
        </w:tc>
        <w:tc>
          <w:tcPr>
            <w:tcW w:w="1762" w:type="dxa"/>
            <w:tcMar>
              <w:top w:w="65" w:type="dxa"/>
              <w:left w:w="75" w:type="dxa"/>
              <w:bottom w:w="65" w:type="dxa"/>
              <w:right w:w="75" w:type="dxa"/>
            </w:tcMar>
            <w:vAlign w:val="center"/>
          </w:tcPr>
          <w:p w14:paraId="6D7D5B46" w14:textId="77777777" w:rsidR="00432015" w:rsidRDefault="006D5C48">
            <w:pPr>
              <w:spacing w:after="20"/>
            </w:pPr>
            <w:r>
              <w:rPr>
                <w:color w:val="666666"/>
                <w:sz w:val="14"/>
              </w:rPr>
              <w:t>[Support/EOL]</w:t>
            </w:r>
          </w:p>
        </w:tc>
        <w:tc>
          <w:tcPr>
            <w:tcW w:w="1762" w:type="dxa"/>
            <w:tcMar>
              <w:top w:w="65" w:type="dxa"/>
              <w:left w:w="75" w:type="dxa"/>
              <w:bottom w:w="65" w:type="dxa"/>
              <w:right w:w="75" w:type="dxa"/>
            </w:tcMar>
            <w:vAlign w:val="center"/>
          </w:tcPr>
          <w:p w14:paraId="7D2390F9" w14:textId="77777777" w:rsidR="00432015" w:rsidRDefault="006D5C48">
            <w:pPr>
              <w:spacing w:after="20"/>
            </w:pPr>
            <w:r>
              <w:rPr>
                <w:color w:val="666666"/>
                <w:sz w:val="14"/>
              </w:rPr>
              <w:t>[$]</w:t>
            </w:r>
          </w:p>
        </w:tc>
      </w:tr>
      <w:tr w:rsidR="00432015" w14:paraId="6D944387" w14:textId="77777777">
        <w:trPr>
          <w:jc w:val="center"/>
        </w:trPr>
        <w:tc>
          <w:tcPr>
            <w:tcW w:w="1762" w:type="dxa"/>
            <w:shd w:val="clear" w:color="auto" w:fill="F3F7F9"/>
            <w:tcMar>
              <w:top w:w="65" w:type="dxa"/>
              <w:left w:w="75" w:type="dxa"/>
              <w:bottom w:w="65" w:type="dxa"/>
              <w:right w:w="75" w:type="dxa"/>
            </w:tcMar>
            <w:vAlign w:val="center"/>
          </w:tcPr>
          <w:p w14:paraId="68666FAC" w14:textId="77777777" w:rsidR="00432015" w:rsidRDefault="006D5C48">
            <w:pPr>
              <w:spacing w:after="20"/>
            </w:pPr>
            <w:r>
              <w:rPr>
                <w:b/>
                <w:color w:val="17365D"/>
                <w:sz w:val="14"/>
              </w:rPr>
              <w:t>Specialized equipment</w:t>
            </w:r>
          </w:p>
        </w:tc>
        <w:tc>
          <w:tcPr>
            <w:tcW w:w="1762" w:type="dxa"/>
            <w:tcMar>
              <w:top w:w="65" w:type="dxa"/>
              <w:left w:w="75" w:type="dxa"/>
              <w:bottom w:w="65" w:type="dxa"/>
              <w:right w:w="75" w:type="dxa"/>
            </w:tcMar>
            <w:vAlign w:val="center"/>
          </w:tcPr>
          <w:p w14:paraId="3CD70049" w14:textId="77777777" w:rsidR="00432015" w:rsidRDefault="006D5C48">
            <w:pPr>
              <w:spacing w:after="20"/>
            </w:pPr>
            <w:r>
              <w:rPr>
                <w:color w:val="666666"/>
                <w:sz w:val="14"/>
              </w:rPr>
              <w:t>[Standard]</w:t>
            </w:r>
          </w:p>
        </w:tc>
        <w:tc>
          <w:tcPr>
            <w:tcW w:w="1762" w:type="dxa"/>
            <w:tcMar>
              <w:top w:w="65" w:type="dxa"/>
              <w:left w:w="75" w:type="dxa"/>
              <w:bottom w:w="65" w:type="dxa"/>
              <w:right w:w="75" w:type="dxa"/>
            </w:tcMar>
            <w:vAlign w:val="center"/>
          </w:tcPr>
          <w:p w14:paraId="1F32D274" w14:textId="77777777" w:rsidR="00432015" w:rsidRDefault="006D5C48">
            <w:pPr>
              <w:spacing w:after="20"/>
            </w:pPr>
            <w:r>
              <w:rPr>
                <w:color w:val="666666"/>
                <w:sz w:val="14"/>
              </w:rPr>
              <w:t>[Quantity]</w:t>
            </w:r>
          </w:p>
        </w:tc>
        <w:tc>
          <w:tcPr>
            <w:tcW w:w="1762" w:type="dxa"/>
            <w:tcMar>
              <w:top w:w="65" w:type="dxa"/>
              <w:left w:w="75" w:type="dxa"/>
              <w:bottom w:w="65" w:type="dxa"/>
              <w:right w:w="75" w:type="dxa"/>
            </w:tcMar>
            <w:vAlign w:val="center"/>
          </w:tcPr>
          <w:p w14:paraId="7BC06F20" w14:textId="77777777" w:rsidR="00432015" w:rsidRDefault="006D5C48">
            <w:pPr>
              <w:spacing w:after="20"/>
            </w:pPr>
            <w:r>
              <w:rPr>
                <w:color w:val="666666"/>
                <w:sz w:val="14"/>
              </w:rPr>
              <w:t>[Years]</w:t>
            </w:r>
          </w:p>
        </w:tc>
        <w:tc>
          <w:tcPr>
            <w:tcW w:w="1762" w:type="dxa"/>
            <w:tcMar>
              <w:top w:w="65" w:type="dxa"/>
              <w:left w:w="75" w:type="dxa"/>
              <w:bottom w:w="65" w:type="dxa"/>
              <w:right w:w="75" w:type="dxa"/>
            </w:tcMar>
            <w:vAlign w:val="center"/>
          </w:tcPr>
          <w:p w14:paraId="2074074D" w14:textId="77777777" w:rsidR="00432015" w:rsidRDefault="006D5C48">
            <w:pPr>
              <w:spacing w:after="20"/>
            </w:pPr>
            <w:r>
              <w:rPr>
                <w:color w:val="666666"/>
                <w:sz w:val="14"/>
              </w:rPr>
              <w:t>[Condition]</w:t>
            </w:r>
          </w:p>
        </w:tc>
        <w:tc>
          <w:tcPr>
            <w:tcW w:w="1762" w:type="dxa"/>
            <w:tcMar>
              <w:top w:w="65" w:type="dxa"/>
              <w:left w:w="75" w:type="dxa"/>
              <w:bottom w:w="65" w:type="dxa"/>
              <w:right w:w="75" w:type="dxa"/>
            </w:tcMar>
            <w:vAlign w:val="center"/>
          </w:tcPr>
          <w:p w14:paraId="1E48E560" w14:textId="77777777" w:rsidR="00432015" w:rsidRDefault="006D5C48">
            <w:pPr>
              <w:spacing w:after="20"/>
            </w:pPr>
            <w:r>
              <w:rPr>
                <w:color w:val="666666"/>
                <w:sz w:val="14"/>
              </w:rPr>
              <w:t>[$]</w:t>
            </w:r>
          </w:p>
        </w:tc>
      </w:tr>
    </w:tbl>
    <w:p w14:paraId="6BEF7FF6" w14:textId="77777777" w:rsidR="00432015" w:rsidRDefault="00432015" w:rsidP="000D459D">
      <w:pPr>
        <w:spacing w:after="0"/>
      </w:pPr>
    </w:p>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60"/>
      </w:tblGrid>
      <w:tr w:rsidR="00432015" w14:paraId="30CDD5F7" w14:textId="77777777">
        <w:trPr>
          <w:jc w:val="center"/>
        </w:trPr>
        <w:tc>
          <w:tcPr>
            <w:tcW w:w="10570" w:type="dxa"/>
            <w:shd w:val="clear" w:color="auto" w:fill="EAF2F8"/>
            <w:tcMar>
              <w:top w:w="95" w:type="dxa"/>
              <w:left w:w="120" w:type="dxa"/>
              <w:bottom w:w="95" w:type="dxa"/>
              <w:right w:w="120" w:type="dxa"/>
            </w:tcMar>
          </w:tcPr>
          <w:p w14:paraId="5E0CEC30" w14:textId="24EF1202" w:rsidR="00432015" w:rsidRDefault="006D5C48">
            <w:r>
              <w:rPr>
                <w:b/>
                <w:color w:val="17365D"/>
              </w:rPr>
              <w:t>Lifecycle rule</w:t>
            </w:r>
            <w:r w:rsidR="0062785C">
              <w:rPr>
                <w:b/>
                <w:color w:val="17365D"/>
              </w:rPr>
              <w:t>:</w:t>
            </w:r>
            <w:r>
              <w:rPr>
                <w:b/>
                <w:color w:val="17365D"/>
              </w:rPr>
              <w:t xml:space="preserve">  </w:t>
            </w:r>
            <w:r>
              <w:t>Replace equipment according to a planned lifecycle and condition-based priority rather than waiting for widespread failure. Maintain a documented reserve for unexpected failures and critical spares.</w:t>
            </w:r>
          </w:p>
        </w:tc>
      </w:tr>
    </w:tbl>
    <w:p w14:paraId="6396271D" w14:textId="77777777" w:rsidR="00432015" w:rsidRDefault="006D5C48" w:rsidP="00F26BED">
      <w:pPr>
        <w:pStyle w:val="Heading1"/>
      </w:pPr>
      <w:r>
        <w:t>6.  Software, Platforms, Applications &amp; AI Governance</w:t>
      </w:r>
    </w:p>
    <w:p w14:paraId="12678131" w14:textId="77777777" w:rsidR="00432015" w:rsidRDefault="006D5C48">
      <w:pPr>
        <w:spacing w:after="100"/>
      </w:pPr>
      <w:r>
        <w:rPr>
          <w:i/>
          <w:color w:val="666666"/>
        </w:rPr>
        <w:t>A technology director needs a repeatable process for deciding what enters—and leaves—the school’s digital ecosystem.</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113"/>
        <w:gridCol w:w="2112"/>
        <w:gridCol w:w="2111"/>
        <w:gridCol w:w="2111"/>
        <w:gridCol w:w="2111"/>
      </w:tblGrid>
      <w:tr w:rsidR="00432015" w14:paraId="4767F073" w14:textId="77777777">
        <w:trPr>
          <w:jc w:val="center"/>
        </w:trPr>
        <w:tc>
          <w:tcPr>
            <w:tcW w:w="2114" w:type="dxa"/>
            <w:shd w:val="clear" w:color="auto" w:fill="17365D"/>
            <w:tcMar>
              <w:top w:w="65" w:type="dxa"/>
              <w:left w:w="75" w:type="dxa"/>
              <w:bottom w:w="65" w:type="dxa"/>
              <w:right w:w="75" w:type="dxa"/>
            </w:tcMar>
            <w:vAlign w:val="center"/>
          </w:tcPr>
          <w:p w14:paraId="27D3FFBB" w14:textId="77777777" w:rsidR="00432015" w:rsidRDefault="006D5C48">
            <w:pPr>
              <w:spacing w:after="20"/>
            </w:pPr>
            <w:r>
              <w:rPr>
                <w:b/>
                <w:color w:val="FFFFFF"/>
                <w:sz w:val="15"/>
              </w:rPr>
              <w:t>System / app</w:t>
            </w:r>
          </w:p>
        </w:tc>
        <w:tc>
          <w:tcPr>
            <w:tcW w:w="2114" w:type="dxa"/>
            <w:shd w:val="clear" w:color="auto" w:fill="17365D"/>
            <w:tcMar>
              <w:top w:w="65" w:type="dxa"/>
              <w:left w:w="75" w:type="dxa"/>
              <w:bottom w:w="65" w:type="dxa"/>
              <w:right w:w="75" w:type="dxa"/>
            </w:tcMar>
            <w:vAlign w:val="center"/>
          </w:tcPr>
          <w:p w14:paraId="0B0674FD" w14:textId="77777777" w:rsidR="00432015" w:rsidRDefault="006D5C48">
            <w:pPr>
              <w:spacing w:after="20"/>
            </w:pPr>
            <w:r>
              <w:rPr>
                <w:b/>
                <w:color w:val="FFFFFF"/>
                <w:sz w:val="15"/>
              </w:rPr>
              <w:t>Purpose / learning need</w:t>
            </w:r>
          </w:p>
        </w:tc>
        <w:tc>
          <w:tcPr>
            <w:tcW w:w="2114" w:type="dxa"/>
            <w:shd w:val="clear" w:color="auto" w:fill="17365D"/>
            <w:tcMar>
              <w:top w:w="65" w:type="dxa"/>
              <w:left w:w="75" w:type="dxa"/>
              <w:bottom w:w="65" w:type="dxa"/>
              <w:right w:w="75" w:type="dxa"/>
            </w:tcMar>
            <w:vAlign w:val="center"/>
          </w:tcPr>
          <w:p w14:paraId="11C2CF67" w14:textId="77777777" w:rsidR="00432015" w:rsidRDefault="006D5C48">
            <w:pPr>
              <w:spacing w:after="20"/>
            </w:pPr>
            <w:r>
              <w:rPr>
                <w:b/>
                <w:color w:val="FFFFFF"/>
                <w:sz w:val="15"/>
              </w:rPr>
              <w:t>Data involved</w:t>
            </w:r>
          </w:p>
        </w:tc>
        <w:tc>
          <w:tcPr>
            <w:tcW w:w="2114" w:type="dxa"/>
            <w:shd w:val="clear" w:color="auto" w:fill="17365D"/>
            <w:tcMar>
              <w:top w:w="65" w:type="dxa"/>
              <w:left w:w="75" w:type="dxa"/>
              <w:bottom w:w="65" w:type="dxa"/>
              <w:right w:w="75" w:type="dxa"/>
            </w:tcMar>
            <w:vAlign w:val="center"/>
          </w:tcPr>
          <w:p w14:paraId="799B4C73" w14:textId="77777777" w:rsidR="00432015" w:rsidRDefault="006D5C48">
            <w:pPr>
              <w:spacing w:after="20"/>
            </w:pPr>
            <w:r>
              <w:rPr>
                <w:b/>
                <w:color w:val="FFFFFF"/>
                <w:sz w:val="15"/>
              </w:rPr>
              <w:t>Approval / owner</w:t>
            </w:r>
          </w:p>
        </w:tc>
        <w:tc>
          <w:tcPr>
            <w:tcW w:w="2114" w:type="dxa"/>
            <w:shd w:val="clear" w:color="auto" w:fill="17365D"/>
            <w:tcMar>
              <w:top w:w="65" w:type="dxa"/>
              <w:left w:w="75" w:type="dxa"/>
              <w:bottom w:w="65" w:type="dxa"/>
              <w:right w:w="75" w:type="dxa"/>
            </w:tcMar>
            <w:vAlign w:val="center"/>
          </w:tcPr>
          <w:p w14:paraId="55D0D428" w14:textId="77777777" w:rsidR="00432015" w:rsidRDefault="006D5C48">
            <w:pPr>
              <w:spacing w:after="20"/>
            </w:pPr>
            <w:r>
              <w:rPr>
                <w:b/>
                <w:color w:val="FFFFFF"/>
                <w:sz w:val="15"/>
              </w:rPr>
              <w:t>Review / renewal</w:t>
            </w:r>
          </w:p>
        </w:tc>
      </w:tr>
      <w:tr w:rsidR="00432015" w14:paraId="1665371F" w14:textId="77777777">
        <w:trPr>
          <w:jc w:val="center"/>
        </w:trPr>
        <w:tc>
          <w:tcPr>
            <w:tcW w:w="2114" w:type="dxa"/>
            <w:shd w:val="clear" w:color="auto" w:fill="F3F7F9"/>
            <w:tcMar>
              <w:top w:w="65" w:type="dxa"/>
              <w:left w:w="75" w:type="dxa"/>
              <w:bottom w:w="65" w:type="dxa"/>
              <w:right w:w="75" w:type="dxa"/>
            </w:tcMar>
            <w:vAlign w:val="center"/>
          </w:tcPr>
          <w:p w14:paraId="79805785" w14:textId="77777777" w:rsidR="00432015" w:rsidRDefault="006D5C48">
            <w:pPr>
              <w:spacing w:after="20"/>
            </w:pPr>
            <w:r>
              <w:rPr>
                <w:b/>
                <w:color w:val="17365D"/>
                <w:sz w:val="14"/>
              </w:rPr>
              <w:t>SIS</w:t>
            </w:r>
          </w:p>
        </w:tc>
        <w:tc>
          <w:tcPr>
            <w:tcW w:w="2114" w:type="dxa"/>
            <w:tcMar>
              <w:top w:w="65" w:type="dxa"/>
              <w:left w:w="75" w:type="dxa"/>
              <w:bottom w:w="65" w:type="dxa"/>
              <w:right w:w="75" w:type="dxa"/>
            </w:tcMar>
            <w:vAlign w:val="center"/>
          </w:tcPr>
          <w:p w14:paraId="4BAA9129" w14:textId="77777777" w:rsidR="00432015" w:rsidRDefault="006D5C48">
            <w:pPr>
              <w:spacing w:after="20"/>
            </w:pPr>
            <w:r>
              <w:rPr>
                <w:color w:val="666666"/>
                <w:sz w:val="14"/>
              </w:rPr>
              <w:t>[Purpose]</w:t>
            </w:r>
          </w:p>
        </w:tc>
        <w:tc>
          <w:tcPr>
            <w:tcW w:w="2114" w:type="dxa"/>
            <w:tcMar>
              <w:top w:w="65" w:type="dxa"/>
              <w:left w:w="75" w:type="dxa"/>
              <w:bottom w:w="65" w:type="dxa"/>
              <w:right w:w="75" w:type="dxa"/>
            </w:tcMar>
            <w:vAlign w:val="center"/>
          </w:tcPr>
          <w:p w14:paraId="698FB7DF" w14:textId="77777777" w:rsidR="00432015" w:rsidRDefault="006D5C48">
            <w:pPr>
              <w:spacing w:after="20"/>
            </w:pPr>
            <w:r>
              <w:rPr>
                <w:color w:val="666666"/>
                <w:sz w:val="14"/>
              </w:rPr>
              <w:t>[Data]</w:t>
            </w:r>
          </w:p>
        </w:tc>
        <w:tc>
          <w:tcPr>
            <w:tcW w:w="2114" w:type="dxa"/>
            <w:tcMar>
              <w:top w:w="65" w:type="dxa"/>
              <w:left w:w="75" w:type="dxa"/>
              <w:bottom w:w="65" w:type="dxa"/>
              <w:right w:w="75" w:type="dxa"/>
            </w:tcMar>
            <w:vAlign w:val="center"/>
          </w:tcPr>
          <w:p w14:paraId="498DC805" w14:textId="77777777" w:rsidR="00432015" w:rsidRDefault="006D5C48">
            <w:pPr>
              <w:spacing w:after="20"/>
            </w:pPr>
            <w:r>
              <w:rPr>
                <w:color w:val="666666"/>
                <w:sz w:val="14"/>
              </w:rPr>
              <w:t>[Owner]</w:t>
            </w:r>
          </w:p>
        </w:tc>
        <w:tc>
          <w:tcPr>
            <w:tcW w:w="2114" w:type="dxa"/>
            <w:tcMar>
              <w:top w:w="65" w:type="dxa"/>
              <w:left w:w="75" w:type="dxa"/>
              <w:bottom w:w="65" w:type="dxa"/>
              <w:right w:w="75" w:type="dxa"/>
            </w:tcMar>
            <w:vAlign w:val="center"/>
          </w:tcPr>
          <w:p w14:paraId="5F3F31C5" w14:textId="77777777" w:rsidR="00432015" w:rsidRDefault="006D5C48">
            <w:pPr>
              <w:spacing w:after="20"/>
            </w:pPr>
            <w:r>
              <w:rPr>
                <w:color w:val="666666"/>
                <w:sz w:val="14"/>
              </w:rPr>
              <w:t>[Date]</w:t>
            </w:r>
          </w:p>
        </w:tc>
      </w:tr>
      <w:tr w:rsidR="00432015" w14:paraId="4268347D" w14:textId="77777777">
        <w:trPr>
          <w:jc w:val="center"/>
        </w:trPr>
        <w:tc>
          <w:tcPr>
            <w:tcW w:w="2114" w:type="dxa"/>
            <w:shd w:val="clear" w:color="auto" w:fill="F3F7F9"/>
            <w:tcMar>
              <w:top w:w="65" w:type="dxa"/>
              <w:left w:w="75" w:type="dxa"/>
              <w:bottom w:w="65" w:type="dxa"/>
              <w:right w:w="75" w:type="dxa"/>
            </w:tcMar>
            <w:vAlign w:val="center"/>
          </w:tcPr>
          <w:p w14:paraId="440070F6" w14:textId="77777777" w:rsidR="00432015" w:rsidRDefault="006D5C48">
            <w:pPr>
              <w:spacing w:after="20"/>
            </w:pPr>
            <w:r>
              <w:rPr>
                <w:b/>
                <w:color w:val="17365D"/>
                <w:sz w:val="14"/>
              </w:rPr>
              <w:t>LMS</w:t>
            </w:r>
          </w:p>
        </w:tc>
        <w:tc>
          <w:tcPr>
            <w:tcW w:w="2114" w:type="dxa"/>
            <w:tcMar>
              <w:top w:w="65" w:type="dxa"/>
              <w:left w:w="75" w:type="dxa"/>
              <w:bottom w:w="65" w:type="dxa"/>
              <w:right w:w="75" w:type="dxa"/>
            </w:tcMar>
            <w:vAlign w:val="center"/>
          </w:tcPr>
          <w:p w14:paraId="5FFA58E5" w14:textId="77777777" w:rsidR="00432015" w:rsidRDefault="006D5C48">
            <w:pPr>
              <w:spacing w:after="20"/>
            </w:pPr>
            <w:r>
              <w:rPr>
                <w:color w:val="666666"/>
                <w:sz w:val="14"/>
              </w:rPr>
              <w:t>[Purpose]</w:t>
            </w:r>
          </w:p>
        </w:tc>
        <w:tc>
          <w:tcPr>
            <w:tcW w:w="2114" w:type="dxa"/>
            <w:tcMar>
              <w:top w:w="65" w:type="dxa"/>
              <w:left w:w="75" w:type="dxa"/>
              <w:bottom w:w="65" w:type="dxa"/>
              <w:right w:w="75" w:type="dxa"/>
            </w:tcMar>
            <w:vAlign w:val="center"/>
          </w:tcPr>
          <w:p w14:paraId="223126A1" w14:textId="77777777" w:rsidR="00432015" w:rsidRDefault="006D5C48">
            <w:pPr>
              <w:spacing w:after="20"/>
            </w:pPr>
            <w:r>
              <w:rPr>
                <w:color w:val="666666"/>
                <w:sz w:val="14"/>
              </w:rPr>
              <w:t>[Data]</w:t>
            </w:r>
          </w:p>
        </w:tc>
        <w:tc>
          <w:tcPr>
            <w:tcW w:w="2114" w:type="dxa"/>
            <w:tcMar>
              <w:top w:w="65" w:type="dxa"/>
              <w:left w:w="75" w:type="dxa"/>
              <w:bottom w:w="65" w:type="dxa"/>
              <w:right w:w="75" w:type="dxa"/>
            </w:tcMar>
            <w:vAlign w:val="center"/>
          </w:tcPr>
          <w:p w14:paraId="52A3B55F" w14:textId="77777777" w:rsidR="00432015" w:rsidRDefault="006D5C48">
            <w:pPr>
              <w:spacing w:after="20"/>
            </w:pPr>
            <w:r>
              <w:rPr>
                <w:color w:val="666666"/>
                <w:sz w:val="14"/>
              </w:rPr>
              <w:t>[Owner]</w:t>
            </w:r>
          </w:p>
        </w:tc>
        <w:tc>
          <w:tcPr>
            <w:tcW w:w="2114" w:type="dxa"/>
            <w:tcMar>
              <w:top w:w="65" w:type="dxa"/>
              <w:left w:w="75" w:type="dxa"/>
              <w:bottom w:w="65" w:type="dxa"/>
              <w:right w:w="75" w:type="dxa"/>
            </w:tcMar>
            <w:vAlign w:val="center"/>
          </w:tcPr>
          <w:p w14:paraId="6D71D0E8" w14:textId="77777777" w:rsidR="00432015" w:rsidRDefault="006D5C48">
            <w:pPr>
              <w:spacing w:after="20"/>
            </w:pPr>
            <w:r>
              <w:rPr>
                <w:color w:val="666666"/>
                <w:sz w:val="14"/>
              </w:rPr>
              <w:t>[Date]</w:t>
            </w:r>
          </w:p>
        </w:tc>
      </w:tr>
      <w:tr w:rsidR="00432015" w14:paraId="55778667" w14:textId="77777777">
        <w:trPr>
          <w:jc w:val="center"/>
        </w:trPr>
        <w:tc>
          <w:tcPr>
            <w:tcW w:w="2114" w:type="dxa"/>
            <w:shd w:val="clear" w:color="auto" w:fill="F3F7F9"/>
            <w:tcMar>
              <w:top w:w="65" w:type="dxa"/>
              <w:left w:w="75" w:type="dxa"/>
              <w:bottom w:w="65" w:type="dxa"/>
              <w:right w:w="75" w:type="dxa"/>
            </w:tcMar>
            <w:vAlign w:val="center"/>
          </w:tcPr>
          <w:p w14:paraId="32B281F1" w14:textId="77777777" w:rsidR="00432015" w:rsidRDefault="006D5C48">
            <w:pPr>
              <w:spacing w:after="20"/>
            </w:pPr>
            <w:r>
              <w:rPr>
                <w:b/>
                <w:color w:val="17365D"/>
                <w:sz w:val="14"/>
              </w:rPr>
              <w:t>Productivity / cloud</w:t>
            </w:r>
          </w:p>
        </w:tc>
        <w:tc>
          <w:tcPr>
            <w:tcW w:w="2114" w:type="dxa"/>
            <w:tcMar>
              <w:top w:w="65" w:type="dxa"/>
              <w:left w:w="75" w:type="dxa"/>
              <w:bottom w:w="65" w:type="dxa"/>
              <w:right w:w="75" w:type="dxa"/>
            </w:tcMar>
            <w:vAlign w:val="center"/>
          </w:tcPr>
          <w:p w14:paraId="052FCEED" w14:textId="77777777" w:rsidR="00432015" w:rsidRDefault="006D5C48">
            <w:pPr>
              <w:spacing w:after="20"/>
            </w:pPr>
            <w:r>
              <w:rPr>
                <w:color w:val="666666"/>
                <w:sz w:val="14"/>
              </w:rPr>
              <w:t>[Purpose]</w:t>
            </w:r>
          </w:p>
        </w:tc>
        <w:tc>
          <w:tcPr>
            <w:tcW w:w="2114" w:type="dxa"/>
            <w:tcMar>
              <w:top w:w="65" w:type="dxa"/>
              <w:left w:w="75" w:type="dxa"/>
              <w:bottom w:w="65" w:type="dxa"/>
              <w:right w:w="75" w:type="dxa"/>
            </w:tcMar>
            <w:vAlign w:val="center"/>
          </w:tcPr>
          <w:p w14:paraId="1621FB72" w14:textId="77777777" w:rsidR="00432015" w:rsidRDefault="006D5C48">
            <w:pPr>
              <w:spacing w:after="20"/>
            </w:pPr>
            <w:r>
              <w:rPr>
                <w:color w:val="666666"/>
                <w:sz w:val="14"/>
              </w:rPr>
              <w:t>[Data]</w:t>
            </w:r>
          </w:p>
        </w:tc>
        <w:tc>
          <w:tcPr>
            <w:tcW w:w="2114" w:type="dxa"/>
            <w:tcMar>
              <w:top w:w="65" w:type="dxa"/>
              <w:left w:w="75" w:type="dxa"/>
              <w:bottom w:w="65" w:type="dxa"/>
              <w:right w:w="75" w:type="dxa"/>
            </w:tcMar>
            <w:vAlign w:val="center"/>
          </w:tcPr>
          <w:p w14:paraId="30B7F15F" w14:textId="77777777" w:rsidR="00432015" w:rsidRDefault="006D5C48">
            <w:pPr>
              <w:spacing w:after="20"/>
            </w:pPr>
            <w:r>
              <w:rPr>
                <w:color w:val="666666"/>
                <w:sz w:val="14"/>
              </w:rPr>
              <w:t>[Owner]</w:t>
            </w:r>
          </w:p>
        </w:tc>
        <w:tc>
          <w:tcPr>
            <w:tcW w:w="2114" w:type="dxa"/>
            <w:tcMar>
              <w:top w:w="65" w:type="dxa"/>
              <w:left w:w="75" w:type="dxa"/>
              <w:bottom w:w="65" w:type="dxa"/>
              <w:right w:w="75" w:type="dxa"/>
            </w:tcMar>
            <w:vAlign w:val="center"/>
          </w:tcPr>
          <w:p w14:paraId="1BB3A2C1" w14:textId="77777777" w:rsidR="00432015" w:rsidRDefault="006D5C48">
            <w:pPr>
              <w:spacing w:after="20"/>
            </w:pPr>
            <w:r>
              <w:rPr>
                <w:color w:val="666666"/>
                <w:sz w:val="14"/>
              </w:rPr>
              <w:t>[Date]</w:t>
            </w:r>
          </w:p>
        </w:tc>
      </w:tr>
      <w:tr w:rsidR="00432015" w14:paraId="3BDE5C4C" w14:textId="77777777">
        <w:trPr>
          <w:jc w:val="center"/>
        </w:trPr>
        <w:tc>
          <w:tcPr>
            <w:tcW w:w="2114" w:type="dxa"/>
            <w:shd w:val="clear" w:color="auto" w:fill="F3F7F9"/>
            <w:tcMar>
              <w:top w:w="65" w:type="dxa"/>
              <w:left w:w="75" w:type="dxa"/>
              <w:bottom w:w="65" w:type="dxa"/>
              <w:right w:w="75" w:type="dxa"/>
            </w:tcMar>
            <w:vAlign w:val="center"/>
          </w:tcPr>
          <w:p w14:paraId="656BF169" w14:textId="77777777" w:rsidR="00432015" w:rsidRDefault="006D5C48">
            <w:pPr>
              <w:spacing w:after="20"/>
            </w:pPr>
            <w:r>
              <w:rPr>
                <w:b/>
                <w:color w:val="17365D"/>
                <w:sz w:val="14"/>
              </w:rPr>
              <w:t>Curriculum platforms</w:t>
            </w:r>
          </w:p>
        </w:tc>
        <w:tc>
          <w:tcPr>
            <w:tcW w:w="2114" w:type="dxa"/>
            <w:tcMar>
              <w:top w:w="65" w:type="dxa"/>
              <w:left w:w="75" w:type="dxa"/>
              <w:bottom w:w="65" w:type="dxa"/>
              <w:right w:w="75" w:type="dxa"/>
            </w:tcMar>
            <w:vAlign w:val="center"/>
          </w:tcPr>
          <w:p w14:paraId="79193ABC" w14:textId="77777777" w:rsidR="00432015" w:rsidRDefault="006D5C48">
            <w:pPr>
              <w:spacing w:after="20"/>
            </w:pPr>
            <w:r>
              <w:rPr>
                <w:color w:val="666666"/>
                <w:sz w:val="14"/>
              </w:rPr>
              <w:t>[Purpose]</w:t>
            </w:r>
          </w:p>
        </w:tc>
        <w:tc>
          <w:tcPr>
            <w:tcW w:w="2114" w:type="dxa"/>
            <w:tcMar>
              <w:top w:w="65" w:type="dxa"/>
              <w:left w:w="75" w:type="dxa"/>
              <w:bottom w:w="65" w:type="dxa"/>
              <w:right w:w="75" w:type="dxa"/>
            </w:tcMar>
            <w:vAlign w:val="center"/>
          </w:tcPr>
          <w:p w14:paraId="57EF2639" w14:textId="77777777" w:rsidR="00432015" w:rsidRDefault="006D5C48">
            <w:pPr>
              <w:spacing w:after="20"/>
            </w:pPr>
            <w:r>
              <w:rPr>
                <w:color w:val="666666"/>
                <w:sz w:val="14"/>
              </w:rPr>
              <w:t>[Data]</w:t>
            </w:r>
          </w:p>
        </w:tc>
        <w:tc>
          <w:tcPr>
            <w:tcW w:w="2114" w:type="dxa"/>
            <w:tcMar>
              <w:top w:w="65" w:type="dxa"/>
              <w:left w:w="75" w:type="dxa"/>
              <w:bottom w:w="65" w:type="dxa"/>
              <w:right w:w="75" w:type="dxa"/>
            </w:tcMar>
            <w:vAlign w:val="center"/>
          </w:tcPr>
          <w:p w14:paraId="0C9A3027" w14:textId="77777777" w:rsidR="00432015" w:rsidRDefault="006D5C48">
            <w:pPr>
              <w:spacing w:after="20"/>
            </w:pPr>
            <w:r>
              <w:rPr>
                <w:color w:val="666666"/>
                <w:sz w:val="14"/>
              </w:rPr>
              <w:t>[Owner]</w:t>
            </w:r>
          </w:p>
        </w:tc>
        <w:tc>
          <w:tcPr>
            <w:tcW w:w="2114" w:type="dxa"/>
            <w:tcMar>
              <w:top w:w="65" w:type="dxa"/>
              <w:left w:w="75" w:type="dxa"/>
              <w:bottom w:w="65" w:type="dxa"/>
              <w:right w:w="75" w:type="dxa"/>
            </w:tcMar>
            <w:vAlign w:val="center"/>
          </w:tcPr>
          <w:p w14:paraId="1235FAAC" w14:textId="77777777" w:rsidR="00432015" w:rsidRDefault="006D5C48">
            <w:pPr>
              <w:spacing w:after="20"/>
            </w:pPr>
            <w:r>
              <w:rPr>
                <w:color w:val="666666"/>
                <w:sz w:val="14"/>
              </w:rPr>
              <w:t>[Date]</w:t>
            </w:r>
          </w:p>
        </w:tc>
      </w:tr>
      <w:tr w:rsidR="00432015" w14:paraId="70B9F4F0" w14:textId="77777777">
        <w:trPr>
          <w:jc w:val="center"/>
        </w:trPr>
        <w:tc>
          <w:tcPr>
            <w:tcW w:w="2114" w:type="dxa"/>
            <w:shd w:val="clear" w:color="auto" w:fill="F3F7F9"/>
            <w:tcMar>
              <w:top w:w="65" w:type="dxa"/>
              <w:left w:w="75" w:type="dxa"/>
              <w:bottom w:w="65" w:type="dxa"/>
              <w:right w:w="75" w:type="dxa"/>
            </w:tcMar>
            <w:vAlign w:val="center"/>
          </w:tcPr>
          <w:p w14:paraId="5C8791D8" w14:textId="77777777" w:rsidR="00432015" w:rsidRDefault="006D5C48">
            <w:pPr>
              <w:spacing w:after="20"/>
            </w:pPr>
            <w:r>
              <w:rPr>
                <w:b/>
                <w:color w:val="17365D"/>
                <w:sz w:val="14"/>
              </w:rPr>
              <w:t>Assessment / analytics</w:t>
            </w:r>
          </w:p>
        </w:tc>
        <w:tc>
          <w:tcPr>
            <w:tcW w:w="2114" w:type="dxa"/>
            <w:tcMar>
              <w:top w:w="65" w:type="dxa"/>
              <w:left w:w="75" w:type="dxa"/>
              <w:bottom w:w="65" w:type="dxa"/>
              <w:right w:w="75" w:type="dxa"/>
            </w:tcMar>
            <w:vAlign w:val="center"/>
          </w:tcPr>
          <w:p w14:paraId="57F2FB30" w14:textId="77777777" w:rsidR="00432015" w:rsidRDefault="006D5C48">
            <w:pPr>
              <w:spacing w:after="20"/>
            </w:pPr>
            <w:r>
              <w:rPr>
                <w:color w:val="666666"/>
                <w:sz w:val="14"/>
              </w:rPr>
              <w:t>[Purpose]</w:t>
            </w:r>
          </w:p>
        </w:tc>
        <w:tc>
          <w:tcPr>
            <w:tcW w:w="2114" w:type="dxa"/>
            <w:tcMar>
              <w:top w:w="65" w:type="dxa"/>
              <w:left w:w="75" w:type="dxa"/>
              <w:bottom w:w="65" w:type="dxa"/>
              <w:right w:w="75" w:type="dxa"/>
            </w:tcMar>
            <w:vAlign w:val="center"/>
          </w:tcPr>
          <w:p w14:paraId="1F9B339C" w14:textId="77777777" w:rsidR="00432015" w:rsidRDefault="006D5C48">
            <w:pPr>
              <w:spacing w:after="20"/>
            </w:pPr>
            <w:r>
              <w:rPr>
                <w:color w:val="666666"/>
                <w:sz w:val="14"/>
              </w:rPr>
              <w:t>[Data]</w:t>
            </w:r>
          </w:p>
        </w:tc>
        <w:tc>
          <w:tcPr>
            <w:tcW w:w="2114" w:type="dxa"/>
            <w:tcMar>
              <w:top w:w="65" w:type="dxa"/>
              <w:left w:w="75" w:type="dxa"/>
              <w:bottom w:w="65" w:type="dxa"/>
              <w:right w:w="75" w:type="dxa"/>
            </w:tcMar>
            <w:vAlign w:val="center"/>
          </w:tcPr>
          <w:p w14:paraId="2017B2FA" w14:textId="77777777" w:rsidR="00432015" w:rsidRDefault="006D5C48">
            <w:pPr>
              <w:spacing w:after="20"/>
            </w:pPr>
            <w:r>
              <w:rPr>
                <w:color w:val="666666"/>
                <w:sz w:val="14"/>
              </w:rPr>
              <w:t>[Owner]</w:t>
            </w:r>
          </w:p>
        </w:tc>
        <w:tc>
          <w:tcPr>
            <w:tcW w:w="2114" w:type="dxa"/>
            <w:tcMar>
              <w:top w:w="65" w:type="dxa"/>
              <w:left w:w="75" w:type="dxa"/>
              <w:bottom w:w="65" w:type="dxa"/>
              <w:right w:w="75" w:type="dxa"/>
            </w:tcMar>
            <w:vAlign w:val="center"/>
          </w:tcPr>
          <w:p w14:paraId="4839E95A" w14:textId="77777777" w:rsidR="00432015" w:rsidRDefault="006D5C48">
            <w:pPr>
              <w:spacing w:after="20"/>
            </w:pPr>
            <w:r>
              <w:rPr>
                <w:color w:val="666666"/>
                <w:sz w:val="14"/>
              </w:rPr>
              <w:t>[Date]</w:t>
            </w:r>
          </w:p>
        </w:tc>
      </w:tr>
      <w:tr w:rsidR="00432015" w14:paraId="62AB69A4" w14:textId="77777777">
        <w:trPr>
          <w:jc w:val="center"/>
        </w:trPr>
        <w:tc>
          <w:tcPr>
            <w:tcW w:w="2114" w:type="dxa"/>
            <w:shd w:val="clear" w:color="auto" w:fill="F3F7F9"/>
            <w:tcMar>
              <w:top w:w="65" w:type="dxa"/>
              <w:left w:w="75" w:type="dxa"/>
              <w:bottom w:w="65" w:type="dxa"/>
              <w:right w:w="75" w:type="dxa"/>
            </w:tcMar>
            <w:vAlign w:val="center"/>
          </w:tcPr>
          <w:p w14:paraId="28F693D3" w14:textId="77777777" w:rsidR="00432015" w:rsidRDefault="006D5C48">
            <w:pPr>
              <w:spacing w:after="20"/>
            </w:pPr>
            <w:r>
              <w:rPr>
                <w:b/>
                <w:color w:val="17365D"/>
                <w:sz w:val="14"/>
              </w:rPr>
              <w:t>Communication</w:t>
            </w:r>
          </w:p>
        </w:tc>
        <w:tc>
          <w:tcPr>
            <w:tcW w:w="2114" w:type="dxa"/>
            <w:tcMar>
              <w:top w:w="65" w:type="dxa"/>
              <w:left w:w="75" w:type="dxa"/>
              <w:bottom w:w="65" w:type="dxa"/>
              <w:right w:w="75" w:type="dxa"/>
            </w:tcMar>
            <w:vAlign w:val="center"/>
          </w:tcPr>
          <w:p w14:paraId="1691CA37" w14:textId="77777777" w:rsidR="00432015" w:rsidRDefault="006D5C48">
            <w:pPr>
              <w:spacing w:after="20"/>
            </w:pPr>
            <w:r>
              <w:rPr>
                <w:color w:val="666666"/>
                <w:sz w:val="14"/>
              </w:rPr>
              <w:t>[Purpose]</w:t>
            </w:r>
          </w:p>
        </w:tc>
        <w:tc>
          <w:tcPr>
            <w:tcW w:w="2114" w:type="dxa"/>
            <w:tcMar>
              <w:top w:w="65" w:type="dxa"/>
              <w:left w:w="75" w:type="dxa"/>
              <w:bottom w:w="65" w:type="dxa"/>
              <w:right w:w="75" w:type="dxa"/>
            </w:tcMar>
            <w:vAlign w:val="center"/>
          </w:tcPr>
          <w:p w14:paraId="72075B2C" w14:textId="77777777" w:rsidR="00432015" w:rsidRDefault="006D5C48">
            <w:pPr>
              <w:spacing w:after="20"/>
            </w:pPr>
            <w:r>
              <w:rPr>
                <w:color w:val="666666"/>
                <w:sz w:val="14"/>
              </w:rPr>
              <w:t>[Data]</w:t>
            </w:r>
          </w:p>
        </w:tc>
        <w:tc>
          <w:tcPr>
            <w:tcW w:w="2114" w:type="dxa"/>
            <w:tcMar>
              <w:top w:w="65" w:type="dxa"/>
              <w:left w:w="75" w:type="dxa"/>
              <w:bottom w:w="65" w:type="dxa"/>
              <w:right w:w="75" w:type="dxa"/>
            </w:tcMar>
            <w:vAlign w:val="center"/>
          </w:tcPr>
          <w:p w14:paraId="1F4193DC" w14:textId="77777777" w:rsidR="00432015" w:rsidRDefault="006D5C48">
            <w:pPr>
              <w:spacing w:after="20"/>
            </w:pPr>
            <w:r>
              <w:rPr>
                <w:color w:val="666666"/>
                <w:sz w:val="14"/>
              </w:rPr>
              <w:t>[Owner]</w:t>
            </w:r>
          </w:p>
        </w:tc>
        <w:tc>
          <w:tcPr>
            <w:tcW w:w="2114" w:type="dxa"/>
            <w:tcMar>
              <w:top w:w="65" w:type="dxa"/>
              <w:left w:w="75" w:type="dxa"/>
              <w:bottom w:w="65" w:type="dxa"/>
              <w:right w:w="75" w:type="dxa"/>
            </w:tcMar>
            <w:vAlign w:val="center"/>
          </w:tcPr>
          <w:p w14:paraId="31D20F8D" w14:textId="77777777" w:rsidR="00432015" w:rsidRDefault="006D5C48">
            <w:pPr>
              <w:spacing w:after="20"/>
            </w:pPr>
            <w:r>
              <w:rPr>
                <w:color w:val="666666"/>
                <w:sz w:val="14"/>
              </w:rPr>
              <w:t>[Date]</w:t>
            </w:r>
          </w:p>
        </w:tc>
      </w:tr>
      <w:tr w:rsidR="00432015" w14:paraId="28857EB2" w14:textId="77777777">
        <w:trPr>
          <w:jc w:val="center"/>
        </w:trPr>
        <w:tc>
          <w:tcPr>
            <w:tcW w:w="2114" w:type="dxa"/>
            <w:shd w:val="clear" w:color="auto" w:fill="F3F7F9"/>
            <w:tcMar>
              <w:top w:w="65" w:type="dxa"/>
              <w:left w:w="75" w:type="dxa"/>
              <w:bottom w:w="65" w:type="dxa"/>
              <w:right w:w="75" w:type="dxa"/>
            </w:tcMar>
            <w:vAlign w:val="center"/>
          </w:tcPr>
          <w:p w14:paraId="6500951D" w14:textId="77777777" w:rsidR="00432015" w:rsidRDefault="006D5C48">
            <w:pPr>
              <w:spacing w:after="20"/>
            </w:pPr>
            <w:r>
              <w:rPr>
                <w:b/>
                <w:color w:val="17365D"/>
                <w:sz w:val="14"/>
              </w:rPr>
              <w:t>AI tools</w:t>
            </w:r>
          </w:p>
        </w:tc>
        <w:tc>
          <w:tcPr>
            <w:tcW w:w="2114" w:type="dxa"/>
            <w:tcMar>
              <w:top w:w="65" w:type="dxa"/>
              <w:left w:w="75" w:type="dxa"/>
              <w:bottom w:w="65" w:type="dxa"/>
              <w:right w:w="75" w:type="dxa"/>
            </w:tcMar>
            <w:vAlign w:val="center"/>
          </w:tcPr>
          <w:p w14:paraId="62655FE3" w14:textId="77777777" w:rsidR="00432015" w:rsidRDefault="006D5C48">
            <w:pPr>
              <w:spacing w:after="20"/>
            </w:pPr>
            <w:r>
              <w:rPr>
                <w:color w:val="666666"/>
                <w:sz w:val="14"/>
              </w:rPr>
              <w:t>[Purpose]</w:t>
            </w:r>
          </w:p>
        </w:tc>
        <w:tc>
          <w:tcPr>
            <w:tcW w:w="2114" w:type="dxa"/>
            <w:tcMar>
              <w:top w:w="65" w:type="dxa"/>
              <w:left w:w="75" w:type="dxa"/>
              <w:bottom w:w="65" w:type="dxa"/>
              <w:right w:w="75" w:type="dxa"/>
            </w:tcMar>
            <w:vAlign w:val="center"/>
          </w:tcPr>
          <w:p w14:paraId="661C65F3" w14:textId="77777777" w:rsidR="00432015" w:rsidRDefault="006D5C48">
            <w:pPr>
              <w:spacing w:after="20"/>
            </w:pPr>
            <w:r>
              <w:rPr>
                <w:color w:val="666666"/>
                <w:sz w:val="14"/>
              </w:rPr>
              <w:t>[Data]</w:t>
            </w:r>
          </w:p>
        </w:tc>
        <w:tc>
          <w:tcPr>
            <w:tcW w:w="2114" w:type="dxa"/>
            <w:tcMar>
              <w:top w:w="65" w:type="dxa"/>
              <w:left w:w="75" w:type="dxa"/>
              <w:bottom w:w="65" w:type="dxa"/>
              <w:right w:w="75" w:type="dxa"/>
            </w:tcMar>
            <w:vAlign w:val="center"/>
          </w:tcPr>
          <w:p w14:paraId="6A7FF6FD" w14:textId="77777777" w:rsidR="00432015" w:rsidRDefault="006D5C48">
            <w:pPr>
              <w:spacing w:after="20"/>
            </w:pPr>
            <w:r>
              <w:rPr>
                <w:color w:val="666666"/>
                <w:sz w:val="14"/>
              </w:rPr>
              <w:t>[Owner]</w:t>
            </w:r>
          </w:p>
        </w:tc>
        <w:tc>
          <w:tcPr>
            <w:tcW w:w="2114" w:type="dxa"/>
            <w:tcMar>
              <w:top w:w="65" w:type="dxa"/>
              <w:left w:w="75" w:type="dxa"/>
              <w:bottom w:w="65" w:type="dxa"/>
              <w:right w:w="75" w:type="dxa"/>
            </w:tcMar>
            <w:vAlign w:val="center"/>
          </w:tcPr>
          <w:p w14:paraId="4A332E56" w14:textId="77777777" w:rsidR="00432015" w:rsidRDefault="006D5C48">
            <w:pPr>
              <w:spacing w:after="20"/>
            </w:pPr>
            <w:r>
              <w:rPr>
                <w:color w:val="666666"/>
                <w:sz w:val="14"/>
              </w:rPr>
              <w:t>[Date]</w:t>
            </w:r>
          </w:p>
        </w:tc>
      </w:tr>
      <w:tr w:rsidR="00432015" w14:paraId="19D5AD3D" w14:textId="77777777">
        <w:trPr>
          <w:jc w:val="center"/>
        </w:trPr>
        <w:tc>
          <w:tcPr>
            <w:tcW w:w="2114" w:type="dxa"/>
            <w:shd w:val="clear" w:color="auto" w:fill="F3F7F9"/>
            <w:tcMar>
              <w:top w:w="65" w:type="dxa"/>
              <w:left w:w="75" w:type="dxa"/>
              <w:bottom w:w="65" w:type="dxa"/>
              <w:right w:w="75" w:type="dxa"/>
            </w:tcMar>
            <w:vAlign w:val="center"/>
          </w:tcPr>
          <w:p w14:paraId="245A4A42" w14:textId="77777777" w:rsidR="00432015" w:rsidRDefault="006D5C48">
            <w:pPr>
              <w:spacing w:after="20"/>
            </w:pPr>
            <w:r>
              <w:rPr>
                <w:b/>
                <w:color w:val="17365D"/>
                <w:sz w:val="14"/>
              </w:rPr>
              <w:t>Other applications</w:t>
            </w:r>
          </w:p>
        </w:tc>
        <w:tc>
          <w:tcPr>
            <w:tcW w:w="2114" w:type="dxa"/>
            <w:tcMar>
              <w:top w:w="65" w:type="dxa"/>
              <w:left w:w="75" w:type="dxa"/>
              <w:bottom w:w="65" w:type="dxa"/>
              <w:right w:w="75" w:type="dxa"/>
            </w:tcMar>
            <w:vAlign w:val="center"/>
          </w:tcPr>
          <w:p w14:paraId="36DF866A" w14:textId="77777777" w:rsidR="00432015" w:rsidRDefault="006D5C48">
            <w:pPr>
              <w:spacing w:after="20"/>
            </w:pPr>
            <w:r>
              <w:rPr>
                <w:color w:val="666666"/>
                <w:sz w:val="14"/>
              </w:rPr>
              <w:t>[Purpose]</w:t>
            </w:r>
          </w:p>
        </w:tc>
        <w:tc>
          <w:tcPr>
            <w:tcW w:w="2114" w:type="dxa"/>
            <w:tcMar>
              <w:top w:w="65" w:type="dxa"/>
              <w:left w:w="75" w:type="dxa"/>
              <w:bottom w:w="65" w:type="dxa"/>
              <w:right w:w="75" w:type="dxa"/>
            </w:tcMar>
            <w:vAlign w:val="center"/>
          </w:tcPr>
          <w:p w14:paraId="38347271" w14:textId="77777777" w:rsidR="00432015" w:rsidRDefault="006D5C48">
            <w:pPr>
              <w:spacing w:after="20"/>
            </w:pPr>
            <w:r>
              <w:rPr>
                <w:color w:val="666666"/>
                <w:sz w:val="14"/>
              </w:rPr>
              <w:t>[Data]</w:t>
            </w:r>
          </w:p>
        </w:tc>
        <w:tc>
          <w:tcPr>
            <w:tcW w:w="2114" w:type="dxa"/>
            <w:tcMar>
              <w:top w:w="65" w:type="dxa"/>
              <w:left w:w="75" w:type="dxa"/>
              <w:bottom w:w="65" w:type="dxa"/>
              <w:right w:w="75" w:type="dxa"/>
            </w:tcMar>
            <w:vAlign w:val="center"/>
          </w:tcPr>
          <w:p w14:paraId="4F171C09" w14:textId="77777777" w:rsidR="00432015" w:rsidRDefault="006D5C48">
            <w:pPr>
              <w:spacing w:after="20"/>
            </w:pPr>
            <w:r>
              <w:rPr>
                <w:color w:val="666666"/>
                <w:sz w:val="14"/>
              </w:rPr>
              <w:t>[Owner]</w:t>
            </w:r>
          </w:p>
        </w:tc>
        <w:tc>
          <w:tcPr>
            <w:tcW w:w="2114" w:type="dxa"/>
            <w:tcMar>
              <w:top w:w="65" w:type="dxa"/>
              <w:left w:w="75" w:type="dxa"/>
              <w:bottom w:w="65" w:type="dxa"/>
              <w:right w:w="75" w:type="dxa"/>
            </w:tcMar>
            <w:vAlign w:val="center"/>
          </w:tcPr>
          <w:p w14:paraId="449B6DF2" w14:textId="77777777" w:rsidR="00432015" w:rsidRDefault="006D5C48">
            <w:pPr>
              <w:spacing w:after="20"/>
            </w:pPr>
            <w:r>
              <w:rPr>
                <w:color w:val="666666"/>
                <w:sz w:val="14"/>
              </w:rPr>
              <w:t>[Date]</w:t>
            </w:r>
          </w:p>
        </w:tc>
      </w:tr>
    </w:tbl>
    <w:p w14:paraId="6A40DB4B" w14:textId="77777777" w:rsidR="00432015" w:rsidRDefault="006D5C48" w:rsidP="00F26BED">
      <w:pPr>
        <w:pStyle w:val="Heading1"/>
      </w:pPr>
      <w:r>
        <w:t>7.  Educator Capacity &amp; Professional Learning</w:t>
      </w:r>
    </w:p>
    <w:p w14:paraId="5529CEC5" w14:textId="77777777" w:rsidR="00432015" w:rsidRDefault="006D5C48">
      <w:pPr>
        <w:spacing w:after="100"/>
      </w:pPr>
      <w:r>
        <w:rPr>
          <w:i/>
          <w:color w:val="666666"/>
        </w:rPr>
        <w:t>The technology director may be an IT professional rather than an educator. This section makes instructional partnership a planned responsibility rather than an assumed skill.</w:t>
      </w:r>
    </w:p>
    <w:tbl>
      <w:tblPr>
        <w:tblW w:w="10601"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456"/>
        <w:gridCol w:w="3150"/>
        <w:gridCol w:w="3600"/>
        <w:gridCol w:w="2395"/>
      </w:tblGrid>
      <w:tr w:rsidR="0057409F" w14:paraId="364D7402" w14:textId="77777777" w:rsidTr="0057409F">
        <w:trPr>
          <w:jc w:val="center"/>
        </w:trPr>
        <w:tc>
          <w:tcPr>
            <w:tcW w:w="1456" w:type="dxa"/>
            <w:shd w:val="clear" w:color="auto" w:fill="17365D" w:themeFill="text2" w:themeFillShade="BF"/>
            <w:tcMar>
              <w:top w:w="65" w:type="dxa"/>
              <w:left w:w="75" w:type="dxa"/>
              <w:bottom w:w="65" w:type="dxa"/>
              <w:right w:w="75" w:type="dxa"/>
            </w:tcMar>
            <w:vAlign w:val="center"/>
          </w:tcPr>
          <w:p w14:paraId="3FEE4571" w14:textId="77777777" w:rsidR="0057409F" w:rsidRDefault="0057409F">
            <w:pPr>
              <w:spacing w:after="20"/>
            </w:pPr>
            <w:r>
              <w:rPr>
                <w:b/>
                <w:color w:val="FFFFFF"/>
                <w:sz w:val="15"/>
              </w:rPr>
              <w:t>Audience</w:t>
            </w:r>
          </w:p>
        </w:tc>
        <w:tc>
          <w:tcPr>
            <w:tcW w:w="3150" w:type="dxa"/>
            <w:shd w:val="clear" w:color="auto" w:fill="17365D" w:themeFill="text2" w:themeFillShade="BF"/>
            <w:tcMar>
              <w:top w:w="65" w:type="dxa"/>
              <w:left w:w="75" w:type="dxa"/>
              <w:bottom w:w="65" w:type="dxa"/>
              <w:right w:w="75" w:type="dxa"/>
            </w:tcMar>
            <w:vAlign w:val="center"/>
          </w:tcPr>
          <w:p w14:paraId="32EACCC7" w14:textId="77777777" w:rsidR="0057409F" w:rsidRDefault="0057409F">
            <w:pPr>
              <w:spacing w:after="20"/>
            </w:pPr>
            <w:r>
              <w:rPr>
                <w:b/>
                <w:color w:val="FFFFFF"/>
                <w:sz w:val="15"/>
              </w:rPr>
              <w:t>Need</w:t>
            </w:r>
          </w:p>
        </w:tc>
        <w:tc>
          <w:tcPr>
            <w:tcW w:w="3600" w:type="dxa"/>
            <w:shd w:val="clear" w:color="auto" w:fill="17365D" w:themeFill="text2" w:themeFillShade="BF"/>
            <w:tcMar>
              <w:top w:w="65" w:type="dxa"/>
              <w:left w:w="75" w:type="dxa"/>
              <w:bottom w:w="65" w:type="dxa"/>
              <w:right w:w="75" w:type="dxa"/>
            </w:tcMar>
            <w:vAlign w:val="center"/>
          </w:tcPr>
          <w:p w14:paraId="74BEC821" w14:textId="77777777" w:rsidR="0057409F" w:rsidRDefault="0057409F">
            <w:pPr>
              <w:spacing w:after="20"/>
            </w:pPr>
            <w:r>
              <w:rPr>
                <w:b/>
                <w:color w:val="FFFFFF"/>
                <w:sz w:val="15"/>
              </w:rPr>
              <w:t>Learning method</w:t>
            </w:r>
          </w:p>
        </w:tc>
        <w:tc>
          <w:tcPr>
            <w:tcW w:w="2395" w:type="dxa"/>
            <w:shd w:val="clear" w:color="auto" w:fill="17365D" w:themeFill="text2" w:themeFillShade="BF"/>
            <w:tcMar>
              <w:top w:w="65" w:type="dxa"/>
              <w:left w:w="75" w:type="dxa"/>
              <w:bottom w:w="65" w:type="dxa"/>
              <w:right w:w="75" w:type="dxa"/>
            </w:tcMar>
            <w:vAlign w:val="center"/>
          </w:tcPr>
          <w:p w14:paraId="56109206" w14:textId="77777777" w:rsidR="0057409F" w:rsidRDefault="0057409F">
            <w:pPr>
              <w:spacing w:after="20"/>
            </w:pPr>
            <w:r>
              <w:rPr>
                <w:b/>
                <w:color w:val="FFFFFF"/>
                <w:sz w:val="15"/>
              </w:rPr>
              <w:t>Frequency</w:t>
            </w:r>
          </w:p>
        </w:tc>
      </w:tr>
      <w:tr w:rsidR="0057409F" w14:paraId="512F971F" w14:textId="77777777" w:rsidTr="0057409F">
        <w:trPr>
          <w:jc w:val="center"/>
        </w:trPr>
        <w:tc>
          <w:tcPr>
            <w:tcW w:w="1456" w:type="dxa"/>
            <w:shd w:val="clear" w:color="auto" w:fill="F3F7F9"/>
            <w:tcMar>
              <w:top w:w="65" w:type="dxa"/>
              <w:left w:w="75" w:type="dxa"/>
              <w:bottom w:w="65" w:type="dxa"/>
              <w:right w:w="75" w:type="dxa"/>
            </w:tcMar>
            <w:vAlign w:val="center"/>
          </w:tcPr>
          <w:p w14:paraId="5468343C" w14:textId="77777777" w:rsidR="0057409F" w:rsidRDefault="0057409F">
            <w:pPr>
              <w:spacing w:after="20"/>
            </w:pPr>
            <w:r>
              <w:rPr>
                <w:b/>
                <w:color w:val="17365D"/>
                <w:sz w:val="14"/>
              </w:rPr>
              <w:t>Teachers</w:t>
            </w:r>
          </w:p>
        </w:tc>
        <w:tc>
          <w:tcPr>
            <w:tcW w:w="3150" w:type="dxa"/>
            <w:tcMar>
              <w:top w:w="65" w:type="dxa"/>
              <w:left w:w="75" w:type="dxa"/>
              <w:bottom w:w="65" w:type="dxa"/>
              <w:right w:w="75" w:type="dxa"/>
            </w:tcMar>
            <w:vAlign w:val="center"/>
          </w:tcPr>
          <w:p w14:paraId="3CA8D4E3" w14:textId="77777777" w:rsidR="0057409F" w:rsidRDefault="0057409F">
            <w:pPr>
              <w:spacing w:after="20"/>
            </w:pPr>
            <w:r>
              <w:rPr>
                <w:color w:val="666666"/>
                <w:sz w:val="14"/>
              </w:rPr>
              <w:t>[Digital pedagogy / tools]</w:t>
            </w:r>
          </w:p>
        </w:tc>
        <w:tc>
          <w:tcPr>
            <w:tcW w:w="3600" w:type="dxa"/>
            <w:tcMar>
              <w:top w:w="65" w:type="dxa"/>
              <w:left w:w="75" w:type="dxa"/>
              <w:bottom w:w="65" w:type="dxa"/>
              <w:right w:w="75" w:type="dxa"/>
            </w:tcMar>
            <w:vAlign w:val="center"/>
          </w:tcPr>
          <w:p w14:paraId="33FBE24E" w14:textId="77777777" w:rsidR="0057409F" w:rsidRDefault="0057409F">
            <w:pPr>
              <w:spacing w:after="20"/>
            </w:pPr>
            <w:r>
              <w:rPr>
                <w:color w:val="666666"/>
                <w:sz w:val="14"/>
              </w:rPr>
              <w:t>[Coaching / PLC / workshop]</w:t>
            </w:r>
          </w:p>
        </w:tc>
        <w:tc>
          <w:tcPr>
            <w:tcW w:w="2395" w:type="dxa"/>
            <w:tcMar>
              <w:top w:w="65" w:type="dxa"/>
              <w:left w:w="75" w:type="dxa"/>
              <w:bottom w:w="65" w:type="dxa"/>
              <w:right w:w="75" w:type="dxa"/>
            </w:tcMar>
            <w:vAlign w:val="center"/>
          </w:tcPr>
          <w:p w14:paraId="61259C02" w14:textId="77777777" w:rsidR="0057409F" w:rsidRDefault="0057409F">
            <w:pPr>
              <w:spacing w:after="20"/>
            </w:pPr>
            <w:r>
              <w:rPr>
                <w:color w:val="666666"/>
                <w:sz w:val="14"/>
              </w:rPr>
              <w:t>[Frequency]</w:t>
            </w:r>
          </w:p>
        </w:tc>
      </w:tr>
      <w:tr w:rsidR="0057409F" w14:paraId="705424D6" w14:textId="77777777" w:rsidTr="0057409F">
        <w:trPr>
          <w:jc w:val="center"/>
        </w:trPr>
        <w:tc>
          <w:tcPr>
            <w:tcW w:w="1456" w:type="dxa"/>
            <w:shd w:val="clear" w:color="auto" w:fill="F3F7F9"/>
            <w:tcMar>
              <w:top w:w="65" w:type="dxa"/>
              <w:left w:w="75" w:type="dxa"/>
              <w:bottom w:w="65" w:type="dxa"/>
              <w:right w:w="75" w:type="dxa"/>
            </w:tcMar>
            <w:vAlign w:val="center"/>
          </w:tcPr>
          <w:p w14:paraId="29C57261" w14:textId="77777777" w:rsidR="0057409F" w:rsidRDefault="0057409F">
            <w:pPr>
              <w:spacing w:after="20"/>
            </w:pPr>
            <w:r>
              <w:rPr>
                <w:b/>
                <w:color w:val="17365D"/>
                <w:sz w:val="14"/>
              </w:rPr>
              <w:t>Administrators</w:t>
            </w:r>
          </w:p>
        </w:tc>
        <w:tc>
          <w:tcPr>
            <w:tcW w:w="3150" w:type="dxa"/>
            <w:tcMar>
              <w:top w:w="65" w:type="dxa"/>
              <w:left w:w="75" w:type="dxa"/>
              <w:bottom w:w="65" w:type="dxa"/>
              <w:right w:w="75" w:type="dxa"/>
            </w:tcMar>
            <w:vAlign w:val="center"/>
          </w:tcPr>
          <w:p w14:paraId="16C1BF38" w14:textId="77777777" w:rsidR="0057409F" w:rsidRDefault="0057409F">
            <w:pPr>
              <w:spacing w:after="20"/>
            </w:pPr>
            <w:r>
              <w:rPr>
                <w:color w:val="666666"/>
                <w:sz w:val="14"/>
              </w:rPr>
              <w:t>[Systems / data / security]</w:t>
            </w:r>
          </w:p>
        </w:tc>
        <w:tc>
          <w:tcPr>
            <w:tcW w:w="3600" w:type="dxa"/>
            <w:tcMar>
              <w:top w:w="65" w:type="dxa"/>
              <w:left w:w="75" w:type="dxa"/>
              <w:bottom w:w="65" w:type="dxa"/>
              <w:right w:w="75" w:type="dxa"/>
            </w:tcMar>
            <w:vAlign w:val="center"/>
          </w:tcPr>
          <w:p w14:paraId="21D181DD" w14:textId="77777777" w:rsidR="0057409F" w:rsidRDefault="0057409F">
            <w:pPr>
              <w:spacing w:after="20"/>
            </w:pPr>
            <w:r>
              <w:rPr>
                <w:color w:val="666666"/>
                <w:sz w:val="14"/>
              </w:rPr>
              <w:t>[Briefings / training]</w:t>
            </w:r>
          </w:p>
        </w:tc>
        <w:tc>
          <w:tcPr>
            <w:tcW w:w="2395" w:type="dxa"/>
            <w:tcMar>
              <w:top w:w="65" w:type="dxa"/>
              <w:left w:w="75" w:type="dxa"/>
              <w:bottom w:w="65" w:type="dxa"/>
              <w:right w:w="75" w:type="dxa"/>
            </w:tcMar>
            <w:vAlign w:val="center"/>
          </w:tcPr>
          <w:p w14:paraId="7D6FCFCD" w14:textId="77777777" w:rsidR="0057409F" w:rsidRDefault="0057409F">
            <w:pPr>
              <w:spacing w:after="20"/>
            </w:pPr>
            <w:r>
              <w:rPr>
                <w:color w:val="666666"/>
                <w:sz w:val="14"/>
              </w:rPr>
              <w:t>[Frequency]</w:t>
            </w:r>
          </w:p>
        </w:tc>
      </w:tr>
      <w:tr w:rsidR="0057409F" w14:paraId="6BE580CB" w14:textId="77777777" w:rsidTr="0057409F">
        <w:trPr>
          <w:jc w:val="center"/>
        </w:trPr>
        <w:tc>
          <w:tcPr>
            <w:tcW w:w="1456" w:type="dxa"/>
            <w:shd w:val="clear" w:color="auto" w:fill="F3F7F9"/>
            <w:tcMar>
              <w:top w:w="65" w:type="dxa"/>
              <w:left w:w="75" w:type="dxa"/>
              <w:bottom w:w="65" w:type="dxa"/>
              <w:right w:w="75" w:type="dxa"/>
            </w:tcMar>
            <w:vAlign w:val="center"/>
          </w:tcPr>
          <w:p w14:paraId="671606B3" w14:textId="77777777" w:rsidR="0057409F" w:rsidRDefault="0057409F">
            <w:pPr>
              <w:spacing w:after="20"/>
            </w:pPr>
            <w:r>
              <w:rPr>
                <w:b/>
                <w:color w:val="17365D"/>
                <w:sz w:val="14"/>
              </w:rPr>
              <w:t>Students</w:t>
            </w:r>
          </w:p>
        </w:tc>
        <w:tc>
          <w:tcPr>
            <w:tcW w:w="3150" w:type="dxa"/>
            <w:tcMar>
              <w:top w:w="65" w:type="dxa"/>
              <w:left w:w="75" w:type="dxa"/>
              <w:bottom w:w="65" w:type="dxa"/>
              <w:right w:w="75" w:type="dxa"/>
            </w:tcMar>
            <w:vAlign w:val="center"/>
          </w:tcPr>
          <w:p w14:paraId="530BDCAA" w14:textId="77777777" w:rsidR="0057409F" w:rsidRDefault="0057409F">
            <w:pPr>
              <w:spacing w:after="20"/>
            </w:pPr>
            <w:r>
              <w:rPr>
                <w:color w:val="666666"/>
                <w:sz w:val="14"/>
              </w:rPr>
              <w:t>[Digital citizenship / AI / tools]</w:t>
            </w:r>
          </w:p>
        </w:tc>
        <w:tc>
          <w:tcPr>
            <w:tcW w:w="3600" w:type="dxa"/>
            <w:tcMar>
              <w:top w:w="65" w:type="dxa"/>
              <w:left w:w="75" w:type="dxa"/>
              <w:bottom w:w="65" w:type="dxa"/>
              <w:right w:w="75" w:type="dxa"/>
            </w:tcMar>
            <w:vAlign w:val="center"/>
          </w:tcPr>
          <w:p w14:paraId="091D4538" w14:textId="77777777" w:rsidR="0057409F" w:rsidRDefault="0057409F">
            <w:pPr>
              <w:spacing w:after="20"/>
            </w:pPr>
            <w:r>
              <w:rPr>
                <w:color w:val="666666"/>
                <w:sz w:val="14"/>
              </w:rPr>
              <w:t>[Advisory / courses / embedded]</w:t>
            </w:r>
          </w:p>
        </w:tc>
        <w:tc>
          <w:tcPr>
            <w:tcW w:w="2395" w:type="dxa"/>
            <w:tcMar>
              <w:top w:w="65" w:type="dxa"/>
              <w:left w:w="75" w:type="dxa"/>
              <w:bottom w:w="65" w:type="dxa"/>
              <w:right w:w="75" w:type="dxa"/>
            </w:tcMar>
            <w:vAlign w:val="center"/>
          </w:tcPr>
          <w:p w14:paraId="42F5388E" w14:textId="77777777" w:rsidR="0057409F" w:rsidRDefault="0057409F">
            <w:pPr>
              <w:spacing w:after="20"/>
            </w:pPr>
            <w:r>
              <w:rPr>
                <w:color w:val="666666"/>
                <w:sz w:val="14"/>
              </w:rPr>
              <w:t>[Frequency]</w:t>
            </w:r>
          </w:p>
        </w:tc>
      </w:tr>
      <w:tr w:rsidR="0057409F" w14:paraId="0D22D0C8" w14:textId="77777777" w:rsidTr="0057409F">
        <w:trPr>
          <w:jc w:val="center"/>
        </w:trPr>
        <w:tc>
          <w:tcPr>
            <w:tcW w:w="1456" w:type="dxa"/>
            <w:shd w:val="clear" w:color="auto" w:fill="F3F7F9"/>
            <w:tcMar>
              <w:top w:w="65" w:type="dxa"/>
              <w:left w:w="75" w:type="dxa"/>
              <w:bottom w:w="65" w:type="dxa"/>
              <w:right w:w="75" w:type="dxa"/>
            </w:tcMar>
            <w:vAlign w:val="center"/>
          </w:tcPr>
          <w:p w14:paraId="5E8AE248" w14:textId="77777777" w:rsidR="0057409F" w:rsidRDefault="0057409F">
            <w:pPr>
              <w:spacing w:after="20"/>
            </w:pPr>
            <w:r>
              <w:rPr>
                <w:b/>
                <w:color w:val="17365D"/>
                <w:sz w:val="14"/>
              </w:rPr>
              <w:t>Technology staff</w:t>
            </w:r>
          </w:p>
        </w:tc>
        <w:tc>
          <w:tcPr>
            <w:tcW w:w="3150" w:type="dxa"/>
            <w:tcMar>
              <w:top w:w="65" w:type="dxa"/>
              <w:left w:w="75" w:type="dxa"/>
              <w:bottom w:w="65" w:type="dxa"/>
              <w:right w:w="75" w:type="dxa"/>
            </w:tcMar>
            <w:vAlign w:val="center"/>
          </w:tcPr>
          <w:p w14:paraId="1117CBC9" w14:textId="77777777" w:rsidR="0057409F" w:rsidRDefault="0057409F">
            <w:pPr>
              <w:spacing w:after="20"/>
            </w:pPr>
            <w:r>
              <w:rPr>
                <w:color w:val="666666"/>
                <w:sz w:val="14"/>
              </w:rPr>
              <w:t>[Technical / security / emerging tech]</w:t>
            </w:r>
          </w:p>
        </w:tc>
        <w:tc>
          <w:tcPr>
            <w:tcW w:w="3600" w:type="dxa"/>
            <w:tcMar>
              <w:top w:w="65" w:type="dxa"/>
              <w:left w:w="75" w:type="dxa"/>
              <w:bottom w:w="65" w:type="dxa"/>
              <w:right w:w="75" w:type="dxa"/>
            </w:tcMar>
            <w:vAlign w:val="center"/>
          </w:tcPr>
          <w:p w14:paraId="58F19983" w14:textId="77777777" w:rsidR="0057409F" w:rsidRDefault="0057409F">
            <w:pPr>
              <w:spacing w:after="20"/>
            </w:pPr>
            <w:r>
              <w:rPr>
                <w:color w:val="666666"/>
                <w:sz w:val="14"/>
              </w:rPr>
              <w:t>[Certification / PLN / training]</w:t>
            </w:r>
          </w:p>
        </w:tc>
        <w:tc>
          <w:tcPr>
            <w:tcW w:w="2395" w:type="dxa"/>
            <w:tcMar>
              <w:top w:w="65" w:type="dxa"/>
              <w:left w:w="75" w:type="dxa"/>
              <w:bottom w:w="65" w:type="dxa"/>
              <w:right w:w="75" w:type="dxa"/>
            </w:tcMar>
            <w:vAlign w:val="center"/>
          </w:tcPr>
          <w:p w14:paraId="479B18F8" w14:textId="77777777" w:rsidR="0057409F" w:rsidRDefault="0057409F">
            <w:pPr>
              <w:spacing w:after="20"/>
            </w:pPr>
            <w:r>
              <w:rPr>
                <w:color w:val="666666"/>
                <w:sz w:val="14"/>
              </w:rPr>
              <w:t>[Frequency]</w:t>
            </w:r>
          </w:p>
        </w:tc>
      </w:tr>
      <w:tr w:rsidR="0057409F" w14:paraId="317BB6DB" w14:textId="77777777" w:rsidTr="0057409F">
        <w:trPr>
          <w:jc w:val="center"/>
        </w:trPr>
        <w:tc>
          <w:tcPr>
            <w:tcW w:w="1456" w:type="dxa"/>
            <w:shd w:val="clear" w:color="auto" w:fill="F3F7F9"/>
            <w:tcMar>
              <w:top w:w="65" w:type="dxa"/>
              <w:left w:w="75" w:type="dxa"/>
              <w:bottom w:w="65" w:type="dxa"/>
              <w:right w:w="75" w:type="dxa"/>
            </w:tcMar>
            <w:vAlign w:val="center"/>
          </w:tcPr>
          <w:p w14:paraId="0BB034DE" w14:textId="77777777" w:rsidR="0057409F" w:rsidRDefault="0057409F">
            <w:pPr>
              <w:spacing w:after="20"/>
            </w:pPr>
            <w:r>
              <w:rPr>
                <w:b/>
                <w:color w:val="17365D"/>
                <w:sz w:val="14"/>
              </w:rPr>
              <w:t>Board / committee</w:t>
            </w:r>
          </w:p>
        </w:tc>
        <w:tc>
          <w:tcPr>
            <w:tcW w:w="3150" w:type="dxa"/>
            <w:tcMar>
              <w:top w:w="65" w:type="dxa"/>
              <w:left w:w="75" w:type="dxa"/>
              <w:bottom w:w="65" w:type="dxa"/>
              <w:right w:w="75" w:type="dxa"/>
            </w:tcMar>
            <w:vAlign w:val="center"/>
          </w:tcPr>
          <w:p w14:paraId="01E8E292" w14:textId="77777777" w:rsidR="0057409F" w:rsidRDefault="0057409F">
            <w:pPr>
              <w:spacing w:after="20"/>
            </w:pPr>
            <w:r>
              <w:rPr>
                <w:color w:val="666666"/>
                <w:sz w:val="14"/>
              </w:rPr>
              <w:t>[Risk / strategy / budget]</w:t>
            </w:r>
          </w:p>
        </w:tc>
        <w:tc>
          <w:tcPr>
            <w:tcW w:w="3600" w:type="dxa"/>
            <w:tcMar>
              <w:top w:w="65" w:type="dxa"/>
              <w:left w:w="75" w:type="dxa"/>
              <w:bottom w:w="65" w:type="dxa"/>
              <w:right w:w="75" w:type="dxa"/>
            </w:tcMar>
            <w:vAlign w:val="center"/>
          </w:tcPr>
          <w:p w14:paraId="5E48BE2C" w14:textId="77777777" w:rsidR="0057409F" w:rsidRDefault="0057409F">
            <w:pPr>
              <w:spacing w:after="20"/>
            </w:pPr>
            <w:r>
              <w:rPr>
                <w:color w:val="666666"/>
                <w:sz w:val="14"/>
              </w:rPr>
              <w:t>[Annual briefing]</w:t>
            </w:r>
          </w:p>
        </w:tc>
        <w:tc>
          <w:tcPr>
            <w:tcW w:w="2395" w:type="dxa"/>
            <w:tcMar>
              <w:top w:w="65" w:type="dxa"/>
              <w:left w:w="75" w:type="dxa"/>
              <w:bottom w:w="65" w:type="dxa"/>
              <w:right w:w="75" w:type="dxa"/>
            </w:tcMar>
            <w:vAlign w:val="center"/>
          </w:tcPr>
          <w:p w14:paraId="27B4949A" w14:textId="77777777" w:rsidR="0057409F" w:rsidRDefault="0057409F">
            <w:pPr>
              <w:spacing w:after="20"/>
            </w:pPr>
            <w:r>
              <w:rPr>
                <w:color w:val="666666"/>
                <w:sz w:val="14"/>
              </w:rPr>
              <w:t>[Annual]</w:t>
            </w:r>
          </w:p>
        </w:tc>
      </w:tr>
    </w:tbl>
    <w:p w14:paraId="34D35F78" w14:textId="77777777" w:rsidR="0057409F" w:rsidRPr="0057409F" w:rsidRDefault="0057409F" w:rsidP="00F26BED">
      <w:pPr>
        <w:pStyle w:val="Heading1"/>
        <w:rPr>
          <w:sz w:val="4"/>
          <w:szCs w:val="4"/>
        </w:rPr>
      </w:pPr>
    </w:p>
    <w:tbl>
      <w:tblPr>
        <w:tblW w:w="10614" w:type="dxa"/>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614"/>
      </w:tblGrid>
      <w:tr w:rsidR="0057409F" w14:paraId="7028E0E0" w14:textId="77777777">
        <w:trPr>
          <w:jc w:val="center"/>
        </w:trPr>
        <w:tc>
          <w:tcPr>
            <w:tcW w:w="10486" w:type="dxa"/>
            <w:tcBorders>
              <w:top w:val="single" w:sz="4" w:space="0" w:color="C7D8E4"/>
              <w:left w:val="single" w:sz="4" w:space="0" w:color="C7D8E4"/>
              <w:bottom w:val="single" w:sz="4" w:space="0" w:color="C7D8E4"/>
              <w:right w:val="single" w:sz="4" w:space="0" w:color="C7D8E4"/>
            </w:tcBorders>
            <w:shd w:val="clear" w:color="auto" w:fill="F3F7F9"/>
            <w:tcMar>
              <w:top w:w="95" w:type="dxa"/>
              <w:left w:w="120" w:type="dxa"/>
              <w:bottom w:w="95" w:type="dxa"/>
              <w:right w:w="120" w:type="dxa"/>
            </w:tcMar>
          </w:tcPr>
          <w:p w14:paraId="777C21C8" w14:textId="77777777" w:rsidR="0057409F" w:rsidRDefault="0057409F" w:rsidP="003A74F1">
            <w:r>
              <w:rPr>
                <w:b/>
                <w:color w:val="17365D"/>
              </w:rPr>
              <w:t xml:space="preserve">Recommended </w:t>
            </w:r>
            <w:proofErr w:type="gramStart"/>
            <w:r>
              <w:rPr>
                <w:b/>
                <w:color w:val="17365D"/>
              </w:rPr>
              <w:t xml:space="preserve">structure  </w:t>
            </w:r>
            <w:r>
              <w:t>Pair</w:t>
            </w:r>
            <w:proofErr w:type="gramEnd"/>
            <w:r>
              <w:t xml:space="preserve"> technical leadership with an instructional partner—principal, academic administrator, teacher leader, instructional coach, or technology committee member—when evaluating technology for teaching and learning.</w:t>
            </w:r>
          </w:p>
        </w:tc>
      </w:tr>
    </w:tbl>
    <w:p w14:paraId="381E79DA" w14:textId="188B589E" w:rsidR="00432015" w:rsidRDefault="006D5C48" w:rsidP="00F26BED">
      <w:pPr>
        <w:pStyle w:val="Heading1"/>
      </w:pPr>
      <w:r>
        <w:t>8.  Technical Support, Service Management &amp; User Experience</w:t>
      </w:r>
    </w:p>
    <w:p w14:paraId="0435632F" w14:textId="2D8C5BE3" w:rsidR="00432015" w:rsidRDefault="671A6960">
      <w:pPr>
        <w:spacing w:after="100"/>
      </w:pPr>
      <w:r w:rsidRPr="5C4C0B26">
        <w:rPr>
          <w:i/>
          <w:iCs/>
          <w:color w:val="666666"/>
        </w:rPr>
        <w:t>T</w:t>
      </w:r>
      <w:r w:rsidR="006D5C48" w:rsidRPr="5C4C0B26">
        <w:rPr>
          <w:i/>
          <w:iCs/>
          <w:color w:val="666666"/>
        </w:rPr>
        <w:t xml:space="preserve">his </w:t>
      </w:r>
      <w:r w:rsidR="09EC3485" w:rsidRPr="5C4C0B26">
        <w:rPr>
          <w:i/>
          <w:iCs/>
          <w:color w:val="666666"/>
        </w:rPr>
        <w:t>section is to demonstrate</w:t>
      </w:r>
      <w:r w:rsidR="006D5C48" w:rsidRPr="5C4C0B26">
        <w:rPr>
          <w:i/>
          <w:iCs/>
          <w:color w:val="666666"/>
        </w:rPr>
        <w:t xml:space="preserve"> measurable service expectations appropriate to </w:t>
      </w:r>
      <w:r w:rsidR="56B15ADB" w:rsidRPr="5C4C0B26">
        <w:rPr>
          <w:i/>
          <w:iCs/>
          <w:color w:val="666666"/>
        </w:rPr>
        <w:t>the school's resources</w:t>
      </w:r>
      <w:r w:rsidR="006D5C48" w:rsidRPr="5C4C0B26">
        <w:rPr>
          <w:i/>
          <w:iCs/>
          <w:color w:val="666666"/>
        </w:rPr>
        <w:t>.</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111"/>
        <w:gridCol w:w="2112"/>
        <w:gridCol w:w="2112"/>
        <w:gridCol w:w="2111"/>
        <w:gridCol w:w="2112"/>
      </w:tblGrid>
      <w:tr w:rsidR="00432015" w14:paraId="656DBDE7" w14:textId="77777777">
        <w:trPr>
          <w:jc w:val="center"/>
        </w:trPr>
        <w:tc>
          <w:tcPr>
            <w:tcW w:w="2114" w:type="dxa"/>
            <w:shd w:val="clear" w:color="auto" w:fill="17365D"/>
            <w:tcMar>
              <w:top w:w="65" w:type="dxa"/>
              <w:left w:w="75" w:type="dxa"/>
              <w:bottom w:w="65" w:type="dxa"/>
              <w:right w:w="75" w:type="dxa"/>
            </w:tcMar>
            <w:vAlign w:val="center"/>
          </w:tcPr>
          <w:p w14:paraId="0F2AC464" w14:textId="77777777" w:rsidR="00432015" w:rsidRDefault="006D5C48">
            <w:pPr>
              <w:spacing w:after="20"/>
            </w:pPr>
            <w:r>
              <w:rPr>
                <w:b/>
                <w:color w:val="FFFFFF"/>
                <w:sz w:val="15"/>
              </w:rPr>
              <w:t>Service</w:t>
            </w:r>
          </w:p>
        </w:tc>
        <w:tc>
          <w:tcPr>
            <w:tcW w:w="2114" w:type="dxa"/>
            <w:shd w:val="clear" w:color="auto" w:fill="17365D"/>
            <w:tcMar>
              <w:top w:w="65" w:type="dxa"/>
              <w:left w:w="75" w:type="dxa"/>
              <w:bottom w:w="65" w:type="dxa"/>
              <w:right w:w="75" w:type="dxa"/>
            </w:tcMar>
            <w:vAlign w:val="center"/>
          </w:tcPr>
          <w:p w14:paraId="76BCDA49" w14:textId="77777777" w:rsidR="00432015" w:rsidRDefault="006D5C48">
            <w:pPr>
              <w:spacing w:after="20"/>
            </w:pPr>
            <w:r>
              <w:rPr>
                <w:b/>
                <w:color w:val="FFFFFF"/>
                <w:sz w:val="15"/>
              </w:rPr>
              <w:t>How requested</w:t>
            </w:r>
          </w:p>
        </w:tc>
        <w:tc>
          <w:tcPr>
            <w:tcW w:w="2114" w:type="dxa"/>
            <w:shd w:val="clear" w:color="auto" w:fill="17365D"/>
            <w:tcMar>
              <w:top w:w="65" w:type="dxa"/>
              <w:left w:w="75" w:type="dxa"/>
              <w:bottom w:w="65" w:type="dxa"/>
              <w:right w:w="75" w:type="dxa"/>
            </w:tcMar>
            <w:vAlign w:val="center"/>
          </w:tcPr>
          <w:p w14:paraId="460F17EF" w14:textId="77777777" w:rsidR="00432015" w:rsidRDefault="006D5C48">
            <w:pPr>
              <w:spacing w:after="20"/>
            </w:pPr>
            <w:r>
              <w:rPr>
                <w:b/>
                <w:color w:val="FFFFFF"/>
                <w:sz w:val="15"/>
              </w:rPr>
              <w:t>Priority</w:t>
            </w:r>
          </w:p>
        </w:tc>
        <w:tc>
          <w:tcPr>
            <w:tcW w:w="2114" w:type="dxa"/>
            <w:shd w:val="clear" w:color="auto" w:fill="17365D"/>
            <w:tcMar>
              <w:top w:w="65" w:type="dxa"/>
              <w:left w:w="75" w:type="dxa"/>
              <w:bottom w:w="65" w:type="dxa"/>
              <w:right w:w="75" w:type="dxa"/>
            </w:tcMar>
            <w:vAlign w:val="center"/>
          </w:tcPr>
          <w:p w14:paraId="4C15F794" w14:textId="77777777" w:rsidR="00432015" w:rsidRDefault="006D5C48">
            <w:pPr>
              <w:spacing w:after="20"/>
            </w:pPr>
            <w:r>
              <w:rPr>
                <w:b/>
                <w:color w:val="FFFFFF"/>
                <w:sz w:val="15"/>
              </w:rPr>
              <w:t>Target response</w:t>
            </w:r>
          </w:p>
        </w:tc>
        <w:tc>
          <w:tcPr>
            <w:tcW w:w="2114" w:type="dxa"/>
            <w:shd w:val="clear" w:color="auto" w:fill="17365D"/>
            <w:tcMar>
              <w:top w:w="65" w:type="dxa"/>
              <w:left w:w="75" w:type="dxa"/>
              <w:bottom w:w="65" w:type="dxa"/>
              <w:right w:w="75" w:type="dxa"/>
            </w:tcMar>
            <w:vAlign w:val="center"/>
          </w:tcPr>
          <w:p w14:paraId="01C7B4BF" w14:textId="77777777" w:rsidR="00432015" w:rsidRDefault="006D5C48">
            <w:pPr>
              <w:spacing w:after="20"/>
            </w:pPr>
            <w:r>
              <w:rPr>
                <w:b/>
                <w:color w:val="FFFFFF"/>
                <w:sz w:val="15"/>
              </w:rPr>
              <w:t>Escalation</w:t>
            </w:r>
          </w:p>
        </w:tc>
      </w:tr>
      <w:tr w:rsidR="00432015" w14:paraId="796F48A0" w14:textId="77777777">
        <w:trPr>
          <w:jc w:val="center"/>
        </w:trPr>
        <w:tc>
          <w:tcPr>
            <w:tcW w:w="2114" w:type="dxa"/>
            <w:shd w:val="clear" w:color="auto" w:fill="F3F7F9"/>
            <w:tcMar>
              <w:top w:w="65" w:type="dxa"/>
              <w:left w:w="75" w:type="dxa"/>
              <w:bottom w:w="65" w:type="dxa"/>
              <w:right w:w="75" w:type="dxa"/>
            </w:tcMar>
            <w:vAlign w:val="center"/>
          </w:tcPr>
          <w:p w14:paraId="3E1B41CE" w14:textId="77777777" w:rsidR="00432015" w:rsidRDefault="006D5C48">
            <w:pPr>
              <w:spacing w:after="20"/>
            </w:pPr>
            <w:r>
              <w:rPr>
                <w:b/>
                <w:color w:val="17365D"/>
                <w:sz w:val="14"/>
              </w:rPr>
              <w:t>Account / access</w:t>
            </w:r>
          </w:p>
        </w:tc>
        <w:tc>
          <w:tcPr>
            <w:tcW w:w="2114" w:type="dxa"/>
            <w:tcMar>
              <w:top w:w="65" w:type="dxa"/>
              <w:left w:w="75" w:type="dxa"/>
              <w:bottom w:w="65" w:type="dxa"/>
              <w:right w:w="75" w:type="dxa"/>
            </w:tcMar>
            <w:vAlign w:val="center"/>
          </w:tcPr>
          <w:p w14:paraId="36B8421F" w14:textId="77777777" w:rsidR="00432015" w:rsidRDefault="006D5C48">
            <w:pPr>
              <w:spacing w:after="20"/>
            </w:pPr>
            <w:r>
              <w:rPr>
                <w:color w:val="666666"/>
                <w:sz w:val="14"/>
              </w:rPr>
              <w:t>[Help desk / ticket]</w:t>
            </w:r>
          </w:p>
        </w:tc>
        <w:tc>
          <w:tcPr>
            <w:tcW w:w="2114" w:type="dxa"/>
            <w:tcMar>
              <w:top w:w="65" w:type="dxa"/>
              <w:left w:w="75" w:type="dxa"/>
              <w:bottom w:w="65" w:type="dxa"/>
              <w:right w:w="75" w:type="dxa"/>
            </w:tcMar>
            <w:vAlign w:val="center"/>
          </w:tcPr>
          <w:p w14:paraId="55CD6146" w14:textId="77777777" w:rsidR="00432015" w:rsidRDefault="006D5C48">
            <w:pPr>
              <w:spacing w:after="20"/>
            </w:pPr>
            <w:r>
              <w:rPr>
                <w:color w:val="666666"/>
                <w:sz w:val="14"/>
              </w:rPr>
              <w:t>High</w:t>
            </w:r>
          </w:p>
        </w:tc>
        <w:tc>
          <w:tcPr>
            <w:tcW w:w="2114" w:type="dxa"/>
            <w:tcMar>
              <w:top w:w="65" w:type="dxa"/>
              <w:left w:w="75" w:type="dxa"/>
              <w:bottom w:w="65" w:type="dxa"/>
              <w:right w:w="75" w:type="dxa"/>
            </w:tcMar>
            <w:vAlign w:val="center"/>
          </w:tcPr>
          <w:p w14:paraId="4319953E" w14:textId="77777777" w:rsidR="00432015" w:rsidRDefault="006D5C48">
            <w:pPr>
              <w:spacing w:after="20"/>
            </w:pPr>
            <w:r>
              <w:rPr>
                <w:color w:val="666666"/>
                <w:sz w:val="14"/>
              </w:rPr>
              <w:t>[Time]</w:t>
            </w:r>
          </w:p>
        </w:tc>
        <w:tc>
          <w:tcPr>
            <w:tcW w:w="2114" w:type="dxa"/>
            <w:tcMar>
              <w:top w:w="65" w:type="dxa"/>
              <w:left w:w="75" w:type="dxa"/>
              <w:bottom w:w="65" w:type="dxa"/>
              <w:right w:w="75" w:type="dxa"/>
            </w:tcMar>
            <w:vAlign w:val="center"/>
          </w:tcPr>
          <w:p w14:paraId="477F4B0F" w14:textId="77777777" w:rsidR="00432015" w:rsidRDefault="006D5C48">
            <w:pPr>
              <w:spacing w:after="20"/>
            </w:pPr>
            <w:r>
              <w:rPr>
                <w:color w:val="666666"/>
                <w:sz w:val="14"/>
              </w:rPr>
              <w:t>[Process]</w:t>
            </w:r>
          </w:p>
        </w:tc>
      </w:tr>
      <w:tr w:rsidR="00432015" w14:paraId="6090BE8F" w14:textId="77777777">
        <w:trPr>
          <w:jc w:val="center"/>
        </w:trPr>
        <w:tc>
          <w:tcPr>
            <w:tcW w:w="2114" w:type="dxa"/>
            <w:shd w:val="clear" w:color="auto" w:fill="F3F7F9"/>
            <w:tcMar>
              <w:top w:w="65" w:type="dxa"/>
              <w:left w:w="75" w:type="dxa"/>
              <w:bottom w:w="65" w:type="dxa"/>
              <w:right w:w="75" w:type="dxa"/>
            </w:tcMar>
            <w:vAlign w:val="center"/>
          </w:tcPr>
          <w:p w14:paraId="3D421B96" w14:textId="77777777" w:rsidR="00432015" w:rsidRDefault="006D5C48">
            <w:pPr>
              <w:spacing w:after="20"/>
            </w:pPr>
            <w:r>
              <w:rPr>
                <w:b/>
                <w:color w:val="17365D"/>
                <w:sz w:val="14"/>
              </w:rPr>
              <w:t>Device issue</w:t>
            </w:r>
          </w:p>
        </w:tc>
        <w:tc>
          <w:tcPr>
            <w:tcW w:w="2114" w:type="dxa"/>
            <w:tcMar>
              <w:top w:w="65" w:type="dxa"/>
              <w:left w:w="75" w:type="dxa"/>
              <w:bottom w:w="65" w:type="dxa"/>
              <w:right w:w="75" w:type="dxa"/>
            </w:tcMar>
            <w:vAlign w:val="center"/>
          </w:tcPr>
          <w:p w14:paraId="2C290DE7" w14:textId="77777777" w:rsidR="00432015" w:rsidRDefault="006D5C48">
            <w:pPr>
              <w:spacing w:after="20"/>
            </w:pPr>
            <w:r>
              <w:rPr>
                <w:color w:val="666666"/>
                <w:sz w:val="14"/>
              </w:rPr>
              <w:t>[Help desk / ticket]</w:t>
            </w:r>
          </w:p>
        </w:tc>
        <w:tc>
          <w:tcPr>
            <w:tcW w:w="2114" w:type="dxa"/>
            <w:tcMar>
              <w:top w:w="65" w:type="dxa"/>
              <w:left w:w="75" w:type="dxa"/>
              <w:bottom w:w="65" w:type="dxa"/>
              <w:right w:w="75" w:type="dxa"/>
            </w:tcMar>
            <w:vAlign w:val="center"/>
          </w:tcPr>
          <w:p w14:paraId="3E072A8A" w14:textId="77777777" w:rsidR="00432015" w:rsidRDefault="006D5C48">
            <w:pPr>
              <w:spacing w:after="20"/>
            </w:pPr>
            <w:r>
              <w:rPr>
                <w:color w:val="666666"/>
                <w:sz w:val="14"/>
              </w:rPr>
              <w:t>Normal</w:t>
            </w:r>
          </w:p>
        </w:tc>
        <w:tc>
          <w:tcPr>
            <w:tcW w:w="2114" w:type="dxa"/>
            <w:tcMar>
              <w:top w:w="65" w:type="dxa"/>
              <w:left w:w="75" w:type="dxa"/>
              <w:bottom w:w="65" w:type="dxa"/>
              <w:right w:w="75" w:type="dxa"/>
            </w:tcMar>
            <w:vAlign w:val="center"/>
          </w:tcPr>
          <w:p w14:paraId="33F7BEE2" w14:textId="77777777" w:rsidR="00432015" w:rsidRDefault="006D5C48">
            <w:pPr>
              <w:spacing w:after="20"/>
            </w:pPr>
            <w:r>
              <w:rPr>
                <w:color w:val="666666"/>
                <w:sz w:val="14"/>
              </w:rPr>
              <w:t>[Time]</w:t>
            </w:r>
          </w:p>
        </w:tc>
        <w:tc>
          <w:tcPr>
            <w:tcW w:w="2114" w:type="dxa"/>
            <w:tcMar>
              <w:top w:w="65" w:type="dxa"/>
              <w:left w:w="75" w:type="dxa"/>
              <w:bottom w:w="65" w:type="dxa"/>
              <w:right w:w="75" w:type="dxa"/>
            </w:tcMar>
            <w:vAlign w:val="center"/>
          </w:tcPr>
          <w:p w14:paraId="4262BA45" w14:textId="77777777" w:rsidR="00432015" w:rsidRDefault="006D5C48">
            <w:pPr>
              <w:spacing w:after="20"/>
            </w:pPr>
            <w:r>
              <w:rPr>
                <w:color w:val="666666"/>
                <w:sz w:val="14"/>
              </w:rPr>
              <w:t>[Process]</w:t>
            </w:r>
          </w:p>
        </w:tc>
      </w:tr>
      <w:tr w:rsidR="00432015" w14:paraId="54B3DBB9" w14:textId="77777777">
        <w:trPr>
          <w:jc w:val="center"/>
        </w:trPr>
        <w:tc>
          <w:tcPr>
            <w:tcW w:w="2114" w:type="dxa"/>
            <w:shd w:val="clear" w:color="auto" w:fill="F3F7F9"/>
            <w:tcMar>
              <w:top w:w="65" w:type="dxa"/>
              <w:left w:w="75" w:type="dxa"/>
              <w:bottom w:w="65" w:type="dxa"/>
              <w:right w:w="75" w:type="dxa"/>
            </w:tcMar>
            <w:vAlign w:val="center"/>
          </w:tcPr>
          <w:p w14:paraId="2BEB5775" w14:textId="77777777" w:rsidR="00432015" w:rsidRDefault="006D5C48">
            <w:pPr>
              <w:spacing w:after="20"/>
            </w:pPr>
            <w:r>
              <w:rPr>
                <w:b/>
                <w:color w:val="17365D"/>
                <w:sz w:val="14"/>
              </w:rPr>
              <w:t>Network outage</w:t>
            </w:r>
          </w:p>
        </w:tc>
        <w:tc>
          <w:tcPr>
            <w:tcW w:w="2114" w:type="dxa"/>
            <w:tcMar>
              <w:top w:w="65" w:type="dxa"/>
              <w:left w:w="75" w:type="dxa"/>
              <w:bottom w:w="65" w:type="dxa"/>
              <w:right w:w="75" w:type="dxa"/>
            </w:tcMar>
            <w:vAlign w:val="center"/>
          </w:tcPr>
          <w:p w14:paraId="7E86DF5E" w14:textId="77777777" w:rsidR="00432015" w:rsidRDefault="006D5C48">
            <w:pPr>
              <w:spacing w:after="20"/>
            </w:pPr>
            <w:r>
              <w:rPr>
                <w:color w:val="666666"/>
                <w:sz w:val="14"/>
              </w:rPr>
              <w:t>[Phone / monitoring]</w:t>
            </w:r>
          </w:p>
        </w:tc>
        <w:tc>
          <w:tcPr>
            <w:tcW w:w="2114" w:type="dxa"/>
            <w:tcMar>
              <w:top w:w="65" w:type="dxa"/>
              <w:left w:w="75" w:type="dxa"/>
              <w:bottom w:w="65" w:type="dxa"/>
              <w:right w:w="75" w:type="dxa"/>
            </w:tcMar>
            <w:vAlign w:val="center"/>
          </w:tcPr>
          <w:p w14:paraId="17341E60" w14:textId="77777777" w:rsidR="00432015" w:rsidRDefault="006D5C48">
            <w:pPr>
              <w:spacing w:after="20"/>
            </w:pPr>
            <w:r>
              <w:rPr>
                <w:color w:val="666666"/>
                <w:sz w:val="14"/>
              </w:rPr>
              <w:t>Critical</w:t>
            </w:r>
          </w:p>
        </w:tc>
        <w:tc>
          <w:tcPr>
            <w:tcW w:w="2114" w:type="dxa"/>
            <w:tcMar>
              <w:top w:w="65" w:type="dxa"/>
              <w:left w:w="75" w:type="dxa"/>
              <w:bottom w:w="65" w:type="dxa"/>
              <w:right w:w="75" w:type="dxa"/>
            </w:tcMar>
            <w:vAlign w:val="center"/>
          </w:tcPr>
          <w:p w14:paraId="457DFADA" w14:textId="77777777" w:rsidR="00432015" w:rsidRDefault="006D5C48">
            <w:pPr>
              <w:spacing w:after="20"/>
            </w:pPr>
            <w:r>
              <w:rPr>
                <w:color w:val="666666"/>
                <w:sz w:val="14"/>
              </w:rPr>
              <w:t>[Time]</w:t>
            </w:r>
          </w:p>
        </w:tc>
        <w:tc>
          <w:tcPr>
            <w:tcW w:w="2114" w:type="dxa"/>
            <w:tcMar>
              <w:top w:w="65" w:type="dxa"/>
              <w:left w:w="75" w:type="dxa"/>
              <w:bottom w:w="65" w:type="dxa"/>
              <w:right w:w="75" w:type="dxa"/>
            </w:tcMar>
            <w:vAlign w:val="center"/>
          </w:tcPr>
          <w:p w14:paraId="0D0D5CF5" w14:textId="77777777" w:rsidR="00432015" w:rsidRDefault="006D5C48">
            <w:pPr>
              <w:spacing w:after="20"/>
            </w:pPr>
            <w:r>
              <w:rPr>
                <w:color w:val="666666"/>
                <w:sz w:val="14"/>
              </w:rPr>
              <w:t>[Process]</w:t>
            </w:r>
          </w:p>
        </w:tc>
      </w:tr>
      <w:tr w:rsidR="00432015" w14:paraId="293D54F1" w14:textId="77777777">
        <w:trPr>
          <w:jc w:val="center"/>
        </w:trPr>
        <w:tc>
          <w:tcPr>
            <w:tcW w:w="2114" w:type="dxa"/>
            <w:shd w:val="clear" w:color="auto" w:fill="F3F7F9"/>
            <w:tcMar>
              <w:top w:w="65" w:type="dxa"/>
              <w:left w:w="75" w:type="dxa"/>
              <w:bottom w:w="65" w:type="dxa"/>
              <w:right w:w="75" w:type="dxa"/>
            </w:tcMar>
            <w:vAlign w:val="center"/>
          </w:tcPr>
          <w:p w14:paraId="1301354E" w14:textId="77777777" w:rsidR="00432015" w:rsidRDefault="006D5C48">
            <w:pPr>
              <w:spacing w:after="20"/>
            </w:pPr>
            <w:r>
              <w:rPr>
                <w:b/>
                <w:color w:val="17365D"/>
                <w:sz w:val="14"/>
              </w:rPr>
              <w:t>Classroom technology</w:t>
            </w:r>
          </w:p>
        </w:tc>
        <w:tc>
          <w:tcPr>
            <w:tcW w:w="2114" w:type="dxa"/>
            <w:tcMar>
              <w:top w:w="65" w:type="dxa"/>
              <w:left w:w="75" w:type="dxa"/>
              <w:bottom w:w="65" w:type="dxa"/>
              <w:right w:w="75" w:type="dxa"/>
            </w:tcMar>
            <w:vAlign w:val="center"/>
          </w:tcPr>
          <w:p w14:paraId="3066B6CC" w14:textId="77777777" w:rsidR="00432015" w:rsidRDefault="006D5C48">
            <w:pPr>
              <w:spacing w:after="20"/>
            </w:pPr>
            <w:r>
              <w:rPr>
                <w:color w:val="666666"/>
                <w:sz w:val="14"/>
              </w:rPr>
              <w:t>[Ticket]</w:t>
            </w:r>
          </w:p>
        </w:tc>
        <w:tc>
          <w:tcPr>
            <w:tcW w:w="2114" w:type="dxa"/>
            <w:tcMar>
              <w:top w:w="65" w:type="dxa"/>
              <w:left w:w="75" w:type="dxa"/>
              <w:bottom w:w="65" w:type="dxa"/>
              <w:right w:w="75" w:type="dxa"/>
            </w:tcMar>
            <w:vAlign w:val="center"/>
          </w:tcPr>
          <w:p w14:paraId="6F7F7232" w14:textId="77777777" w:rsidR="00432015" w:rsidRDefault="006D5C48">
            <w:pPr>
              <w:spacing w:after="20"/>
            </w:pPr>
            <w:r>
              <w:rPr>
                <w:color w:val="666666"/>
                <w:sz w:val="14"/>
              </w:rPr>
              <w:t>Normal/High</w:t>
            </w:r>
          </w:p>
        </w:tc>
        <w:tc>
          <w:tcPr>
            <w:tcW w:w="2114" w:type="dxa"/>
            <w:tcMar>
              <w:top w:w="65" w:type="dxa"/>
              <w:left w:w="75" w:type="dxa"/>
              <w:bottom w:w="65" w:type="dxa"/>
              <w:right w:w="75" w:type="dxa"/>
            </w:tcMar>
            <w:vAlign w:val="center"/>
          </w:tcPr>
          <w:p w14:paraId="074CC9F3" w14:textId="77777777" w:rsidR="00432015" w:rsidRDefault="006D5C48">
            <w:pPr>
              <w:spacing w:after="20"/>
            </w:pPr>
            <w:r>
              <w:rPr>
                <w:color w:val="666666"/>
                <w:sz w:val="14"/>
              </w:rPr>
              <w:t>[Time]</w:t>
            </w:r>
          </w:p>
        </w:tc>
        <w:tc>
          <w:tcPr>
            <w:tcW w:w="2114" w:type="dxa"/>
            <w:tcMar>
              <w:top w:w="65" w:type="dxa"/>
              <w:left w:w="75" w:type="dxa"/>
              <w:bottom w:w="65" w:type="dxa"/>
              <w:right w:w="75" w:type="dxa"/>
            </w:tcMar>
            <w:vAlign w:val="center"/>
          </w:tcPr>
          <w:p w14:paraId="27EC2467" w14:textId="77777777" w:rsidR="00432015" w:rsidRDefault="006D5C48">
            <w:pPr>
              <w:spacing w:after="20"/>
            </w:pPr>
            <w:r>
              <w:rPr>
                <w:color w:val="666666"/>
                <w:sz w:val="14"/>
              </w:rPr>
              <w:t>[Process]</w:t>
            </w:r>
          </w:p>
        </w:tc>
      </w:tr>
      <w:tr w:rsidR="00432015" w14:paraId="3BE1728C" w14:textId="77777777">
        <w:trPr>
          <w:jc w:val="center"/>
        </w:trPr>
        <w:tc>
          <w:tcPr>
            <w:tcW w:w="2114" w:type="dxa"/>
            <w:shd w:val="clear" w:color="auto" w:fill="F3F7F9"/>
            <w:tcMar>
              <w:top w:w="65" w:type="dxa"/>
              <w:left w:w="75" w:type="dxa"/>
              <w:bottom w:w="65" w:type="dxa"/>
              <w:right w:w="75" w:type="dxa"/>
            </w:tcMar>
            <w:vAlign w:val="center"/>
          </w:tcPr>
          <w:p w14:paraId="30F06D01" w14:textId="77777777" w:rsidR="00432015" w:rsidRDefault="006D5C48">
            <w:pPr>
              <w:spacing w:after="20"/>
            </w:pPr>
            <w:r>
              <w:rPr>
                <w:b/>
                <w:color w:val="17365D"/>
                <w:sz w:val="14"/>
              </w:rPr>
              <w:lastRenderedPageBreak/>
              <w:t>Security incident</w:t>
            </w:r>
          </w:p>
        </w:tc>
        <w:tc>
          <w:tcPr>
            <w:tcW w:w="2114" w:type="dxa"/>
            <w:tcMar>
              <w:top w:w="65" w:type="dxa"/>
              <w:left w:w="75" w:type="dxa"/>
              <w:bottom w:w="65" w:type="dxa"/>
              <w:right w:w="75" w:type="dxa"/>
            </w:tcMar>
            <w:vAlign w:val="center"/>
          </w:tcPr>
          <w:p w14:paraId="129295D5" w14:textId="77777777" w:rsidR="00432015" w:rsidRDefault="006D5C48">
            <w:pPr>
              <w:spacing w:after="20"/>
            </w:pPr>
            <w:r>
              <w:rPr>
                <w:color w:val="666666"/>
                <w:sz w:val="14"/>
              </w:rPr>
              <w:t>[Dedicated process]</w:t>
            </w:r>
          </w:p>
        </w:tc>
        <w:tc>
          <w:tcPr>
            <w:tcW w:w="2114" w:type="dxa"/>
            <w:tcMar>
              <w:top w:w="65" w:type="dxa"/>
              <w:left w:w="75" w:type="dxa"/>
              <w:bottom w:w="65" w:type="dxa"/>
              <w:right w:w="75" w:type="dxa"/>
            </w:tcMar>
            <w:vAlign w:val="center"/>
          </w:tcPr>
          <w:p w14:paraId="1C8AD762" w14:textId="77777777" w:rsidR="00432015" w:rsidRDefault="006D5C48">
            <w:pPr>
              <w:spacing w:after="20"/>
            </w:pPr>
            <w:r>
              <w:rPr>
                <w:color w:val="666666"/>
                <w:sz w:val="14"/>
              </w:rPr>
              <w:t>Critical</w:t>
            </w:r>
          </w:p>
        </w:tc>
        <w:tc>
          <w:tcPr>
            <w:tcW w:w="2114" w:type="dxa"/>
            <w:tcMar>
              <w:top w:w="65" w:type="dxa"/>
              <w:left w:w="75" w:type="dxa"/>
              <w:bottom w:w="65" w:type="dxa"/>
              <w:right w:w="75" w:type="dxa"/>
            </w:tcMar>
            <w:vAlign w:val="center"/>
          </w:tcPr>
          <w:p w14:paraId="15759DA0" w14:textId="77777777" w:rsidR="00432015" w:rsidRDefault="006D5C48">
            <w:pPr>
              <w:spacing w:after="20"/>
            </w:pPr>
            <w:r>
              <w:rPr>
                <w:color w:val="666666"/>
                <w:sz w:val="14"/>
              </w:rPr>
              <w:t>Immediate</w:t>
            </w:r>
          </w:p>
        </w:tc>
        <w:tc>
          <w:tcPr>
            <w:tcW w:w="2114" w:type="dxa"/>
            <w:tcMar>
              <w:top w:w="65" w:type="dxa"/>
              <w:left w:w="75" w:type="dxa"/>
              <w:bottom w:w="65" w:type="dxa"/>
              <w:right w:w="75" w:type="dxa"/>
            </w:tcMar>
            <w:vAlign w:val="center"/>
          </w:tcPr>
          <w:p w14:paraId="5C2CC07D" w14:textId="77777777" w:rsidR="00432015" w:rsidRDefault="006D5C48">
            <w:pPr>
              <w:spacing w:after="20"/>
            </w:pPr>
            <w:r>
              <w:rPr>
                <w:color w:val="666666"/>
                <w:sz w:val="14"/>
              </w:rPr>
              <w:t>[Process]</w:t>
            </w:r>
          </w:p>
        </w:tc>
      </w:tr>
      <w:tr w:rsidR="00432015" w14:paraId="4F5041C7" w14:textId="77777777">
        <w:trPr>
          <w:jc w:val="center"/>
        </w:trPr>
        <w:tc>
          <w:tcPr>
            <w:tcW w:w="2114" w:type="dxa"/>
            <w:shd w:val="clear" w:color="auto" w:fill="F3F7F9"/>
            <w:tcMar>
              <w:top w:w="65" w:type="dxa"/>
              <w:left w:w="75" w:type="dxa"/>
              <w:bottom w:w="65" w:type="dxa"/>
              <w:right w:w="75" w:type="dxa"/>
            </w:tcMar>
            <w:vAlign w:val="center"/>
          </w:tcPr>
          <w:p w14:paraId="52F4375B" w14:textId="77777777" w:rsidR="00432015" w:rsidRDefault="006D5C48">
            <w:pPr>
              <w:spacing w:after="20"/>
            </w:pPr>
            <w:r>
              <w:rPr>
                <w:b/>
                <w:color w:val="17365D"/>
                <w:sz w:val="14"/>
              </w:rPr>
              <w:t>Application issue</w:t>
            </w:r>
          </w:p>
        </w:tc>
        <w:tc>
          <w:tcPr>
            <w:tcW w:w="2114" w:type="dxa"/>
            <w:tcMar>
              <w:top w:w="65" w:type="dxa"/>
              <w:left w:w="75" w:type="dxa"/>
              <w:bottom w:w="65" w:type="dxa"/>
              <w:right w:w="75" w:type="dxa"/>
            </w:tcMar>
            <w:vAlign w:val="center"/>
          </w:tcPr>
          <w:p w14:paraId="7DFC775F" w14:textId="77777777" w:rsidR="00432015" w:rsidRDefault="006D5C48">
            <w:pPr>
              <w:spacing w:after="20"/>
            </w:pPr>
            <w:r>
              <w:rPr>
                <w:color w:val="666666"/>
                <w:sz w:val="14"/>
              </w:rPr>
              <w:t>[Ticket]</w:t>
            </w:r>
          </w:p>
        </w:tc>
        <w:tc>
          <w:tcPr>
            <w:tcW w:w="2114" w:type="dxa"/>
            <w:tcMar>
              <w:top w:w="65" w:type="dxa"/>
              <w:left w:w="75" w:type="dxa"/>
              <w:bottom w:w="65" w:type="dxa"/>
              <w:right w:w="75" w:type="dxa"/>
            </w:tcMar>
            <w:vAlign w:val="center"/>
          </w:tcPr>
          <w:p w14:paraId="597C6521" w14:textId="77777777" w:rsidR="00432015" w:rsidRDefault="006D5C48">
            <w:pPr>
              <w:spacing w:after="20"/>
            </w:pPr>
            <w:r>
              <w:rPr>
                <w:color w:val="666666"/>
                <w:sz w:val="14"/>
              </w:rPr>
              <w:t>Normal</w:t>
            </w:r>
          </w:p>
        </w:tc>
        <w:tc>
          <w:tcPr>
            <w:tcW w:w="2114" w:type="dxa"/>
            <w:tcMar>
              <w:top w:w="65" w:type="dxa"/>
              <w:left w:w="75" w:type="dxa"/>
              <w:bottom w:w="65" w:type="dxa"/>
              <w:right w:w="75" w:type="dxa"/>
            </w:tcMar>
            <w:vAlign w:val="center"/>
          </w:tcPr>
          <w:p w14:paraId="1440994E" w14:textId="77777777" w:rsidR="00432015" w:rsidRDefault="006D5C48">
            <w:pPr>
              <w:spacing w:after="20"/>
            </w:pPr>
            <w:r>
              <w:rPr>
                <w:color w:val="666666"/>
                <w:sz w:val="14"/>
              </w:rPr>
              <w:t>[Time]</w:t>
            </w:r>
          </w:p>
        </w:tc>
        <w:tc>
          <w:tcPr>
            <w:tcW w:w="2114" w:type="dxa"/>
            <w:tcMar>
              <w:top w:w="65" w:type="dxa"/>
              <w:left w:w="75" w:type="dxa"/>
              <w:bottom w:w="65" w:type="dxa"/>
              <w:right w:w="75" w:type="dxa"/>
            </w:tcMar>
            <w:vAlign w:val="center"/>
          </w:tcPr>
          <w:p w14:paraId="0D45F18C" w14:textId="77777777" w:rsidR="00432015" w:rsidRDefault="006D5C48">
            <w:pPr>
              <w:spacing w:after="20"/>
            </w:pPr>
            <w:r>
              <w:rPr>
                <w:color w:val="666666"/>
                <w:sz w:val="14"/>
              </w:rPr>
              <w:t>[Process]</w:t>
            </w:r>
          </w:p>
        </w:tc>
      </w:tr>
    </w:tbl>
    <w:p w14:paraId="1F003A11" w14:textId="77777777" w:rsidR="00432015" w:rsidRDefault="006D5C48" w:rsidP="00F26BED">
      <w:pPr>
        <w:pStyle w:val="Heading1"/>
      </w:pPr>
      <w:r>
        <w:t>9.  Funding, Procurement &amp; Total Cost of Ownership</w:t>
      </w:r>
    </w:p>
    <w:p w14:paraId="66C06EB9" w14:textId="77777777" w:rsidR="00432015" w:rsidRDefault="006D5C48">
      <w:pPr>
        <w:spacing w:after="100"/>
      </w:pPr>
      <w:r>
        <w:rPr>
          <w:i/>
          <w:color w:val="666666"/>
        </w:rPr>
        <w:t>Technology budgets should account for the full cost of ownership: hardware, licenses, connectivity, security, support, training, replacement, and disposal.</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761"/>
        <w:gridCol w:w="1759"/>
        <w:gridCol w:w="1759"/>
        <w:gridCol w:w="1759"/>
        <w:gridCol w:w="1760"/>
        <w:gridCol w:w="1760"/>
      </w:tblGrid>
      <w:tr w:rsidR="00432015" w14:paraId="7DCC56A2" w14:textId="77777777">
        <w:trPr>
          <w:jc w:val="center"/>
        </w:trPr>
        <w:tc>
          <w:tcPr>
            <w:tcW w:w="1762" w:type="dxa"/>
            <w:shd w:val="clear" w:color="auto" w:fill="17365D"/>
            <w:tcMar>
              <w:top w:w="65" w:type="dxa"/>
              <w:left w:w="75" w:type="dxa"/>
              <w:bottom w:w="65" w:type="dxa"/>
              <w:right w:w="75" w:type="dxa"/>
            </w:tcMar>
            <w:vAlign w:val="center"/>
          </w:tcPr>
          <w:p w14:paraId="7F649328" w14:textId="77777777" w:rsidR="00432015" w:rsidRDefault="006D5C48">
            <w:pPr>
              <w:spacing w:after="20"/>
            </w:pPr>
            <w:r>
              <w:rPr>
                <w:b/>
                <w:color w:val="FFFFFF"/>
                <w:sz w:val="15"/>
              </w:rPr>
              <w:t>Category</w:t>
            </w:r>
          </w:p>
        </w:tc>
        <w:tc>
          <w:tcPr>
            <w:tcW w:w="1762" w:type="dxa"/>
            <w:shd w:val="clear" w:color="auto" w:fill="17365D"/>
            <w:tcMar>
              <w:top w:w="65" w:type="dxa"/>
              <w:left w:w="75" w:type="dxa"/>
              <w:bottom w:w="65" w:type="dxa"/>
              <w:right w:w="75" w:type="dxa"/>
            </w:tcMar>
            <w:vAlign w:val="center"/>
          </w:tcPr>
          <w:p w14:paraId="506E7192" w14:textId="77777777" w:rsidR="00432015" w:rsidRDefault="006D5C48">
            <w:pPr>
              <w:spacing w:after="20"/>
            </w:pPr>
            <w:r>
              <w:rPr>
                <w:b/>
                <w:color w:val="FFFFFF"/>
                <w:sz w:val="15"/>
              </w:rPr>
              <w:t>Year 1</w:t>
            </w:r>
          </w:p>
        </w:tc>
        <w:tc>
          <w:tcPr>
            <w:tcW w:w="1762" w:type="dxa"/>
            <w:shd w:val="clear" w:color="auto" w:fill="17365D"/>
            <w:tcMar>
              <w:top w:w="65" w:type="dxa"/>
              <w:left w:w="75" w:type="dxa"/>
              <w:bottom w:w="65" w:type="dxa"/>
              <w:right w:w="75" w:type="dxa"/>
            </w:tcMar>
            <w:vAlign w:val="center"/>
          </w:tcPr>
          <w:p w14:paraId="3807DA9C" w14:textId="77777777" w:rsidR="00432015" w:rsidRDefault="006D5C48">
            <w:pPr>
              <w:spacing w:after="20"/>
            </w:pPr>
            <w:r>
              <w:rPr>
                <w:b/>
                <w:color w:val="FFFFFF"/>
                <w:sz w:val="15"/>
              </w:rPr>
              <w:t>Year 2</w:t>
            </w:r>
          </w:p>
        </w:tc>
        <w:tc>
          <w:tcPr>
            <w:tcW w:w="1762" w:type="dxa"/>
            <w:shd w:val="clear" w:color="auto" w:fill="17365D"/>
            <w:tcMar>
              <w:top w:w="65" w:type="dxa"/>
              <w:left w:w="75" w:type="dxa"/>
              <w:bottom w:w="65" w:type="dxa"/>
              <w:right w:w="75" w:type="dxa"/>
            </w:tcMar>
            <w:vAlign w:val="center"/>
          </w:tcPr>
          <w:p w14:paraId="205A7415" w14:textId="77777777" w:rsidR="00432015" w:rsidRDefault="006D5C48">
            <w:pPr>
              <w:spacing w:after="20"/>
            </w:pPr>
            <w:r>
              <w:rPr>
                <w:b/>
                <w:color w:val="FFFFFF"/>
                <w:sz w:val="15"/>
              </w:rPr>
              <w:t>Year 3</w:t>
            </w:r>
          </w:p>
        </w:tc>
        <w:tc>
          <w:tcPr>
            <w:tcW w:w="1762" w:type="dxa"/>
            <w:shd w:val="clear" w:color="auto" w:fill="17365D"/>
            <w:tcMar>
              <w:top w:w="65" w:type="dxa"/>
              <w:left w:w="75" w:type="dxa"/>
              <w:bottom w:w="65" w:type="dxa"/>
              <w:right w:w="75" w:type="dxa"/>
            </w:tcMar>
            <w:vAlign w:val="center"/>
          </w:tcPr>
          <w:p w14:paraId="49240233" w14:textId="77777777" w:rsidR="00432015" w:rsidRDefault="006D5C48">
            <w:pPr>
              <w:spacing w:after="20"/>
            </w:pPr>
            <w:r>
              <w:rPr>
                <w:b/>
                <w:color w:val="FFFFFF"/>
                <w:sz w:val="15"/>
              </w:rPr>
              <w:t>Funding source</w:t>
            </w:r>
          </w:p>
        </w:tc>
        <w:tc>
          <w:tcPr>
            <w:tcW w:w="1762" w:type="dxa"/>
            <w:shd w:val="clear" w:color="auto" w:fill="17365D"/>
            <w:tcMar>
              <w:top w:w="65" w:type="dxa"/>
              <w:left w:w="75" w:type="dxa"/>
              <w:bottom w:w="65" w:type="dxa"/>
              <w:right w:w="75" w:type="dxa"/>
            </w:tcMar>
            <w:vAlign w:val="center"/>
          </w:tcPr>
          <w:p w14:paraId="05753DB1" w14:textId="77777777" w:rsidR="00432015" w:rsidRDefault="006D5C48">
            <w:pPr>
              <w:spacing w:after="20"/>
            </w:pPr>
            <w:r>
              <w:rPr>
                <w:b/>
                <w:color w:val="FFFFFF"/>
                <w:sz w:val="15"/>
              </w:rPr>
              <w:t>Priority</w:t>
            </w:r>
          </w:p>
        </w:tc>
      </w:tr>
      <w:tr w:rsidR="00432015" w14:paraId="00C44331" w14:textId="77777777">
        <w:trPr>
          <w:jc w:val="center"/>
        </w:trPr>
        <w:tc>
          <w:tcPr>
            <w:tcW w:w="1762" w:type="dxa"/>
            <w:shd w:val="clear" w:color="auto" w:fill="F3F7F9"/>
            <w:tcMar>
              <w:top w:w="65" w:type="dxa"/>
              <w:left w:w="75" w:type="dxa"/>
              <w:bottom w:w="65" w:type="dxa"/>
              <w:right w:w="75" w:type="dxa"/>
            </w:tcMar>
            <w:vAlign w:val="center"/>
          </w:tcPr>
          <w:p w14:paraId="232492EB" w14:textId="77777777" w:rsidR="00432015" w:rsidRDefault="006D5C48">
            <w:pPr>
              <w:spacing w:after="20"/>
            </w:pPr>
            <w:r>
              <w:rPr>
                <w:b/>
                <w:color w:val="17365D"/>
                <w:sz w:val="14"/>
              </w:rPr>
              <w:t>Infrastructure / connectivity</w:t>
            </w:r>
          </w:p>
        </w:tc>
        <w:tc>
          <w:tcPr>
            <w:tcW w:w="1762" w:type="dxa"/>
            <w:tcMar>
              <w:top w:w="65" w:type="dxa"/>
              <w:left w:w="75" w:type="dxa"/>
              <w:bottom w:w="65" w:type="dxa"/>
              <w:right w:w="75" w:type="dxa"/>
            </w:tcMar>
            <w:vAlign w:val="center"/>
          </w:tcPr>
          <w:p w14:paraId="4D2503D5"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2010E0A4"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4286BA63"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45A93464" w14:textId="77777777" w:rsidR="00432015" w:rsidRDefault="006D5C48">
            <w:pPr>
              <w:spacing w:after="20"/>
            </w:pPr>
            <w:r>
              <w:rPr>
                <w:color w:val="666666"/>
                <w:sz w:val="14"/>
              </w:rPr>
              <w:t>[Source]</w:t>
            </w:r>
          </w:p>
        </w:tc>
        <w:tc>
          <w:tcPr>
            <w:tcW w:w="1762" w:type="dxa"/>
            <w:tcMar>
              <w:top w:w="65" w:type="dxa"/>
              <w:left w:w="75" w:type="dxa"/>
              <w:bottom w:w="65" w:type="dxa"/>
              <w:right w:w="75" w:type="dxa"/>
            </w:tcMar>
            <w:vAlign w:val="center"/>
          </w:tcPr>
          <w:p w14:paraId="074BC4A9" w14:textId="77777777" w:rsidR="00432015" w:rsidRDefault="006D5C48">
            <w:pPr>
              <w:spacing w:after="20"/>
            </w:pPr>
            <w:r>
              <w:rPr>
                <w:color w:val="666666"/>
                <w:sz w:val="14"/>
              </w:rPr>
              <w:t>[H/M/L]</w:t>
            </w:r>
          </w:p>
        </w:tc>
      </w:tr>
      <w:tr w:rsidR="00432015" w14:paraId="7C8EBBE7" w14:textId="77777777">
        <w:trPr>
          <w:jc w:val="center"/>
        </w:trPr>
        <w:tc>
          <w:tcPr>
            <w:tcW w:w="1762" w:type="dxa"/>
            <w:shd w:val="clear" w:color="auto" w:fill="F3F7F9"/>
            <w:tcMar>
              <w:top w:w="65" w:type="dxa"/>
              <w:left w:w="75" w:type="dxa"/>
              <w:bottom w:w="65" w:type="dxa"/>
              <w:right w:w="75" w:type="dxa"/>
            </w:tcMar>
            <w:vAlign w:val="center"/>
          </w:tcPr>
          <w:p w14:paraId="04526055" w14:textId="77777777" w:rsidR="00432015" w:rsidRDefault="006D5C48">
            <w:pPr>
              <w:spacing w:after="20"/>
            </w:pPr>
            <w:r>
              <w:rPr>
                <w:b/>
                <w:color w:val="17365D"/>
                <w:sz w:val="14"/>
              </w:rPr>
              <w:t>Devices / lifecycle</w:t>
            </w:r>
          </w:p>
        </w:tc>
        <w:tc>
          <w:tcPr>
            <w:tcW w:w="1762" w:type="dxa"/>
            <w:tcMar>
              <w:top w:w="65" w:type="dxa"/>
              <w:left w:w="75" w:type="dxa"/>
              <w:bottom w:w="65" w:type="dxa"/>
              <w:right w:w="75" w:type="dxa"/>
            </w:tcMar>
            <w:vAlign w:val="center"/>
          </w:tcPr>
          <w:p w14:paraId="674652D4"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0FE46BF6"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490E87E5"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4D8039A0" w14:textId="77777777" w:rsidR="00432015" w:rsidRDefault="006D5C48">
            <w:pPr>
              <w:spacing w:after="20"/>
            </w:pPr>
            <w:r>
              <w:rPr>
                <w:color w:val="666666"/>
                <w:sz w:val="14"/>
              </w:rPr>
              <w:t>[Source]</w:t>
            </w:r>
          </w:p>
        </w:tc>
        <w:tc>
          <w:tcPr>
            <w:tcW w:w="1762" w:type="dxa"/>
            <w:tcMar>
              <w:top w:w="65" w:type="dxa"/>
              <w:left w:w="75" w:type="dxa"/>
              <w:bottom w:w="65" w:type="dxa"/>
              <w:right w:w="75" w:type="dxa"/>
            </w:tcMar>
            <w:vAlign w:val="center"/>
          </w:tcPr>
          <w:p w14:paraId="4B2F9C5F" w14:textId="77777777" w:rsidR="00432015" w:rsidRDefault="006D5C48">
            <w:pPr>
              <w:spacing w:after="20"/>
            </w:pPr>
            <w:r>
              <w:rPr>
                <w:color w:val="666666"/>
                <w:sz w:val="14"/>
              </w:rPr>
              <w:t>[H/M/L]</w:t>
            </w:r>
          </w:p>
        </w:tc>
      </w:tr>
      <w:tr w:rsidR="00432015" w14:paraId="7F5BCD66" w14:textId="77777777">
        <w:trPr>
          <w:jc w:val="center"/>
        </w:trPr>
        <w:tc>
          <w:tcPr>
            <w:tcW w:w="1762" w:type="dxa"/>
            <w:shd w:val="clear" w:color="auto" w:fill="F3F7F9"/>
            <w:tcMar>
              <w:top w:w="65" w:type="dxa"/>
              <w:left w:w="75" w:type="dxa"/>
              <w:bottom w:w="65" w:type="dxa"/>
              <w:right w:w="75" w:type="dxa"/>
            </w:tcMar>
            <w:vAlign w:val="center"/>
          </w:tcPr>
          <w:p w14:paraId="0ACB937E" w14:textId="77777777" w:rsidR="00432015" w:rsidRDefault="006D5C48">
            <w:pPr>
              <w:spacing w:after="20"/>
            </w:pPr>
            <w:r>
              <w:rPr>
                <w:b/>
                <w:color w:val="17365D"/>
                <w:sz w:val="14"/>
              </w:rPr>
              <w:t>Software / licenses</w:t>
            </w:r>
          </w:p>
        </w:tc>
        <w:tc>
          <w:tcPr>
            <w:tcW w:w="1762" w:type="dxa"/>
            <w:tcMar>
              <w:top w:w="65" w:type="dxa"/>
              <w:left w:w="75" w:type="dxa"/>
              <w:bottom w:w="65" w:type="dxa"/>
              <w:right w:w="75" w:type="dxa"/>
            </w:tcMar>
            <w:vAlign w:val="center"/>
          </w:tcPr>
          <w:p w14:paraId="3EE604F1"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195865EC"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6F4AD670"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2511805F" w14:textId="77777777" w:rsidR="00432015" w:rsidRDefault="006D5C48">
            <w:pPr>
              <w:spacing w:after="20"/>
            </w:pPr>
            <w:r>
              <w:rPr>
                <w:color w:val="666666"/>
                <w:sz w:val="14"/>
              </w:rPr>
              <w:t>[Source]</w:t>
            </w:r>
          </w:p>
        </w:tc>
        <w:tc>
          <w:tcPr>
            <w:tcW w:w="1762" w:type="dxa"/>
            <w:tcMar>
              <w:top w:w="65" w:type="dxa"/>
              <w:left w:w="75" w:type="dxa"/>
              <w:bottom w:w="65" w:type="dxa"/>
              <w:right w:w="75" w:type="dxa"/>
            </w:tcMar>
            <w:vAlign w:val="center"/>
          </w:tcPr>
          <w:p w14:paraId="2B7695C1" w14:textId="77777777" w:rsidR="00432015" w:rsidRDefault="006D5C48">
            <w:pPr>
              <w:spacing w:after="20"/>
            </w:pPr>
            <w:r>
              <w:rPr>
                <w:color w:val="666666"/>
                <w:sz w:val="14"/>
              </w:rPr>
              <w:t>[H/M/L]</w:t>
            </w:r>
          </w:p>
        </w:tc>
      </w:tr>
      <w:tr w:rsidR="00432015" w14:paraId="09E52EEC" w14:textId="77777777">
        <w:trPr>
          <w:jc w:val="center"/>
        </w:trPr>
        <w:tc>
          <w:tcPr>
            <w:tcW w:w="1762" w:type="dxa"/>
            <w:shd w:val="clear" w:color="auto" w:fill="F3F7F9"/>
            <w:tcMar>
              <w:top w:w="65" w:type="dxa"/>
              <w:left w:w="75" w:type="dxa"/>
              <w:bottom w:w="65" w:type="dxa"/>
              <w:right w:w="75" w:type="dxa"/>
            </w:tcMar>
            <w:vAlign w:val="center"/>
          </w:tcPr>
          <w:p w14:paraId="7FE3BC69" w14:textId="77777777" w:rsidR="00432015" w:rsidRDefault="006D5C48">
            <w:pPr>
              <w:spacing w:after="20"/>
            </w:pPr>
            <w:r>
              <w:rPr>
                <w:b/>
                <w:color w:val="17365D"/>
                <w:sz w:val="14"/>
              </w:rPr>
              <w:t>Cybersecurity</w:t>
            </w:r>
          </w:p>
        </w:tc>
        <w:tc>
          <w:tcPr>
            <w:tcW w:w="1762" w:type="dxa"/>
            <w:tcMar>
              <w:top w:w="65" w:type="dxa"/>
              <w:left w:w="75" w:type="dxa"/>
              <w:bottom w:w="65" w:type="dxa"/>
              <w:right w:w="75" w:type="dxa"/>
            </w:tcMar>
            <w:vAlign w:val="center"/>
          </w:tcPr>
          <w:p w14:paraId="5EBFF9CF"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05DF692C"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66D270D5"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323F8FE5" w14:textId="77777777" w:rsidR="00432015" w:rsidRDefault="006D5C48">
            <w:pPr>
              <w:spacing w:after="20"/>
            </w:pPr>
            <w:r>
              <w:rPr>
                <w:color w:val="666666"/>
                <w:sz w:val="14"/>
              </w:rPr>
              <w:t>[Source]</w:t>
            </w:r>
          </w:p>
        </w:tc>
        <w:tc>
          <w:tcPr>
            <w:tcW w:w="1762" w:type="dxa"/>
            <w:tcMar>
              <w:top w:w="65" w:type="dxa"/>
              <w:left w:w="75" w:type="dxa"/>
              <w:bottom w:w="65" w:type="dxa"/>
              <w:right w:w="75" w:type="dxa"/>
            </w:tcMar>
            <w:vAlign w:val="center"/>
          </w:tcPr>
          <w:p w14:paraId="4B8008FA" w14:textId="77777777" w:rsidR="00432015" w:rsidRDefault="006D5C48">
            <w:pPr>
              <w:spacing w:after="20"/>
            </w:pPr>
            <w:r>
              <w:rPr>
                <w:color w:val="666666"/>
                <w:sz w:val="14"/>
              </w:rPr>
              <w:t>[H/M/L]</w:t>
            </w:r>
          </w:p>
        </w:tc>
      </w:tr>
      <w:tr w:rsidR="00432015" w14:paraId="2DC42A44" w14:textId="77777777">
        <w:trPr>
          <w:jc w:val="center"/>
        </w:trPr>
        <w:tc>
          <w:tcPr>
            <w:tcW w:w="1762" w:type="dxa"/>
            <w:shd w:val="clear" w:color="auto" w:fill="F3F7F9"/>
            <w:tcMar>
              <w:top w:w="65" w:type="dxa"/>
              <w:left w:w="75" w:type="dxa"/>
              <w:bottom w:w="65" w:type="dxa"/>
              <w:right w:w="75" w:type="dxa"/>
            </w:tcMar>
            <w:vAlign w:val="center"/>
          </w:tcPr>
          <w:p w14:paraId="3845CDE1" w14:textId="77777777" w:rsidR="00432015" w:rsidRDefault="006D5C48">
            <w:pPr>
              <w:spacing w:after="20"/>
            </w:pPr>
            <w:r>
              <w:rPr>
                <w:b/>
                <w:color w:val="17365D"/>
                <w:sz w:val="14"/>
              </w:rPr>
              <w:t>Professional learning</w:t>
            </w:r>
          </w:p>
        </w:tc>
        <w:tc>
          <w:tcPr>
            <w:tcW w:w="1762" w:type="dxa"/>
            <w:tcMar>
              <w:top w:w="65" w:type="dxa"/>
              <w:left w:w="75" w:type="dxa"/>
              <w:bottom w:w="65" w:type="dxa"/>
              <w:right w:w="75" w:type="dxa"/>
            </w:tcMar>
            <w:vAlign w:val="center"/>
          </w:tcPr>
          <w:p w14:paraId="68F808C7"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0E75A48B"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523631B3"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041D8BA1" w14:textId="77777777" w:rsidR="00432015" w:rsidRDefault="006D5C48">
            <w:pPr>
              <w:spacing w:after="20"/>
            </w:pPr>
            <w:r>
              <w:rPr>
                <w:color w:val="666666"/>
                <w:sz w:val="14"/>
              </w:rPr>
              <w:t>[Source]</w:t>
            </w:r>
          </w:p>
        </w:tc>
        <w:tc>
          <w:tcPr>
            <w:tcW w:w="1762" w:type="dxa"/>
            <w:tcMar>
              <w:top w:w="65" w:type="dxa"/>
              <w:left w:w="75" w:type="dxa"/>
              <w:bottom w:w="65" w:type="dxa"/>
              <w:right w:w="75" w:type="dxa"/>
            </w:tcMar>
            <w:vAlign w:val="center"/>
          </w:tcPr>
          <w:p w14:paraId="7C824CAB" w14:textId="77777777" w:rsidR="00432015" w:rsidRDefault="006D5C48">
            <w:pPr>
              <w:spacing w:after="20"/>
            </w:pPr>
            <w:r>
              <w:rPr>
                <w:color w:val="666666"/>
                <w:sz w:val="14"/>
              </w:rPr>
              <w:t>[H/M/L]</w:t>
            </w:r>
          </w:p>
        </w:tc>
      </w:tr>
      <w:tr w:rsidR="00432015" w14:paraId="6DDAC341" w14:textId="77777777">
        <w:trPr>
          <w:jc w:val="center"/>
        </w:trPr>
        <w:tc>
          <w:tcPr>
            <w:tcW w:w="1762" w:type="dxa"/>
            <w:shd w:val="clear" w:color="auto" w:fill="F3F7F9"/>
            <w:tcMar>
              <w:top w:w="65" w:type="dxa"/>
              <w:left w:w="75" w:type="dxa"/>
              <w:bottom w:w="65" w:type="dxa"/>
              <w:right w:w="75" w:type="dxa"/>
            </w:tcMar>
            <w:vAlign w:val="center"/>
          </w:tcPr>
          <w:p w14:paraId="59964D24" w14:textId="77777777" w:rsidR="00432015" w:rsidRDefault="006D5C48">
            <w:pPr>
              <w:spacing w:after="20"/>
            </w:pPr>
            <w:r>
              <w:rPr>
                <w:b/>
                <w:color w:val="17365D"/>
                <w:sz w:val="14"/>
              </w:rPr>
              <w:t>Technical support</w:t>
            </w:r>
          </w:p>
        </w:tc>
        <w:tc>
          <w:tcPr>
            <w:tcW w:w="1762" w:type="dxa"/>
            <w:tcMar>
              <w:top w:w="65" w:type="dxa"/>
              <w:left w:w="75" w:type="dxa"/>
              <w:bottom w:w="65" w:type="dxa"/>
              <w:right w:w="75" w:type="dxa"/>
            </w:tcMar>
            <w:vAlign w:val="center"/>
          </w:tcPr>
          <w:p w14:paraId="761A4121"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68419422"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36DCD403"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50BE5400" w14:textId="77777777" w:rsidR="00432015" w:rsidRDefault="006D5C48">
            <w:pPr>
              <w:spacing w:after="20"/>
            </w:pPr>
            <w:r>
              <w:rPr>
                <w:color w:val="666666"/>
                <w:sz w:val="14"/>
              </w:rPr>
              <w:t>[Source]</w:t>
            </w:r>
          </w:p>
        </w:tc>
        <w:tc>
          <w:tcPr>
            <w:tcW w:w="1762" w:type="dxa"/>
            <w:tcMar>
              <w:top w:w="65" w:type="dxa"/>
              <w:left w:w="75" w:type="dxa"/>
              <w:bottom w:w="65" w:type="dxa"/>
              <w:right w:w="75" w:type="dxa"/>
            </w:tcMar>
            <w:vAlign w:val="center"/>
          </w:tcPr>
          <w:p w14:paraId="30A966D5" w14:textId="77777777" w:rsidR="00432015" w:rsidRDefault="006D5C48">
            <w:pPr>
              <w:spacing w:after="20"/>
            </w:pPr>
            <w:r>
              <w:rPr>
                <w:color w:val="666666"/>
                <w:sz w:val="14"/>
              </w:rPr>
              <w:t>[H/M/L]</w:t>
            </w:r>
          </w:p>
        </w:tc>
      </w:tr>
      <w:tr w:rsidR="00432015" w14:paraId="530E02A7" w14:textId="77777777">
        <w:trPr>
          <w:jc w:val="center"/>
        </w:trPr>
        <w:tc>
          <w:tcPr>
            <w:tcW w:w="1762" w:type="dxa"/>
            <w:shd w:val="clear" w:color="auto" w:fill="F3F7F9"/>
            <w:tcMar>
              <w:top w:w="65" w:type="dxa"/>
              <w:left w:w="75" w:type="dxa"/>
              <w:bottom w:w="65" w:type="dxa"/>
              <w:right w:w="75" w:type="dxa"/>
            </w:tcMar>
            <w:vAlign w:val="center"/>
          </w:tcPr>
          <w:p w14:paraId="7C81988F" w14:textId="77777777" w:rsidR="00432015" w:rsidRDefault="006D5C48">
            <w:pPr>
              <w:spacing w:after="20"/>
            </w:pPr>
            <w:r>
              <w:rPr>
                <w:b/>
                <w:color w:val="17365D"/>
                <w:sz w:val="14"/>
              </w:rPr>
              <w:t>Innovation / pilots</w:t>
            </w:r>
          </w:p>
        </w:tc>
        <w:tc>
          <w:tcPr>
            <w:tcW w:w="1762" w:type="dxa"/>
            <w:tcMar>
              <w:top w:w="65" w:type="dxa"/>
              <w:left w:w="75" w:type="dxa"/>
              <w:bottom w:w="65" w:type="dxa"/>
              <w:right w:w="75" w:type="dxa"/>
            </w:tcMar>
            <w:vAlign w:val="center"/>
          </w:tcPr>
          <w:p w14:paraId="12C6A136"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69234073"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086C5F96"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409BAEDF" w14:textId="77777777" w:rsidR="00432015" w:rsidRDefault="006D5C48">
            <w:pPr>
              <w:spacing w:after="20"/>
            </w:pPr>
            <w:r>
              <w:rPr>
                <w:color w:val="666666"/>
                <w:sz w:val="14"/>
              </w:rPr>
              <w:t>[Source]</w:t>
            </w:r>
          </w:p>
        </w:tc>
        <w:tc>
          <w:tcPr>
            <w:tcW w:w="1762" w:type="dxa"/>
            <w:tcMar>
              <w:top w:w="65" w:type="dxa"/>
              <w:left w:w="75" w:type="dxa"/>
              <w:bottom w:w="65" w:type="dxa"/>
              <w:right w:w="75" w:type="dxa"/>
            </w:tcMar>
            <w:vAlign w:val="center"/>
          </w:tcPr>
          <w:p w14:paraId="2F906F63" w14:textId="77777777" w:rsidR="00432015" w:rsidRDefault="006D5C48">
            <w:pPr>
              <w:spacing w:after="20"/>
            </w:pPr>
            <w:r>
              <w:rPr>
                <w:color w:val="666666"/>
                <w:sz w:val="14"/>
              </w:rPr>
              <w:t>[H/M/L]</w:t>
            </w:r>
          </w:p>
        </w:tc>
      </w:tr>
      <w:tr w:rsidR="00432015" w14:paraId="4BD4A075" w14:textId="77777777">
        <w:trPr>
          <w:jc w:val="center"/>
        </w:trPr>
        <w:tc>
          <w:tcPr>
            <w:tcW w:w="1762" w:type="dxa"/>
            <w:shd w:val="clear" w:color="auto" w:fill="F3F7F9"/>
            <w:tcMar>
              <w:top w:w="65" w:type="dxa"/>
              <w:left w:w="75" w:type="dxa"/>
              <w:bottom w:w="65" w:type="dxa"/>
              <w:right w:w="75" w:type="dxa"/>
            </w:tcMar>
            <w:vAlign w:val="center"/>
          </w:tcPr>
          <w:p w14:paraId="5B88AAC4" w14:textId="77777777" w:rsidR="00432015" w:rsidRDefault="006D5C48">
            <w:pPr>
              <w:spacing w:after="20"/>
            </w:pPr>
            <w:r>
              <w:rPr>
                <w:b/>
                <w:color w:val="17365D"/>
                <w:sz w:val="14"/>
              </w:rPr>
              <w:t>Contingency / reserve</w:t>
            </w:r>
          </w:p>
        </w:tc>
        <w:tc>
          <w:tcPr>
            <w:tcW w:w="1762" w:type="dxa"/>
            <w:tcMar>
              <w:top w:w="65" w:type="dxa"/>
              <w:left w:w="75" w:type="dxa"/>
              <w:bottom w:w="65" w:type="dxa"/>
              <w:right w:w="75" w:type="dxa"/>
            </w:tcMar>
            <w:vAlign w:val="center"/>
          </w:tcPr>
          <w:p w14:paraId="250C02D6"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58D59938"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1563CC24" w14:textId="77777777" w:rsidR="00432015" w:rsidRDefault="006D5C48">
            <w:pPr>
              <w:spacing w:after="20"/>
            </w:pPr>
            <w:r>
              <w:rPr>
                <w:color w:val="666666"/>
                <w:sz w:val="14"/>
              </w:rPr>
              <w:t>[$]</w:t>
            </w:r>
          </w:p>
        </w:tc>
        <w:tc>
          <w:tcPr>
            <w:tcW w:w="1762" w:type="dxa"/>
            <w:tcMar>
              <w:top w:w="65" w:type="dxa"/>
              <w:left w:w="75" w:type="dxa"/>
              <w:bottom w:w="65" w:type="dxa"/>
              <w:right w:w="75" w:type="dxa"/>
            </w:tcMar>
            <w:vAlign w:val="center"/>
          </w:tcPr>
          <w:p w14:paraId="309B4FE7" w14:textId="77777777" w:rsidR="00432015" w:rsidRDefault="006D5C48">
            <w:pPr>
              <w:spacing w:after="20"/>
            </w:pPr>
            <w:r>
              <w:rPr>
                <w:color w:val="666666"/>
                <w:sz w:val="14"/>
              </w:rPr>
              <w:t>[Source]</w:t>
            </w:r>
          </w:p>
        </w:tc>
        <w:tc>
          <w:tcPr>
            <w:tcW w:w="1762" w:type="dxa"/>
            <w:tcMar>
              <w:top w:w="65" w:type="dxa"/>
              <w:left w:w="75" w:type="dxa"/>
              <w:bottom w:w="65" w:type="dxa"/>
              <w:right w:w="75" w:type="dxa"/>
            </w:tcMar>
            <w:vAlign w:val="center"/>
          </w:tcPr>
          <w:p w14:paraId="51552E0E" w14:textId="77777777" w:rsidR="00432015" w:rsidRDefault="006D5C48">
            <w:pPr>
              <w:spacing w:after="20"/>
            </w:pPr>
            <w:r>
              <w:rPr>
                <w:color w:val="666666"/>
                <w:sz w:val="14"/>
              </w:rPr>
              <w:t>[H/M/L]</w:t>
            </w:r>
          </w:p>
        </w:tc>
      </w:tr>
    </w:tbl>
    <w:p w14:paraId="371C8C62" w14:textId="77777777" w:rsidR="00432015" w:rsidRDefault="006D5C48" w:rsidP="0057409F">
      <w:pPr>
        <w:pStyle w:val="Heading1"/>
      </w:pPr>
      <w:r>
        <w:t>10.  Three-Year Strategic &amp; Operational Action Plan</w:t>
      </w:r>
    </w:p>
    <w:p w14:paraId="5D426A4F" w14:textId="12FC132A" w:rsidR="00432015" w:rsidRDefault="006D5C48">
      <w:pPr>
        <w:spacing w:after="100"/>
      </w:pPr>
      <w:r w:rsidRPr="5C4C0B26">
        <w:rPr>
          <w:i/>
          <w:iCs/>
          <w:color w:val="666666"/>
        </w:rPr>
        <w:t>Limit major priorities so the plan remains actionable. Infrastructure projects may have technical workstreams underneath each priority.</w:t>
      </w:r>
      <w:r w:rsidR="43610C65" w:rsidRPr="5C4C0B26">
        <w:rPr>
          <w:i/>
          <w:iCs/>
          <w:color w:val="666666"/>
        </w:rPr>
        <w:t xml:space="preserve"> Make additional copies of this table for each major priority.</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509"/>
        <w:gridCol w:w="1508"/>
        <w:gridCol w:w="1508"/>
        <w:gridCol w:w="1508"/>
        <w:gridCol w:w="1509"/>
        <w:gridCol w:w="1508"/>
        <w:gridCol w:w="1508"/>
      </w:tblGrid>
      <w:tr w:rsidR="00432015" w14:paraId="43E6F897" w14:textId="77777777">
        <w:trPr>
          <w:jc w:val="center"/>
        </w:trPr>
        <w:tc>
          <w:tcPr>
            <w:tcW w:w="1510" w:type="dxa"/>
            <w:shd w:val="clear" w:color="auto" w:fill="17365D"/>
            <w:tcMar>
              <w:top w:w="65" w:type="dxa"/>
              <w:left w:w="75" w:type="dxa"/>
              <w:bottom w:w="65" w:type="dxa"/>
              <w:right w:w="75" w:type="dxa"/>
            </w:tcMar>
            <w:vAlign w:val="center"/>
          </w:tcPr>
          <w:p w14:paraId="57F54951" w14:textId="77777777" w:rsidR="00432015" w:rsidRDefault="006D5C48">
            <w:pPr>
              <w:spacing w:after="20"/>
            </w:pPr>
            <w:r>
              <w:rPr>
                <w:b/>
                <w:color w:val="FFFFFF"/>
                <w:sz w:val="15"/>
              </w:rPr>
              <w:t>Year</w:t>
            </w:r>
          </w:p>
        </w:tc>
        <w:tc>
          <w:tcPr>
            <w:tcW w:w="1510" w:type="dxa"/>
            <w:shd w:val="clear" w:color="auto" w:fill="17365D"/>
            <w:tcMar>
              <w:top w:w="65" w:type="dxa"/>
              <w:left w:w="75" w:type="dxa"/>
              <w:bottom w:w="65" w:type="dxa"/>
              <w:right w:w="75" w:type="dxa"/>
            </w:tcMar>
            <w:vAlign w:val="center"/>
          </w:tcPr>
          <w:p w14:paraId="780A827D" w14:textId="77777777" w:rsidR="00432015" w:rsidRDefault="006D5C48">
            <w:pPr>
              <w:spacing w:after="20"/>
            </w:pPr>
            <w:r>
              <w:rPr>
                <w:b/>
                <w:color w:val="FFFFFF"/>
                <w:sz w:val="15"/>
              </w:rPr>
              <w:t>Priority</w:t>
            </w:r>
          </w:p>
        </w:tc>
        <w:tc>
          <w:tcPr>
            <w:tcW w:w="1510" w:type="dxa"/>
            <w:shd w:val="clear" w:color="auto" w:fill="17365D"/>
            <w:tcMar>
              <w:top w:w="65" w:type="dxa"/>
              <w:left w:w="75" w:type="dxa"/>
              <w:bottom w:w="65" w:type="dxa"/>
              <w:right w:w="75" w:type="dxa"/>
            </w:tcMar>
            <w:vAlign w:val="center"/>
          </w:tcPr>
          <w:p w14:paraId="463CDBFD" w14:textId="77777777" w:rsidR="00432015" w:rsidRDefault="006D5C48">
            <w:pPr>
              <w:spacing w:after="20"/>
            </w:pPr>
            <w:r>
              <w:rPr>
                <w:b/>
                <w:color w:val="FFFFFF"/>
                <w:sz w:val="15"/>
              </w:rPr>
              <w:t>Why now</w:t>
            </w:r>
          </w:p>
        </w:tc>
        <w:tc>
          <w:tcPr>
            <w:tcW w:w="1510" w:type="dxa"/>
            <w:shd w:val="clear" w:color="auto" w:fill="17365D"/>
            <w:tcMar>
              <w:top w:w="65" w:type="dxa"/>
              <w:left w:w="75" w:type="dxa"/>
              <w:bottom w:w="65" w:type="dxa"/>
              <w:right w:w="75" w:type="dxa"/>
            </w:tcMar>
            <w:vAlign w:val="center"/>
          </w:tcPr>
          <w:p w14:paraId="27D04603" w14:textId="77777777" w:rsidR="00432015" w:rsidRDefault="006D5C48">
            <w:pPr>
              <w:spacing w:after="20"/>
            </w:pPr>
            <w:r>
              <w:rPr>
                <w:b/>
                <w:color w:val="FFFFFF"/>
                <w:sz w:val="15"/>
              </w:rPr>
              <w:t>Owner</w:t>
            </w:r>
          </w:p>
        </w:tc>
        <w:tc>
          <w:tcPr>
            <w:tcW w:w="1510" w:type="dxa"/>
            <w:shd w:val="clear" w:color="auto" w:fill="17365D"/>
            <w:tcMar>
              <w:top w:w="65" w:type="dxa"/>
              <w:left w:w="75" w:type="dxa"/>
              <w:bottom w:w="65" w:type="dxa"/>
              <w:right w:w="75" w:type="dxa"/>
            </w:tcMar>
            <w:vAlign w:val="center"/>
          </w:tcPr>
          <w:p w14:paraId="7C1AB767" w14:textId="77777777" w:rsidR="00432015" w:rsidRDefault="006D5C48">
            <w:pPr>
              <w:spacing w:after="20"/>
            </w:pPr>
            <w:r>
              <w:rPr>
                <w:b/>
                <w:color w:val="FFFFFF"/>
                <w:sz w:val="15"/>
              </w:rPr>
              <w:t>Dependencies</w:t>
            </w:r>
          </w:p>
        </w:tc>
        <w:tc>
          <w:tcPr>
            <w:tcW w:w="1510" w:type="dxa"/>
            <w:shd w:val="clear" w:color="auto" w:fill="17365D"/>
            <w:tcMar>
              <w:top w:w="65" w:type="dxa"/>
              <w:left w:w="75" w:type="dxa"/>
              <w:bottom w:w="65" w:type="dxa"/>
              <w:right w:w="75" w:type="dxa"/>
            </w:tcMar>
            <w:vAlign w:val="center"/>
          </w:tcPr>
          <w:p w14:paraId="27FAF437" w14:textId="77777777" w:rsidR="00432015" w:rsidRDefault="006D5C48">
            <w:pPr>
              <w:spacing w:after="20"/>
            </w:pPr>
            <w:r>
              <w:rPr>
                <w:b/>
                <w:color w:val="FFFFFF"/>
                <w:sz w:val="15"/>
              </w:rPr>
              <w:t>Budget</w:t>
            </w:r>
          </w:p>
        </w:tc>
        <w:tc>
          <w:tcPr>
            <w:tcW w:w="1510" w:type="dxa"/>
            <w:shd w:val="clear" w:color="auto" w:fill="17365D"/>
            <w:tcMar>
              <w:top w:w="65" w:type="dxa"/>
              <w:left w:w="75" w:type="dxa"/>
              <w:bottom w:w="65" w:type="dxa"/>
              <w:right w:w="75" w:type="dxa"/>
            </w:tcMar>
            <w:vAlign w:val="center"/>
          </w:tcPr>
          <w:p w14:paraId="617796F4" w14:textId="77777777" w:rsidR="00432015" w:rsidRDefault="006D5C48">
            <w:pPr>
              <w:spacing w:after="20"/>
            </w:pPr>
            <w:r>
              <w:rPr>
                <w:b/>
                <w:color w:val="FFFFFF"/>
                <w:sz w:val="15"/>
              </w:rPr>
              <w:t>Success measure</w:t>
            </w:r>
          </w:p>
        </w:tc>
      </w:tr>
      <w:tr w:rsidR="00432015" w14:paraId="2432C051" w14:textId="77777777">
        <w:trPr>
          <w:jc w:val="center"/>
        </w:trPr>
        <w:tc>
          <w:tcPr>
            <w:tcW w:w="1510" w:type="dxa"/>
            <w:shd w:val="clear" w:color="auto" w:fill="F3F7F9"/>
            <w:tcMar>
              <w:top w:w="65" w:type="dxa"/>
              <w:left w:w="75" w:type="dxa"/>
              <w:bottom w:w="65" w:type="dxa"/>
              <w:right w:w="75" w:type="dxa"/>
            </w:tcMar>
            <w:vAlign w:val="center"/>
          </w:tcPr>
          <w:p w14:paraId="0EDB8C8E" w14:textId="77777777" w:rsidR="00432015" w:rsidRDefault="006D5C48">
            <w:pPr>
              <w:spacing w:after="20"/>
            </w:pPr>
            <w:r>
              <w:rPr>
                <w:b/>
                <w:color w:val="17365D"/>
                <w:sz w:val="14"/>
              </w:rPr>
              <w:t>Year 1 – Foundation</w:t>
            </w:r>
          </w:p>
        </w:tc>
        <w:tc>
          <w:tcPr>
            <w:tcW w:w="1510" w:type="dxa"/>
            <w:tcMar>
              <w:top w:w="65" w:type="dxa"/>
              <w:left w:w="75" w:type="dxa"/>
              <w:bottom w:w="65" w:type="dxa"/>
              <w:right w:w="75" w:type="dxa"/>
            </w:tcMar>
            <w:vAlign w:val="center"/>
          </w:tcPr>
          <w:p w14:paraId="17ABD2F2" w14:textId="77777777" w:rsidR="00432015" w:rsidRDefault="006D5C48">
            <w:pPr>
              <w:spacing w:after="20"/>
            </w:pPr>
            <w:r>
              <w:rPr>
                <w:color w:val="666666"/>
                <w:sz w:val="14"/>
              </w:rPr>
              <w:t>[Priority]</w:t>
            </w:r>
          </w:p>
        </w:tc>
        <w:tc>
          <w:tcPr>
            <w:tcW w:w="1510" w:type="dxa"/>
            <w:tcMar>
              <w:top w:w="65" w:type="dxa"/>
              <w:left w:w="75" w:type="dxa"/>
              <w:bottom w:w="65" w:type="dxa"/>
              <w:right w:w="75" w:type="dxa"/>
            </w:tcMar>
            <w:vAlign w:val="center"/>
          </w:tcPr>
          <w:p w14:paraId="35C83999" w14:textId="77777777" w:rsidR="00432015" w:rsidRDefault="006D5C48">
            <w:pPr>
              <w:spacing w:after="20"/>
            </w:pPr>
            <w:r>
              <w:rPr>
                <w:color w:val="666666"/>
                <w:sz w:val="14"/>
              </w:rPr>
              <w:t>[Why]</w:t>
            </w:r>
          </w:p>
        </w:tc>
        <w:tc>
          <w:tcPr>
            <w:tcW w:w="1510" w:type="dxa"/>
            <w:tcMar>
              <w:top w:w="65" w:type="dxa"/>
              <w:left w:w="75" w:type="dxa"/>
              <w:bottom w:w="65" w:type="dxa"/>
              <w:right w:w="75" w:type="dxa"/>
            </w:tcMar>
            <w:vAlign w:val="center"/>
          </w:tcPr>
          <w:p w14:paraId="5D567873" w14:textId="77777777" w:rsidR="00432015" w:rsidRDefault="006D5C48">
            <w:pPr>
              <w:spacing w:after="20"/>
            </w:pPr>
            <w:r>
              <w:rPr>
                <w:color w:val="666666"/>
                <w:sz w:val="14"/>
              </w:rPr>
              <w:t>[Owner]</w:t>
            </w:r>
          </w:p>
        </w:tc>
        <w:tc>
          <w:tcPr>
            <w:tcW w:w="1510" w:type="dxa"/>
            <w:tcMar>
              <w:top w:w="65" w:type="dxa"/>
              <w:left w:w="75" w:type="dxa"/>
              <w:bottom w:w="65" w:type="dxa"/>
              <w:right w:w="75" w:type="dxa"/>
            </w:tcMar>
            <w:vAlign w:val="center"/>
          </w:tcPr>
          <w:p w14:paraId="5957B3C2" w14:textId="77777777" w:rsidR="00432015" w:rsidRDefault="006D5C48">
            <w:pPr>
              <w:spacing w:after="20"/>
            </w:pPr>
            <w:r>
              <w:rPr>
                <w:color w:val="666666"/>
                <w:sz w:val="14"/>
              </w:rPr>
              <w:t>[Dependencies]</w:t>
            </w:r>
          </w:p>
        </w:tc>
        <w:tc>
          <w:tcPr>
            <w:tcW w:w="1510" w:type="dxa"/>
            <w:tcMar>
              <w:top w:w="65" w:type="dxa"/>
              <w:left w:w="75" w:type="dxa"/>
              <w:bottom w:w="65" w:type="dxa"/>
              <w:right w:w="75" w:type="dxa"/>
            </w:tcMar>
            <w:vAlign w:val="center"/>
          </w:tcPr>
          <w:p w14:paraId="14980D78" w14:textId="77777777" w:rsidR="00432015" w:rsidRDefault="006D5C48">
            <w:pPr>
              <w:spacing w:after="20"/>
            </w:pPr>
            <w:r>
              <w:rPr>
                <w:color w:val="666666"/>
                <w:sz w:val="14"/>
              </w:rPr>
              <w:t>[$]</w:t>
            </w:r>
          </w:p>
        </w:tc>
        <w:tc>
          <w:tcPr>
            <w:tcW w:w="1510" w:type="dxa"/>
            <w:tcMar>
              <w:top w:w="65" w:type="dxa"/>
              <w:left w:w="75" w:type="dxa"/>
              <w:bottom w:w="65" w:type="dxa"/>
              <w:right w:w="75" w:type="dxa"/>
            </w:tcMar>
            <w:vAlign w:val="center"/>
          </w:tcPr>
          <w:p w14:paraId="28496EF7" w14:textId="77777777" w:rsidR="00432015" w:rsidRDefault="006D5C48">
            <w:pPr>
              <w:spacing w:after="20"/>
            </w:pPr>
            <w:r>
              <w:rPr>
                <w:color w:val="666666"/>
                <w:sz w:val="14"/>
              </w:rPr>
              <w:t>[Metric]</w:t>
            </w:r>
          </w:p>
        </w:tc>
      </w:tr>
      <w:tr w:rsidR="00432015" w14:paraId="5B045134" w14:textId="77777777">
        <w:trPr>
          <w:jc w:val="center"/>
        </w:trPr>
        <w:tc>
          <w:tcPr>
            <w:tcW w:w="1510" w:type="dxa"/>
            <w:shd w:val="clear" w:color="auto" w:fill="F3F7F9"/>
            <w:tcMar>
              <w:top w:w="65" w:type="dxa"/>
              <w:left w:w="75" w:type="dxa"/>
              <w:bottom w:w="65" w:type="dxa"/>
              <w:right w:w="75" w:type="dxa"/>
            </w:tcMar>
            <w:vAlign w:val="center"/>
          </w:tcPr>
          <w:p w14:paraId="4A089AF3" w14:textId="77777777" w:rsidR="00432015" w:rsidRDefault="006D5C48">
            <w:pPr>
              <w:spacing w:after="20"/>
            </w:pPr>
            <w:r>
              <w:rPr>
                <w:b/>
                <w:color w:val="17365D"/>
                <w:sz w:val="14"/>
              </w:rPr>
              <w:t>Year 2 – Optimization</w:t>
            </w:r>
          </w:p>
        </w:tc>
        <w:tc>
          <w:tcPr>
            <w:tcW w:w="1510" w:type="dxa"/>
            <w:tcMar>
              <w:top w:w="65" w:type="dxa"/>
              <w:left w:w="75" w:type="dxa"/>
              <w:bottom w:w="65" w:type="dxa"/>
              <w:right w:w="75" w:type="dxa"/>
            </w:tcMar>
            <w:vAlign w:val="center"/>
          </w:tcPr>
          <w:p w14:paraId="472D269B" w14:textId="77777777" w:rsidR="00432015" w:rsidRDefault="006D5C48">
            <w:pPr>
              <w:spacing w:after="20"/>
            </w:pPr>
            <w:r>
              <w:rPr>
                <w:color w:val="666666"/>
                <w:sz w:val="14"/>
              </w:rPr>
              <w:t>[Priority]</w:t>
            </w:r>
          </w:p>
        </w:tc>
        <w:tc>
          <w:tcPr>
            <w:tcW w:w="1510" w:type="dxa"/>
            <w:tcMar>
              <w:top w:w="65" w:type="dxa"/>
              <w:left w:w="75" w:type="dxa"/>
              <w:bottom w:w="65" w:type="dxa"/>
              <w:right w:w="75" w:type="dxa"/>
            </w:tcMar>
            <w:vAlign w:val="center"/>
          </w:tcPr>
          <w:p w14:paraId="2A2EE958" w14:textId="77777777" w:rsidR="00432015" w:rsidRDefault="006D5C48">
            <w:pPr>
              <w:spacing w:after="20"/>
            </w:pPr>
            <w:r>
              <w:rPr>
                <w:color w:val="666666"/>
                <w:sz w:val="14"/>
              </w:rPr>
              <w:t>[Why]</w:t>
            </w:r>
          </w:p>
        </w:tc>
        <w:tc>
          <w:tcPr>
            <w:tcW w:w="1510" w:type="dxa"/>
            <w:tcMar>
              <w:top w:w="65" w:type="dxa"/>
              <w:left w:w="75" w:type="dxa"/>
              <w:bottom w:w="65" w:type="dxa"/>
              <w:right w:w="75" w:type="dxa"/>
            </w:tcMar>
            <w:vAlign w:val="center"/>
          </w:tcPr>
          <w:p w14:paraId="64BA910F" w14:textId="77777777" w:rsidR="00432015" w:rsidRDefault="006D5C48">
            <w:pPr>
              <w:spacing w:after="20"/>
            </w:pPr>
            <w:r>
              <w:rPr>
                <w:color w:val="666666"/>
                <w:sz w:val="14"/>
              </w:rPr>
              <w:t>[Owner]</w:t>
            </w:r>
          </w:p>
        </w:tc>
        <w:tc>
          <w:tcPr>
            <w:tcW w:w="1510" w:type="dxa"/>
            <w:tcMar>
              <w:top w:w="65" w:type="dxa"/>
              <w:left w:w="75" w:type="dxa"/>
              <w:bottom w:w="65" w:type="dxa"/>
              <w:right w:w="75" w:type="dxa"/>
            </w:tcMar>
            <w:vAlign w:val="center"/>
          </w:tcPr>
          <w:p w14:paraId="645BE036" w14:textId="77777777" w:rsidR="00432015" w:rsidRDefault="006D5C48">
            <w:pPr>
              <w:spacing w:after="20"/>
            </w:pPr>
            <w:r>
              <w:rPr>
                <w:color w:val="666666"/>
                <w:sz w:val="14"/>
              </w:rPr>
              <w:t>[Dependencies]</w:t>
            </w:r>
          </w:p>
        </w:tc>
        <w:tc>
          <w:tcPr>
            <w:tcW w:w="1510" w:type="dxa"/>
            <w:tcMar>
              <w:top w:w="65" w:type="dxa"/>
              <w:left w:w="75" w:type="dxa"/>
              <w:bottom w:w="65" w:type="dxa"/>
              <w:right w:w="75" w:type="dxa"/>
            </w:tcMar>
            <w:vAlign w:val="center"/>
          </w:tcPr>
          <w:p w14:paraId="33B569CF" w14:textId="77777777" w:rsidR="00432015" w:rsidRDefault="006D5C48">
            <w:pPr>
              <w:spacing w:after="20"/>
            </w:pPr>
            <w:r>
              <w:rPr>
                <w:color w:val="666666"/>
                <w:sz w:val="14"/>
              </w:rPr>
              <w:t>[$]</w:t>
            </w:r>
          </w:p>
        </w:tc>
        <w:tc>
          <w:tcPr>
            <w:tcW w:w="1510" w:type="dxa"/>
            <w:tcMar>
              <w:top w:w="65" w:type="dxa"/>
              <w:left w:w="75" w:type="dxa"/>
              <w:bottom w:w="65" w:type="dxa"/>
              <w:right w:w="75" w:type="dxa"/>
            </w:tcMar>
            <w:vAlign w:val="center"/>
          </w:tcPr>
          <w:p w14:paraId="51A8FD25" w14:textId="77777777" w:rsidR="00432015" w:rsidRDefault="006D5C48">
            <w:pPr>
              <w:spacing w:after="20"/>
            </w:pPr>
            <w:r>
              <w:rPr>
                <w:color w:val="666666"/>
                <w:sz w:val="14"/>
              </w:rPr>
              <w:t>[Metric]</w:t>
            </w:r>
          </w:p>
        </w:tc>
      </w:tr>
      <w:tr w:rsidR="00432015" w14:paraId="72FBC1D1" w14:textId="77777777">
        <w:trPr>
          <w:jc w:val="center"/>
        </w:trPr>
        <w:tc>
          <w:tcPr>
            <w:tcW w:w="1510" w:type="dxa"/>
            <w:shd w:val="clear" w:color="auto" w:fill="F3F7F9"/>
            <w:tcMar>
              <w:top w:w="65" w:type="dxa"/>
              <w:left w:w="75" w:type="dxa"/>
              <w:bottom w:w="65" w:type="dxa"/>
              <w:right w:w="75" w:type="dxa"/>
            </w:tcMar>
            <w:vAlign w:val="center"/>
          </w:tcPr>
          <w:p w14:paraId="4FAC0CC9" w14:textId="77777777" w:rsidR="00432015" w:rsidRDefault="006D5C48">
            <w:pPr>
              <w:spacing w:after="20"/>
            </w:pPr>
            <w:r>
              <w:rPr>
                <w:b/>
                <w:color w:val="17365D"/>
                <w:sz w:val="14"/>
              </w:rPr>
              <w:t>Year 3 – Sustainability</w:t>
            </w:r>
          </w:p>
        </w:tc>
        <w:tc>
          <w:tcPr>
            <w:tcW w:w="1510" w:type="dxa"/>
            <w:tcMar>
              <w:top w:w="65" w:type="dxa"/>
              <w:left w:w="75" w:type="dxa"/>
              <w:bottom w:w="65" w:type="dxa"/>
              <w:right w:w="75" w:type="dxa"/>
            </w:tcMar>
            <w:vAlign w:val="center"/>
          </w:tcPr>
          <w:p w14:paraId="16734D25" w14:textId="77777777" w:rsidR="00432015" w:rsidRDefault="006D5C48">
            <w:pPr>
              <w:spacing w:after="20"/>
            </w:pPr>
            <w:r>
              <w:rPr>
                <w:color w:val="666666"/>
                <w:sz w:val="14"/>
              </w:rPr>
              <w:t>[Priority]</w:t>
            </w:r>
          </w:p>
        </w:tc>
        <w:tc>
          <w:tcPr>
            <w:tcW w:w="1510" w:type="dxa"/>
            <w:tcMar>
              <w:top w:w="65" w:type="dxa"/>
              <w:left w:w="75" w:type="dxa"/>
              <w:bottom w:w="65" w:type="dxa"/>
              <w:right w:w="75" w:type="dxa"/>
            </w:tcMar>
            <w:vAlign w:val="center"/>
          </w:tcPr>
          <w:p w14:paraId="60633AEA" w14:textId="77777777" w:rsidR="00432015" w:rsidRDefault="006D5C48">
            <w:pPr>
              <w:spacing w:after="20"/>
            </w:pPr>
            <w:r>
              <w:rPr>
                <w:color w:val="666666"/>
                <w:sz w:val="14"/>
              </w:rPr>
              <w:t>[Why]</w:t>
            </w:r>
          </w:p>
        </w:tc>
        <w:tc>
          <w:tcPr>
            <w:tcW w:w="1510" w:type="dxa"/>
            <w:tcMar>
              <w:top w:w="65" w:type="dxa"/>
              <w:left w:w="75" w:type="dxa"/>
              <w:bottom w:w="65" w:type="dxa"/>
              <w:right w:w="75" w:type="dxa"/>
            </w:tcMar>
            <w:vAlign w:val="center"/>
          </w:tcPr>
          <w:p w14:paraId="59D7FEDE" w14:textId="77777777" w:rsidR="00432015" w:rsidRDefault="006D5C48">
            <w:pPr>
              <w:spacing w:after="20"/>
            </w:pPr>
            <w:r>
              <w:rPr>
                <w:color w:val="666666"/>
                <w:sz w:val="14"/>
              </w:rPr>
              <w:t>[Owner]</w:t>
            </w:r>
          </w:p>
        </w:tc>
        <w:tc>
          <w:tcPr>
            <w:tcW w:w="1510" w:type="dxa"/>
            <w:tcMar>
              <w:top w:w="65" w:type="dxa"/>
              <w:left w:w="75" w:type="dxa"/>
              <w:bottom w:w="65" w:type="dxa"/>
              <w:right w:w="75" w:type="dxa"/>
            </w:tcMar>
            <w:vAlign w:val="center"/>
          </w:tcPr>
          <w:p w14:paraId="4E597F03" w14:textId="77777777" w:rsidR="00432015" w:rsidRDefault="006D5C48">
            <w:pPr>
              <w:spacing w:after="20"/>
            </w:pPr>
            <w:r>
              <w:rPr>
                <w:color w:val="666666"/>
                <w:sz w:val="14"/>
              </w:rPr>
              <w:t>[Dependencies]</w:t>
            </w:r>
          </w:p>
        </w:tc>
        <w:tc>
          <w:tcPr>
            <w:tcW w:w="1510" w:type="dxa"/>
            <w:tcMar>
              <w:top w:w="65" w:type="dxa"/>
              <w:left w:w="75" w:type="dxa"/>
              <w:bottom w:w="65" w:type="dxa"/>
              <w:right w:w="75" w:type="dxa"/>
            </w:tcMar>
            <w:vAlign w:val="center"/>
          </w:tcPr>
          <w:p w14:paraId="5A6A734D" w14:textId="77777777" w:rsidR="00432015" w:rsidRDefault="006D5C48">
            <w:pPr>
              <w:spacing w:after="20"/>
            </w:pPr>
            <w:r>
              <w:rPr>
                <w:color w:val="666666"/>
                <w:sz w:val="14"/>
              </w:rPr>
              <w:t>[$]</w:t>
            </w:r>
          </w:p>
        </w:tc>
        <w:tc>
          <w:tcPr>
            <w:tcW w:w="1510" w:type="dxa"/>
            <w:tcMar>
              <w:top w:w="65" w:type="dxa"/>
              <w:left w:w="75" w:type="dxa"/>
              <w:bottom w:w="65" w:type="dxa"/>
              <w:right w:w="75" w:type="dxa"/>
            </w:tcMar>
            <w:vAlign w:val="center"/>
          </w:tcPr>
          <w:p w14:paraId="40D62950" w14:textId="77777777" w:rsidR="00432015" w:rsidRDefault="006D5C48">
            <w:pPr>
              <w:spacing w:after="20"/>
            </w:pPr>
            <w:r>
              <w:rPr>
                <w:color w:val="666666"/>
                <w:sz w:val="14"/>
              </w:rPr>
              <w:t>[Metric]</w:t>
            </w:r>
          </w:p>
        </w:tc>
      </w:tr>
    </w:tbl>
    <w:p w14:paraId="3F477460" w14:textId="77777777" w:rsidR="00432015" w:rsidRDefault="00432015"/>
    <w:p w14:paraId="43C6D0DF" w14:textId="644EF70A" w:rsidR="00432015" w:rsidRDefault="00432015" w:rsidP="5C4C0B26">
      <w:pPr>
        <w:spacing w:before="140" w:after="40"/>
        <w:rPr>
          <w:b/>
          <w:bCs/>
          <w:color w:val="17365D" w:themeColor="text2" w:themeShade="BF"/>
          <w:sz w:val="30"/>
          <w:szCs w:val="30"/>
        </w:rPr>
      </w:pPr>
    </w:p>
    <w:p w14:paraId="6FDFE0DC" w14:textId="0010518D" w:rsidR="00432015" w:rsidRDefault="006D5C48">
      <w:pPr>
        <w:spacing w:before="140" w:after="40"/>
      </w:pPr>
      <w:r>
        <w:br w:type="page"/>
      </w:r>
    </w:p>
    <w:p w14:paraId="33484DAF" w14:textId="4878292E" w:rsidR="00432015" w:rsidRDefault="107E83A1" w:rsidP="0057409F">
      <w:pPr>
        <w:pStyle w:val="Heading1"/>
      </w:pPr>
      <w:r w:rsidRPr="5C4C0B26">
        <w:lastRenderedPageBreak/>
        <w:t xml:space="preserve">Appendix A. </w:t>
      </w:r>
      <w:r w:rsidR="006D5C48" w:rsidRPr="5C4C0B26">
        <w:t xml:space="preserve">Annual Review Dashboard.  </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640"/>
        <w:gridCol w:w="2639"/>
        <w:gridCol w:w="2640"/>
        <w:gridCol w:w="2639"/>
      </w:tblGrid>
      <w:tr w:rsidR="00432015" w14:paraId="4A95EA14" w14:textId="77777777" w:rsidTr="5C4C0B26">
        <w:trPr>
          <w:jc w:val="center"/>
        </w:trPr>
        <w:tc>
          <w:tcPr>
            <w:tcW w:w="2642" w:type="dxa"/>
            <w:shd w:val="clear" w:color="auto" w:fill="17365D" w:themeFill="text2" w:themeFillShade="BF"/>
            <w:tcMar>
              <w:top w:w="65" w:type="dxa"/>
              <w:left w:w="75" w:type="dxa"/>
              <w:bottom w:w="65" w:type="dxa"/>
              <w:right w:w="75" w:type="dxa"/>
            </w:tcMar>
            <w:vAlign w:val="center"/>
          </w:tcPr>
          <w:p w14:paraId="77D8FEFF" w14:textId="77777777" w:rsidR="00432015" w:rsidRDefault="006D5C48">
            <w:pPr>
              <w:spacing w:after="20"/>
            </w:pPr>
            <w:r>
              <w:rPr>
                <w:b/>
                <w:color w:val="FFFFFF"/>
                <w:sz w:val="15"/>
              </w:rPr>
              <w:t>Review question</w:t>
            </w:r>
          </w:p>
        </w:tc>
        <w:tc>
          <w:tcPr>
            <w:tcW w:w="2642" w:type="dxa"/>
            <w:shd w:val="clear" w:color="auto" w:fill="17365D" w:themeFill="text2" w:themeFillShade="BF"/>
            <w:tcMar>
              <w:top w:w="65" w:type="dxa"/>
              <w:left w:w="75" w:type="dxa"/>
              <w:bottom w:w="65" w:type="dxa"/>
              <w:right w:w="75" w:type="dxa"/>
            </w:tcMar>
            <w:vAlign w:val="center"/>
          </w:tcPr>
          <w:p w14:paraId="5ABB8754" w14:textId="77777777" w:rsidR="00432015" w:rsidRDefault="006D5C48">
            <w:pPr>
              <w:spacing w:after="20"/>
            </w:pPr>
            <w:r>
              <w:rPr>
                <w:b/>
                <w:color w:val="FFFFFF"/>
                <w:sz w:val="15"/>
              </w:rPr>
              <w:t>Evidence</w:t>
            </w:r>
          </w:p>
        </w:tc>
        <w:tc>
          <w:tcPr>
            <w:tcW w:w="2642" w:type="dxa"/>
            <w:shd w:val="clear" w:color="auto" w:fill="17365D" w:themeFill="text2" w:themeFillShade="BF"/>
            <w:tcMar>
              <w:top w:w="65" w:type="dxa"/>
              <w:left w:w="75" w:type="dxa"/>
              <w:bottom w:w="65" w:type="dxa"/>
              <w:right w:w="75" w:type="dxa"/>
            </w:tcMar>
            <w:vAlign w:val="center"/>
          </w:tcPr>
          <w:p w14:paraId="674383BF" w14:textId="77777777" w:rsidR="00432015" w:rsidRDefault="006D5C48">
            <w:pPr>
              <w:spacing w:after="20"/>
            </w:pPr>
            <w:r>
              <w:rPr>
                <w:b/>
                <w:color w:val="FFFFFF"/>
                <w:sz w:val="15"/>
              </w:rPr>
              <w:t>Status</w:t>
            </w:r>
          </w:p>
        </w:tc>
        <w:tc>
          <w:tcPr>
            <w:tcW w:w="2642" w:type="dxa"/>
            <w:shd w:val="clear" w:color="auto" w:fill="17365D" w:themeFill="text2" w:themeFillShade="BF"/>
            <w:tcMar>
              <w:top w:w="65" w:type="dxa"/>
              <w:left w:w="75" w:type="dxa"/>
              <w:bottom w:w="65" w:type="dxa"/>
              <w:right w:w="75" w:type="dxa"/>
            </w:tcMar>
            <w:vAlign w:val="center"/>
          </w:tcPr>
          <w:p w14:paraId="2422153F" w14:textId="77777777" w:rsidR="00432015" w:rsidRDefault="006D5C48">
            <w:pPr>
              <w:spacing w:after="20"/>
            </w:pPr>
            <w:r>
              <w:rPr>
                <w:b/>
                <w:color w:val="FFFFFF"/>
                <w:sz w:val="15"/>
              </w:rPr>
              <w:t>Action</w:t>
            </w:r>
          </w:p>
        </w:tc>
      </w:tr>
      <w:tr w:rsidR="5C4C0B26" w14:paraId="6348F86F" w14:textId="77777777" w:rsidTr="5C4C0B26">
        <w:trPr>
          <w:trHeight w:val="300"/>
          <w:jc w:val="center"/>
        </w:trPr>
        <w:tc>
          <w:tcPr>
            <w:tcW w:w="2642" w:type="dxa"/>
            <w:shd w:val="clear" w:color="auto" w:fill="F3F7F9"/>
            <w:tcMar>
              <w:top w:w="65" w:type="dxa"/>
              <w:left w:w="75" w:type="dxa"/>
              <w:bottom w:w="65" w:type="dxa"/>
              <w:right w:w="75" w:type="dxa"/>
            </w:tcMar>
            <w:vAlign w:val="center"/>
          </w:tcPr>
          <w:p w14:paraId="2FC785F0" w14:textId="7D07B970" w:rsidR="51D2D1A1" w:rsidRDefault="51D2D1A1" w:rsidP="5C4C0B26">
            <w:r w:rsidRPr="5C4C0B26">
              <w:rPr>
                <w:b/>
                <w:bCs/>
                <w:color w:val="17365D" w:themeColor="text2" w:themeShade="BF"/>
                <w:sz w:val="14"/>
                <w:szCs w:val="14"/>
              </w:rPr>
              <w:t>Are devices being maintained according to your lifecycle plan?</w:t>
            </w:r>
          </w:p>
        </w:tc>
        <w:tc>
          <w:tcPr>
            <w:tcW w:w="2642" w:type="dxa"/>
            <w:tcMar>
              <w:top w:w="65" w:type="dxa"/>
              <w:left w:w="75" w:type="dxa"/>
              <w:bottom w:w="65" w:type="dxa"/>
              <w:right w:w="75" w:type="dxa"/>
            </w:tcMar>
            <w:vAlign w:val="center"/>
          </w:tcPr>
          <w:p w14:paraId="72292282" w14:textId="77777777" w:rsidR="572A0AA7" w:rsidRDefault="572A0AA7" w:rsidP="5C4C0B26">
            <w:pPr>
              <w:spacing w:after="20"/>
            </w:pPr>
            <w:r w:rsidRPr="5C4C0B26">
              <w:rPr>
                <w:color w:val="666666"/>
                <w:sz w:val="14"/>
                <w:szCs w:val="14"/>
              </w:rPr>
              <w:t>[Evidence]</w:t>
            </w:r>
          </w:p>
          <w:p w14:paraId="641CBCEC" w14:textId="199814B8" w:rsidR="5C4C0B26" w:rsidRDefault="5C4C0B26" w:rsidP="5C4C0B26">
            <w:pPr>
              <w:rPr>
                <w:color w:val="666666"/>
                <w:sz w:val="14"/>
                <w:szCs w:val="14"/>
              </w:rPr>
            </w:pPr>
          </w:p>
        </w:tc>
        <w:tc>
          <w:tcPr>
            <w:tcW w:w="2642" w:type="dxa"/>
            <w:tcMar>
              <w:top w:w="65" w:type="dxa"/>
              <w:left w:w="75" w:type="dxa"/>
              <w:bottom w:w="65" w:type="dxa"/>
              <w:right w:w="75" w:type="dxa"/>
            </w:tcMar>
            <w:vAlign w:val="center"/>
          </w:tcPr>
          <w:p w14:paraId="337E2AFC" w14:textId="77777777" w:rsidR="572A0AA7" w:rsidRDefault="572A0AA7" w:rsidP="5C4C0B26">
            <w:pPr>
              <w:spacing w:after="20"/>
            </w:pPr>
            <w:r w:rsidRPr="5C4C0B26">
              <w:rPr>
                <w:color w:val="666666"/>
                <w:sz w:val="14"/>
                <w:szCs w:val="14"/>
              </w:rPr>
              <w:t>[Green/Yellow/Red]</w:t>
            </w:r>
          </w:p>
          <w:p w14:paraId="6C1C9CF0" w14:textId="2E9065E4" w:rsidR="5C4C0B26" w:rsidRDefault="5C4C0B26" w:rsidP="5C4C0B26">
            <w:pPr>
              <w:rPr>
                <w:color w:val="666666"/>
                <w:sz w:val="14"/>
                <w:szCs w:val="14"/>
              </w:rPr>
            </w:pPr>
          </w:p>
        </w:tc>
        <w:tc>
          <w:tcPr>
            <w:tcW w:w="2642" w:type="dxa"/>
            <w:tcMar>
              <w:top w:w="65" w:type="dxa"/>
              <w:left w:w="75" w:type="dxa"/>
              <w:bottom w:w="65" w:type="dxa"/>
              <w:right w:w="75" w:type="dxa"/>
            </w:tcMar>
            <w:vAlign w:val="center"/>
          </w:tcPr>
          <w:p w14:paraId="59BA52F1" w14:textId="77777777" w:rsidR="572A0AA7" w:rsidRDefault="572A0AA7" w:rsidP="5C4C0B26">
            <w:pPr>
              <w:spacing w:after="20"/>
            </w:pPr>
            <w:r w:rsidRPr="5C4C0B26">
              <w:rPr>
                <w:color w:val="666666"/>
                <w:sz w:val="14"/>
                <w:szCs w:val="14"/>
              </w:rPr>
              <w:t>[Decision]</w:t>
            </w:r>
          </w:p>
          <w:p w14:paraId="205518F0" w14:textId="443B8D7E" w:rsidR="5C4C0B26" w:rsidRDefault="5C4C0B26" w:rsidP="5C4C0B26">
            <w:pPr>
              <w:rPr>
                <w:color w:val="666666"/>
                <w:sz w:val="14"/>
                <w:szCs w:val="14"/>
              </w:rPr>
            </w:pPr>
          </w:p>
        </w:tc>
      </w:tr>
      <w:tr w:rsidR="00432015" w14:paraId="2B2C7227" w14:textId="77777777" w:rsidTr="5C4C0B26">
        <w:trPr>
          <w:jc w:val="center"/>
        </w:trPr>
        <w:tc>
          <w:tcPr>
            <w:tcW w:w="2642" w:type="dxa"/>
            <w:shd w:val="clear" w:color="auto" w:fill="F3F7F9"/>
            <w:tcMar>
              <w:top w:w="65" w:type="dxa"/>
              <w:left w:w="75" w:type="dxa"/>
              <w:bottom w:w="65" w:type="dxa"/>
              <w:right w:w="75" w:type="dxa"/>
            </w:tcMar>
            <w:vAlign w:val="center"/>
          </w:tcPr>
          <w:p w14:paraId="7441D316" w14:textId="77777777" w:rsidR="00432015" w:rsidRDefault="006D5C48">
            <w:pPr>
              <w:spacing w:after="20"/>
            </w:pPr>
            <w:r>
              <w:rPr>
                <w:b/>
                <w:color w:val="17365D"/>
                <w:sz w:val="14"/>
              </w:rPr>
              <w:t>What improved student learning or teacher effectiveness?</w:t>
            </w:r>
          </w:p>
        </w:tc>
        <w:tc>
          <w:tcPr>
            <w:tcW w:w="2642" w:type="dxa"/>
            <w:tcMar>
              <w:top w:w="65" w:type="dxa"/>
              <w:left w:w="75" w:type="dxa"/>
              <w:bottom w:w="65" w:type="dxa"/>
              <w:right w:w="75" w:type="dxa"/>
            </w:tcMar>
            <w:vAlign w:val="center"/>
          </w:tcPr>
          <w:p w14:paraId="1C4BDA52"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250341D9"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0901F54E" w14:textId="77777777" w:rsidR="00432015" w:rsidRDefault="006D5C48">
            <w:pPr>
              <w:spacing w:after="20"/>
            </w:pPr>
            <w:r>
              <w:rPr>
                <w:color w:val="666666"/>
                <w:sz w:val="14"/>
              </w:rPr>
              <w:t>[Decision]</w:t>
            </w:r>
          </w:p>
        </w:tc>
      </w:tr>
      <w:tr w:rsidR="00432015" w14:paraId="1BFE4EBB" w14:textId="77777777" w:rsidTr="5C4C0B26">
        <w:trPr>
          <w:jc w:val="center"/>
        </w:trPr>
        <w:tc>
          <w:tcPr>
            <w:tcW w:w="2642" w:type="dxa"/>
            <w:shd w:val="clear" w:color="auto" w:fill="F3F7F9"/>
            <w:tcMar>
              <w:top w:w="65" w:type="dxa"/>
              <w:left w:w="75" w:type="dxa"/>
              <w:bottom w:w="65" w:type="dxa"/>
              <w:right w:w="75" w:type="dxa"/>
            </w:tcMar>
            <w:vAlign w:val="center"/>
          </w:tcPr>
          <w:p w14:paraId="6323FA36" w14:textId="77777777" w:rsidR="00432015" w:rsidRDefault="006D5C48">
            <w:pPr>
              <w:spacing w:after="20"/>
            </w:pPr>
            <w:r>
              <w:rPr>
                <w:b/>
                <w:color w:val="17365D"/>
                <w:sz w:val="14"/>
              </w:rPr>
              <w:t>Are infrastructure and systems reliable, secure, and scalable?</w:t>
            </w:r>
          </w:p>
        </w:tc>
        <w:tc>
          <w:tcPr>
            <w:tcW w:w="2642" w:type="dxa"/>
            <w:tcMar>
              <w:top w:w="65" w:type="dxa"/>
              <w:left w:w="75" w:type="dxa"/>
              <w:bottom w:w="65" w:type="dxa"/>
              <w:right w:w="75" w:type="dxa"/>
            </w:tcMar>
            <w:vAlign w:val="center"/>
          </w:tcPr>
          <w:p w14:paraId="7642E4B9"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7F4D77C0"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59F80C57" w14:textId="77777777" w:rsidR="00432015" w:rsidRDefault="006D5C48">
            <w:pPr>
              <w:spacing w:after="20"/>
            </w:pPr>
            <w:r>
              <w:rPr>
                <w:color w:val="666666"/>
                <w:sz w:val="14"/>
              </w:rPr>
              <w:t>[Decision]</w:t>
            </w:r>
          </w:p>
        </w:tc>
      </w:tr>
      <w:tr w:rsidR="00432015" w14:paraId="414DBA75" w14:textId="77777777" w:rsidTr="5C4C0B26">
        <w:trPr>
          <w:jc w:val="center"/>
        </w:trPr>
        <w:tc>
          <w:tcPr>
            <w:tcW w:w="2642" w:type="dxa"/>
            <w:shd w:val="clear" w:color="auto" w:fill="F3F7F9"/>
            <w:tcMar>
              <w:top w:w="65" w:type="dxa"/>
              <w:left w:w="75" w:type="dxa"/>
              <w:bottom w:w="65" w:type="dxa"/>
              <w:right w:w="75" w:type="dxa"/>
            </w:tcMar>
            <w:vAlign w:val="center"/>
          </w:tcPr>
          <w:p w14:paraId="061F2FB5" w14:textId="77777777" w:rsidR="00432015" w:rsidRDefault="006D5C48">
            <w:pPr>
              <w:spacing w:after="20"/>
            </w:pPr>
            <w:r>
              <w:rPr>
                <w:b/>
                <w:color w:val="17365D"/>
                <w:sz w:val="14"/>
              </w:rPr>
              <w:t>Are students and staff receiving equitable access and support?</w:t>
            </w:r>
          </w:p>
        </w:tc>
        <w:tc>
          <w:tcPr>
            <w:tcW w:w="2642" w:type="dxa"/>
            <w:tcMar>
              <w:top w:w="65" w:type="dxa"/>
              <w:left w:w="75" w:type="dxa"/>
              <w:bottom w:w="65" w:type="dxa"/>
              <w:right w:w="75" w:type="dxa"/>
            </w:tcMar>
            <w:vAlign w:val="center"/>
          </w:tcPr>
          <w:p w14:paraId="7575E913"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477B7231"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65D8980B" w14:textId="77777777" w:rsidR="00432015" w:rsidRDefault="006D5C48">
            <w:pPr>
              <w:spacing w:after="20"/>
            </w:pPr>
            <w:r>
              <w:rPr>
                <w:color w:val="666666"/>
                <w:sz w:val="14"/>
              </w:rPr>
              <w:t>[Decision]</w:t>
            </w:r>
          </w:p>
        </w:tc>
      </w:tr>
      <w:tr w:rsidR="00432015" w14:paraId="14BF73DA" w14:textId="77777777" w:rsidTr="5C4C0B26">
        <w:trPr>
          <w:jc w:val="center"/>
        </w:trPr>
        <w:tc>
          <w:tcPr>
            <w:tcW w:w="2642" w:type="dxa"/>
            <w:shd w:val="clear" w:color="auto" w:fill="F3F7F9"/>
            <w:tcMar>
              <w:top w:w="65" w:type="dxa"/>
              <w:left w:w="75" w:type="dxa"/>
              <w:bottom w:w="65" w:type="dxa"/>
              <w:right w:w="75" w:type="dxa"/>
            </w:tcMar>
            <w:vAlign w:val="center"/>
          </w:tcPr>
          <w:p w14:paraId="5DF6F9E3" w14:textId="77777777" w:rsidR="00432015" w:rsidRDefault="006D5C48">
            <w:pPr>
              <w:spacing w:after="20"/>
            </w:pPr>
            <w:r>
              <w:rPr>
                <w:b/>
                <w:color w:val="17365D"/>
                <w:sz w:val="14"/>
              </w:rPr>
              <w:t>Are privacy, cybersecurity, backup, and incident-response practices current?</w:t>
            </w:r>
          </w:p>
        </w:tc>
        <w:tc>
          <w:tcPr>
            <w:tcW w:w="2642" w:type="dxa"/>
            <w:tcMar>
              <w:top w:w="65" w:type="dxa"/>
              <w:left w:w="75" w:type="dxa"/>
              <w:bottom w:w="65" w:type="dxa"/>
              <w:right w:w="75" w:type="dxa"/>
            </w:tcMar>
            <w:vAlign w:val="center"/>
          </w:tcPr>
          <w:p w14:paraId="66DD5C12"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5521F9E0"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137BF054" w14:textId="77777777" w:rsidR="00432015" w:rsidRDefault="006D5C48">
            <w:pPr>
              <w:spacing w:after="20"/>
            </w:pPr>
            <w:r>
              <w:rPr>
                <w:color w:val="666666"/>
                <w:sz w:val="14"/>
              </w:rPr>
              <w:t>[Decision]</w:t>
            </w:r>
          </w:p>
        </w:tc>
      </w:tr>
      <w:tr w:rsidR="00432015" w14:paraId="6818FED3" w14:textId="77777777" w:rsidTr="5C4C0B26">
        <w:trPr>
          <w:jc w:val="center"/>
        </w:trPr>
        <w:tc>
          <w:tcPr>
            <w:tcW w:w="2642" w:type="dxa"/>
            <w:shd w:val="clear" w:color="auto" w:fill="F3F7F9"/>
            <w:tcMar>
              <w:top w:w="65" w:type="dxa"/>
              <w:left w:w="75" w:type="dxa"/>
              <w:bottom w:w="65" w:type="dxa"/>
              <w:right w:w="75" w:type="dxa"/>
            </w:tcMar>
            <w:vAlign w:val="center"/>
          </w:tcPr>
          <w:p w14:paraId="0FCC218E" w14:textId="77777777" w:rsidR="00432015" w:rsidRDefault="006D5C48">
            <w:pPr>
              <w:spacing w:after="20"/>
            </w:pPr>
            <w:r>
              <w:rPr>
                <w:b/>
                <w:color w:val="17365D"/>
                <w:sz w:val="14"/>
              </w:rPr>
              <w:t>Which applications should be renewed, replaced, consolidated, or retired?</w:t>
            </w:r>
          </w:p>
        </w:tc>
        <w:tc>
          <w:tcPr>
            <w:tcW w:w="2642" w:type="dxa"/>
            <w:tcMar>
              <w:top w:w="65" w:type="dxa"/>
              <w:left w:w="75" w:type="dxa"/>
              <w:bottom w:w="65" w:type="dxa"/>
              <w:right w:w="75" w:type="dxa"/>
            </w:tcMar>
            <w:vAlign w:val="center"/>
          </w:tcPr>
          <w:p w14:paraId="252FF045"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3B215CEF"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09F71CD0" w14:textId="77777777" w:rsidR="00432015" w:rsidRDefault="006D5C48">
            <w:pPr>
              <w:spacing w:after="20"/>
            </w:pPr>
            <w:r>
              <w:rPr>
                <w:color w:val="666666"/>
                <w:sz w:val="14"/>
              </w:rPr>
              <w:t>[Decision]</w:t>
            </w:r>
          </w:p>
        </w:tc>
      </w:tr>
      <w:tr w:rsidR="00432015" w14:paraId="1255EB84" w14:textId="77777777" w:rsidTr="5C4C0B26">
        <w:trPr>
          <w:jc w:val="center"/>
        </w:trPr>
        <w:tc>
          <w:tcPr>
            <w:tcW w:w="2642" w:type="dxa"/>
            <w:shd w:val="clear" w:color="auto" w:fill="F3F7F9"/>
            <w:tcMar>
              <w:top w:w="65" w:type="dxa"/>
              <w:left w:w="75" w:type="dxa"/>
              <w:bottom w:w="65" w:type="dxa"/>
              <w:right w:w="75" w:type="dxa"/>
            </w:tcMar>
            <w:vAlign w:val="center"/>
          </w:tcPr>
          <w:p w14:paraId="21F4C563" w14:textId="77777777" w:rsidR="00432015" w:rsidRDefault="006D5C48">
            <w:pPr>
              <w:spacing w:after="20"/>
            </w:pPr>
            <w:r>
              <w:rPr>
                <w:b/>
                <w:color w:val="17365D"/>
                <w:sz w:val="14"/>
              </w:rPr>
              <w:t>Are budget priorities aligned with strategic goals?</w:t>
            </w:r>
          </w:p>
        </w:tc>
        <w:tc>
          <w:tcPr>
            <w:tcW w:w="2642" w:type="dxa"/>
            <w:tcMar>
              <w:top w:w="65" w:type="dxa"/>
              <w:left w:w="75" w:type="dxa"/>
              <w:bottom w:w="65" w:type="dxa"/>
              <w:right w:w="75" w:type="dxa"/>
            </w:tcMar>
            <w:vAlign w:val="center"/>
          </w:tcPr>
          <w:p w14:paraId="46452D8C"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66F131BE"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4E0E36B7" w14:textId="77777777" w:rsidR="00432015" w:rsidRDefault="006D5C48">
            <w:pPr>
              <w:spacing w:after="20"/>
            </w:pPr>
            <w:r>
              <w:rPr>
                <w:color w:val="666666"/>
                <w:sz w:val="14"/>
              </w:rPr>
              <w:t>[Decision]</w:t>
            </w:r>
          </w:p>
        </w:tc>
      </w:tr>
      <w:tr w:rsidR="00432015" w14:paraId="12A1A3F1" w14:textId="77777777" w:rsidTr="5C4C0B26">
        <w:trPr>
          <w:jc w:val="center"/>
        </w:trPr>
        <w:tc>
          <w:tcPr>
            <w:tcW w:w="2642" w:type="dxa"/>
            <w:shd w:val="clear" w:color="auto" w:fill="F3F7F9"/>
            <w:tcMar>
              <w:top w:w="65" w:type="dxa"/>
              <w:left w:w="75" w:type="dxa"/>
              <w:bottom w:w="65" w:type="dxa"/>
              <w:right w:w="75" w:type="dxa"/>
            </w:tcMar>
            <w:vAlign w:val="center"/>
          </w:tcPr>
          <w:p w14:paraId="0538E30D" w14:textId="77777777" w:rsidR="00432015" w:rsidRDefault="006D5C48">
            <w:pPr>
              <w:spacing w:after="20"/>
            </w:pPr>
            <w:r>
              <w:rPr>
                <w:b/>
                <w:color w:val="17365D"/>
                <w:sz w:val="14"/>
              </w:rPr>
              <w:t>What should be added, stopped, continued, or accelerated next year?</w:t>
            </w:r>
          </w:p>
        </w:tc>
        <w:tc>
          <w:tcPr>
            <w:tcW w:w="2642" w:type="dxa"/>
            <w:tcMar>
              <w:top w:w="65" w:type="dxa"/>
              <w:left w:w="75" w:type="dxa"/>
              <w:bottom w:w="65" w:type="dxa"/>
              <w:right w:w="75" w:type="dxa"/>
            </w:tcMar>
            <w:vAlign w:val="center"/>
          </w:tcPr>
          <w:p w14:paraId="726B10C2"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106ED4AC"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06E17712" w14:textId="77777777" w:rsidR="00432015" w:rsidRDefault="006D5C48">
            <w:pPr>
              <w:spacing w:after="20"/>
            </w:pPr>
            <w:r>
              <w:rPr>
                <w:color w:val="666666"/>
                <w:sz w:val="14"/>
              </w:rPr>
              <w:t>[Decision]</w:t>
            </w:r>
          </w:p>
        </w:tc>
      </w:tr>
    </w:tbl>
    <w:p w14:paraId="4D520EC0" w14:textId="3BCD1F07" w:rsidR="00432015" w:rsidRDefault="006D5C48" w:rsidP="007F13D0">
      <w:pPr>
        <w:pStyle w:val="Heading1"/>
      </w:pPr>
      <w:r w:rsidRPr="5C4C0B26">
        <w:t xml:space="preserve">Appendix </w:t>
      </w:r>
      <w:r w:rsidR="4615E044" w:rsidRPr="5C4C0B26">
        <w:t>B</w:t>
      </w:r>
      <w:r w:rsidRPr="5C4C0B26">
        <w:t>.  Technology Governance &amp; Decision Matrix</w:t>
      </w:r>
    </w:p>
    <w:p w14:paraId="600CB896" w14:textId="77777777" w:rsidR="00432015" w:rsidRDefault="006D5C48">
      <w:pPr>
        <w:spacing w:after="100"/>
      </w:pPr>
      <w:r>
        <w:rPr>
          <w:i/>
          <w:color w:val="666666"/>
        </w:rPr>
        <w:t>Use this one-page matrix to clarify who recommends, approves, implements, and reviews technology decisions.</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762"/>
        <w:gridCol w:w="1759"/>
        <w:gridCol w:w="1760"/>
        <w:gridCol w:w="1760"/>
        <w:gridCol w:w="1759"/>
        <w:gridCol w:w="1758"/>
      </w:tblGrid>
      <w:tr w:rsidR="00432015" w14:paraId="5BF7B0B7" w14:textId="77777777" w:rsidTr="5C4C0B26">
        <w:trPr>
          <w:jc w:val="center"/>
        </w:trPr>
        <w:tc>
          <w:tcPr>
            <w:tcW w:w="1762" w:type="dxa"/>
            <w:shd w:val="clear" w:color="auto" w:fill="17365D" w:themeFill="text2" w:themeFillShade="BF"/>
            <w:tcMar>
              <w:top w:w="65" w:type="dxa"/>
              <w:left w:w="75" w:type="dxa"/>
              <w:bottom w:w="65" w:type="dxa"/>
              <w:right w:w="75" w:type="dxa"/>
            </w:tcMar>
            <w:vAlign w:val="center"/>
          </w:tcPr>
          <w:p w14:paraId="63122E5A" w14:textId="77777777" w:rsidR="00432015" w:rsidRDefault="006D5C48">
            <w:pPr>
              <w:spacing w:after="20"/>
            </w:pPr>
            <w:r>
              <w:rPr>
                <w:b/>
                <w:color w:val="FFFFFF"/>
                <w:sz w:val="15"/>
              </w:rPr>
              <w:t>Decision</w:t>
            </w:r>
          </w:p>
        </w:tc>
        <w:tc>
          <w:tcPr>
            <w:tcW w:w="1762" w:type="dxa"/>
            <w:shd w:val="clear" w:color="auto" w:fill="17365D" w:themeFill="text2" w:themeFillShade="BF"/>
            <w:tcMar>
              <w:top w:w="65" w:type="dxa"/>
              <w:left w:w="75" w:type="dxa"/>
              <w:bottom w:w="65" w:type="dxa"/>
              <w:right w:w="75" w:type="dxa"/>
            </w:tcMar>
            <w:vAlign w:val="center"/>
          </w:tcPr>
          <w:p w14:paraId="4B89270F" w14:textId="77777777" w:rsidR="00432015" w:rsidRDefault="006D5C48">
            <w:pPr>
              <w:spacing w:after="20"/>
            </w:pPr>
            <w:r>
              <w:rPr>
                <w:b/>
                <w:color w:val="FFFFFF"/>
                <w:sz w:val="15"/>
              </w:rPr>
              <w:t>Technology Director</w:t>
            </w:r>
          </w:p>
        </w:tc>
        <w:tc>
          <w:tcPr>
            <w:tcW w:w="1762" w:type="dxa"/>
            <w:shd w:val="clear" w:color="auto" w:fill="17365D" w:themeFill="text2" w:themeFillShade="BF"/>
            <w:tcMar>
              <w:top w:w="65" w:type="dxa"/>
              <w:left w:w="75" w:type="dxa"/>
              <w:bottom w:w="65" w:type="dxa"/>
              <w:right w:w="75" w:type="dxa"/>
            </w:tcMar>
            <w:vAlign w:val="center"/>
          </w:tcPr>
          <w:p w14:paraId="67AC47A8" w14:textId="77777777" w:rsidR="00432015" w:rsidRDefault="006D5C48">
            <w:pPr>
              <w:spacing w:after="20"/>
            </w:pPr>
            <w:r>
              <w:rPr>
                <w:b/>
                <w:color w:val="FFFFFF"/>
                <w:sz w:val="15"/>
              </w:rPr>
              <w:t>Instructional Leader</w:t>
            </w:r>
          </w:p>
        </w:tc>
        <w:tc>
          <w:tcPr>
            <w:tcW w:w="1762" w:type="dxa"/>
            <w:shd w:val="clear" w:color="auto" w:fill="17365D" w:themeFill="text2" w:themeFillShade="BF"/>
            <w:tcMar>
              <w:top w:w="65" w:type="dxa"/>
              <w:left w:w="75" w:type="dxa"/>
              <w:bottom w:w="65" w:type="dxa"/>
              <w:right w:w="75" w:type="dxa"/>
            </w:tcMar>
            <w:vAlign w:val="center"/>
          </w:tcPr>
          <w:p w14:paraId="5745F6BC" w14:textId="77777777" w:rsidR="00432015" w:rsidRDefault="006D5C48">
            <w:pPr>
              <w:spacing w:after="20"/>
            </w:pPr>
            <w:r>
              <w:rPr>
                <w:b/>
                <w:color w:val="FFFFFF"/>
                <w:sz w:val="15"/>
              </w:rPr>
              <w:t>Administration</w:t>
            </w:r>
          </w:p>
        </w:tc>
        <w:tc>
          <w:tcPr>
            <w:tcW w:w="1762" w:type="dxa"/>
            <w:shd w:val="clear" w:color="auto" w:fill="17365D" w:themeFill="text2" w:themeFillShade="BF"/>
            <w:tcMar>
              <w:top w:w="65" w:type="dxa"/>
              <w:left w:w="75" w:type="dxa"/>
              <w:bottom w:w="65" w:type="dxa"/>
              <w:right w:w="75" w:type="dxa"/>
            </w:tcMar>
            <w:vAlign w:val="center"/>
          </w:tcPr>
          <w:p w14:paraId="32176A0E" w14:textId="77777777" w:rsidR="00432015" w:rsidRDefault="006D5C48">
            <w:pPr>
              <w:spacing w:after="20"/>
            </w:pPr>
            <w:r>
              <w:rPr>
                <w:b/>
                <w:color w:val="FFFFFF"/>
                <w:sz w:val="15"/>
              </w:rPr>
              <w:t>Board / Committee</w:t>
            </w:r>
          </w:p>
        </w:tc>
        <w:tc>
          <w:tcPr>
            <w:tcW w:w="1762" w:type="dxa"/>
            <w:shd w:val="clear" w:color="auto" w:fill="17365D" w:themeFill="text2" w:themeFillShade="BF"/>
            <w:tcMar>
              <w:top w:w="65" w:type="dxa"/>
              <w:left w:w="75" w:type="dxa"/>
              <w:bottom w:w="65" w:type="dxa"/>
              <w:right w:w="75" w:type="dxa"/>
            </w:tcMar>
            <w:vAlign w:val="center"/>
          </w:tcPr>
          <w:p w14:paraId="474C7A2B" w14:textId="3702CC11" w:rsidR="00432015" w:rsidRDefault="38DA0FE2">
            <w:pPr>
              <w:spacing w:after="20"/>
            </w:pPr>
            <w:r w:rsidRPr="5C4C0B26">
              <w:rPr>
                <w:b/>
                <w:bCs/>
                <w:color w:val="FFFFFF" w:themeColor="background1"/>
                <w:sz w:val="15"/>
                <w:szCs w:val="15"/>
              </w:rPr>
              <w:t xml:space="preserve">Needs </w:t>
            </w:r>
            <w:r w:rsidR="006D5C48" w:rsidRPr="5C4C0B26">
              <w:rPr>
                <w:b/>
                <w:bCs/>
                <w:color w:val="FFFFFF" w:themeColor="background1"/>
                <w:sz w:val="15"/>
                <w:szCs w:val="15"/>
              </w:rPr>
              <w:t xml:space="preserve">Annual </w:t>
            </w:r>
            <w:r w:rsidR="127B6AEE" w:rsidRPr="5C4C0B26">
              <w:rPr>
                <w:b/>
                <w:bCs/>
                <w:color w:val="FFFFFF" w:themeColor="background1"/>
                <w:sz w:val="15"/>
                <w:szCs w:val="15"/>
              </w:rPr>
              <w:t>R</w:t>
            </w:r>
            <w:r w:rsidR="006D5C48" w:rsidRPr="5C4C0B26">
              <w:rPr>
                <w:b/>
                <w:bCs/>
                <w:color w:val="FFFFFF" w:themeColor="background1"/>
                <w:sz w:val="15"/>
                <w:szCs w:val="15"/>
              </w:rPr>
              <w:t>eview</w:t>
            </w:r>
          </w:p>
        </w:tc>
      </w:tr>
      <w:tr w:rsidR="00432015" w14:paraId="4A96FB32" w14:textId="77777777" w:rsidTr="5C4C0B26">
        <w:trPr>
          <w:jc w:val="center"/>
        </w:trPr>
        <w:tc>
          <w:tcPr>
            <w:tcW w:w="1762" w:type="dxa"/>
            <w:shd w:val="clear" w:color="auto" w:fill="F3F7F9"/>
            <w:tcMar>
              <w:top w:w="65" w:type="dxa"/>
              <w:left w:w="75" w:type="dxa"/>
              <w:bottom w:w="65" w:type="dxa"/>
              <w:right w:w="75" w:type="dxa"/>
            </w:tcMar>
            <w:vAlign w:val="center"/>
          </w:tcPr>
          <w:p w14:paraId="4843484D" w14:textId="77777777" w:rsidR="00432015" w:rsidRDefault="006D5C48">
            <w:pPr>
              <w:spacing w:after="20"/>
            </w:pPr>
            <w:r>
              <w:rPr>
                <w:b/>
                <w:color w:val="17365D"/>
                <w:sz w:val="14"/>
              </w:rPr>
              <w:t>Network/infrastructure</w:t>
            </w:r>
          </w:p>
        </w:tc>
        <w:tc>
          <w:tcPr>
            <w:tcW w:w="1762" w:type="dxa"/>
            <w:tcMar>
              <w:top w:w="65" w:type="dxa"/>
              <w:left w:w="75" w:type="dxa"/>
              <w:bottom w:w="65" w:type="dxa"/>
              <w:right w:w="75" w:type="dxa"/>
            </w:tcMar>
            <w:vAlign w:val="center"/>
          </w:tcPr>
          <w:p w14:paraId="58399A6C"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4E60304"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70E8BDD"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04188E35"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D14308A" w14:textId="77777777" w:rsidR="00432015" w:rsidRDefault="006D5C48">
            <w:pPr>
              <w:spacing w:after="20"/>
            </w:pPr>
            <w:r>
              <w:rPr>
                <w:color w:val="666666"/>
                <w:sz w:val="14"/>
              </w:rPr>
              <w:t>[Yes/No]</w:t>
            </w:r>
          </w:p>
        </w:tc>
      </w:tr>
      <w:tr w:rsidR="00432015" w14:paraId="07FA6787" w14:textId="77777777" w:rsidTr="5C4C0B26">
        <w:trPr>
          <w:jc w:val="center"/>
        </w:trPr>
        <w:tc>
          <w:tcPr>
            <w:tcW w:w="1762" w:type="dxa"/>
            <w:shd w:val="clear" w:color="auto" w:fill="F3F7F9"/>
            <w:tcMar>
              <w:top w:w="65" w:type="dxa"/>
              <w:left w:w="75" w:type="dxa"/>
              <w:bottom w:w="65" w:type="dxa"/>
              <w:right w:w="75" w:type="dxa"/>
            </w:tcMar>
            <w:vAlign w:val="center"/>
          </w:tcPr>
          <w:p w14:paraId="1D2F7792" w14:textId="77777777" w:rsidR="00432015" w:rsidRDefault="006D5C48">
            <w:pPr>
              <w:spacing w:after="20"/>
            </w:pPr>
            <w:r>
              <w:rPr>
                <w:b/>
                <w:color w:val="17365D"/>
                <w:sz w:val="14"/>
              </w:rPr>
              <w:t>Cybersecurity</w:t>
            </w:r>
          </w:p>
        </w:tc>
        <w:tc>
          <w:tcPr>
            <w:tcW w:w="1762" w:type="dxa"/>
            <w:tcMar>
              <w:top w:w="65" w:type="dxa"/>
              <w:left w:w="75" w:type="dxa"/>
              <w:bottom w:w="65" w:type="dxa"/>
              <w:right w:w="75" w:type="dxa"/>
            </w:tcMar>
            <w:vAlign w:val="center"/>
          </w:tcPr>
          <w:p w14:paraId="410ADDAD"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8E7142E"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3FE1CDA"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6A59F81"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0AE4D635" w14:textId="77777777" w:rsidR="00432015" w:rsidRDefault="006D5C48">
            <w:pPr>
              <w:spacing w:after="20"/>
            </w:pPr>
            <w:r>
              <w:rPr>
                <w:color w:val="666666"/>
                <w:sz w:val="14"/>
              </w:rPr>
              <w:t>[Yes/No]</w:t>
            </w:r>
          </w:p>
        </w:tc>
      </w:tr>
      <w:tr w:rsidR="00432015" w14:paraId="5A5D36D3" w14:textId="77777777" w:rsidTr="5C4C0B26">
        <w:trPr>
          <w:jc w:val="center"/>
        </w:trPr>
        <w:tc>
          <w:tcPr>
            <w:tcW w:w="1762" w:type="dxa"/>
            <w:shd w:val="clear" w:color="auto" w:fill="F3F7F9"/>
            <w:tcMar>
              <w:top w:w="65" w:type="dxa"/>
              <w:left w:w="75" w:type="dxa"/>
              <w:bottom w:w="65" w:type="dxa"/>
              <w:right w:w="75" w:type="dxa"/>
            </w:tcMar>
            <w:vAlign w:val="center"/>
          </w:tcPr>
          <w:p w14:paraId="2C626955" w14:textId="77777777" w:rsidR="00432015" w:rsidRDefault="006D5C48">
            <w:pPr>
              <w:spacing w:after="20"/>
            </w:pPr>
            <w:r>
              <w:rPr>
                <w:b/>
                <w:color w:val="17365D"/>
                <w:sz w:val="14"/>
              </w:rPr>
              <w:t>New instructional application</w:t>
            </w:r>
          </w:p>
        </w:tc>
        <w:tc>
          <w:tcPr>
            <w:tcW w:w="1762" w:type="dxa"/>
            <w:tcMar>
              <w:top w:w="65" w:type="dxa"/>
              <w:left w:w="75" w:type="dxa"/>
              <w:bottom w:w="65" w:type="dxa"/>
              <w:right w:w="75" w:type="dxa"/>
            </w:tcMar>
            <w:vAlign w:val="center"/>
          </w:tcPr>
          <w:p w14:paraId="566F99B3"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12684E3C"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468DFDFB"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0556A23"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7D5A664" w14:textId="77777777" w:rsidR="00432015" w:rsidRDefault="006D5C48">
            <w:pPr>
              <w:spacing w:after="20"/>
            </w:pPr>
            <w:r>
              <w:rPr>
                <w:color w:val="666666"/>
                <w:sz w:val="14"/>
              </w:rPr>
              <w:t>[Yes/No]</w:t>
            </w:r>
          </w:p>
        </w:tc>
      </w:tr>
      <w:tr w:rsidR="00432015" w14:paraId="7C7F7BA7" w14:textId="77777777" w:rsidTr="5C4C0B26">
        <w:trPr>
          <w:jc w:val="center"/>
        </w:trPr>
        <w:tc>
          <w:tcPr>
            <w:tcW w:w="1762" w:type="dxa"/>
            <w:shd w:val="clear" w:color="auto" w:fill="F3F7F9"/>
            <w:tcMar>
              <w:top w:w="65" w:type="dxa"/>
              <w:left w:w="75" w:type="dxa"/>
              <w:bottom w:w="65" w:type="dxa"/>
              <w:right w:w="75" w:type="dxa"/>
            </w:tcMar>
            <w:vAlign w:val="center"/>
          </w:tcPr>
          <w:p w14:paraId="450D1717" w14:textId="77777777" w:rsidR="00432015" w:rsidRDefault="006D5C48">
            <w:pPr>
              <w:spacing w:after="20"/>
            </w:pPr>
            <w:r>
              <w:rPr>
                <w:b/>
                <w:color w:val="17365D"/>
                <w:sz w:val="14"/>
              </w:rPr>
              <w:t>AI tool approval</w:t>
            </w:r>
          </w:p>
        </w:tc>
        <w:tc>
          <w:tcPr>
            <w:tcW w:w="1762" w:type="dxa"/>
            <w:tcMar>
              <w:top w:w="65" w:type="dxa"/>
              <w:left w:w="75" w:type="dxa"/>
              <w:bottom w:w="65" w:type="dxa"/>
              <w:right w:w="75" w:type="dxa"/>
            </w:tcMar>
            <w:vAlign w:val="center"/>
          </w:tcPr>
          <w:p w14:paraId="223BB06A"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66EB8AED"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53D9DAE"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7D71884"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1D466FA" w14:textId="77777777" w:rsidR="00432015" w:rsidRDefault="006D5C48">
            <w:pPr>
              <w:spacing w:after="20"/>
            </w:pPr>
            <w:r>
              <w:rPr>
                <w:color w:val="666666"/>
                <w:sz w:val="14"/>
              </w:rPr>
              <w:t>[Yes/No]</w:t>
            </w:r>
          </w:p>
        </w:tc>
      </w:tr>
      <w:tr w:rsidR="00432015" w14:paraId="7B5B44CC" w14:textId="77777777" w:rsidTr="5C4C0B26">
        <w:trPr>
          <w:jc w:val="center"/>
        </w:trPr>
        <w:tc>
          <w:tcPr>
            <w:tcW w:w="1762" w:type="dxa"/>
            <w:shd w:val="clear" w:color="auto" w:fill="F3F7F9"/>
            <w:tcMar>
              <w:top w:w="65" w:type="dxa"/>
              <w:left w:w="75" w:type="dxa"/>
              <w:bottom w:w="65" w:type="dxa"/>
              <w:right w:w="75" w:type="dxa"/>
            </w:tcMar>
            <w:vAlign w:val="center"/>
          </w:tcPr>
          <w:p w14:paraId="41B7B92B" w14:textId="77777777" w:rsidR="00432015" w:rsidRDefault="006D5C48">
            <w:pPr>
              <w:spacing w:after="20"/>
            </w:pPr>
            <w:r>
              <w:rPr>
                <w:b/>
                <w:color w:val="17365D"/>
                <w:sz w:val="14"/>
              </w:rPr>
              <w:t>Student device standard</w:t>
            </w:r>
          </w:p>
        </w:tc>
        <w:tc>
          <w:tcPr>
            <w:tcW w:w="1762" w:type="dxa"/>
            <w:tcMar>
              <w:top w:w="65" w:type="dxa"/>
              <w:left w:w="75" w:type="dxa"/>
              <w:bottom w:w="65" w:type="dxa"/>
              <w:right w:w="75" w:type="dxa"/>
            </w:tcMar>
            <w:vAlign w:val="center"/>
          </w:tcPr>
          <w:p w14:paraId="40477812"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10D60F07"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F0B33C4"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6BCDD731"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2C56FB5" w14:textId="77777777" w:rsidR="00432015" w:rsidRDefault="006D5C48">
            <w:pPr>
              <w:spacing w:after="20"/>
            </w:pPr>
            <w:r>
              <w:rPr>
                <w:color w:val="666666"/>
                <w:sz w:val="14"/>
              </w:rPr>
              <w:t>[Yes/No]</w:t>
            </w:r>
          </w:p>
        </w:tc>
      </w:tr>
      <w:tr w:rsidR="00432015" w14:paraId="3EAC4ED6" w14:textId="77777777" w:rsidTr="5C4C0B26">
        <w:trPr>
          <w:jc w:val="center"/>
        </w:trPr>
        <w:tc>
          <w:tcPr>
            <w:tcW w:w="1762" w:type="dxa"/>
            <w:shd w:val="clear" w:color="auto" w:fill="F3F7F9"/>
            <w:tcMar>
              <w:top w:w="65" w:type="dxa"/>
              <w:left w:w="75" w:type="dxa"/>
              <w:bottom w:w="65" w:type="dxa"/>
              <w:right w:w="75" w:type="dxa"/>
            </w:tcMar>
            <w:vAlign w:val="center"/>
          </w:tcPr>
          <w:p w14:paraId="776B4256" w14:textId="77777777" w:rsidR="00432015" w:rsidRDefault="006D5C48">
            <w:pPr>
              <w:spacing w:after="20"/>
            </w:pPr>
            <w:r>
              <w:rPr>
                <w:b/>
                <w:color w:val="17365D"/>
                <w:sz w:val="14"/>
              </w:rPr>
              <w:t>Major software contract</w:t>
            </w:r>
          </w:p>
        </w:tc>
        <w:tc>
          <w:tcPr>
            <w:tcW w:w="1762" w:type="dxa"/>
            <w:tcMar>
              <w:top w:w="65" w:type="dxa"/>
              <w:left w:w="75" w:type="dxa"/>
              <w:bottom w:w="65" w:type="dxa"/>
              <w:right w:w="75" w:type="dxa"/>
            </w:tcMar>
            <w:vAlign w:val="center"/>
          </w:tcPr>
          <w:p w14:paraId="68DCE3BC"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D19A54B"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BE73411"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4FC559E6"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6116B1B5" w14:textId="77777777" w:rsidR="00432015" w:rsidRDefault="006D5C48">
            <w:pPr>
              <w:spacing w:after="20"/>
            </w:pPr>
            <w:r>
              <w:rPr>
                <w:color w:val="666666"/>
                <w:sz w:val="14"/>
              </w:rPr>
              <w:t>[Yes/No]</w:t>
            </w:r>
          </w:p>
        </w:tc>
      </w:tr>
      <w:tr w:rsidR="00432015" w14:paraId="133804CA" w14:textId="77777777" w:rsidTr="5C4C0B26">
        <w:trPr>
          <w:jc w:val="center"/>
        </w:trPr>
        <w:tc>
          <w:tcPr>
            <w:tcW w:w="1762" w:type="dxa"/>
            <w:shd w:val="clear" w:color="auto" w:fill="F3F7F9"/>
            <w:tcMar>
              <w:top w:w="65" w:type="dxa"/>
              <w:left w:w="75" w:type="dxa"/>
              <w:bottom w:w="65" w:type="dxa"/>
              <w:right w:w="75" w:type="dxa"/>
            </w:tcMar>
            <w:vAlign w:val="center"/>
          </w:tcPr>
          <w:p w14:paraId="735938A9" w14:textId="77777777" w:rsidR="00432015" w:rsidRDefault="006D5C48">
            <w:pPr>
              <w:spacing w:after="20"/>
            </w:pPr>
            <w:r>
              <w:rPr>
                <w:b/>
                <w:color w:val="17365D"/>
                <w:sz w:val="14"/>
              </w:rPr>
              <w:t>Technology budget</w:t>
            </w:r>
          </w:p>
        </w:tc>
        <w:tc>
          <w:tcPr>
            <w:tcW w:w="1762" w:type="dxa"/>
            <w:tcMar>
              <w:top w:w="65" w:type="dxa"/>
              <w:left w:w="75" w:type="dxa"/>
              <w:bottom w:w="65" w:type="dxa"/>
              <w:right w:w="75" w:type="dxa"/>
            </w:tcMar>
            <w:vAlign w:val="center"/>
          </w:tcPr>
          <w:p w14:paraId="40DFB231"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60C3D2F2"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3808340"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04381954"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7304E48" w14:textId="77777777" w:rsidR="00432015" w:rsidRDefault="006D5C48">
            <w:pPr>
              <w:spacing w:after="20"/>
            </w:pPr>
            <w:r>
              <w:rPr>
                <w:color w:val="666666"/>
                <w:sz w:val="14"/>
              </w:rPr>
              <w:t>[Yes/No]</w:t>
            </w:r>
          </w:p>
        </w:tc>
      </w:tr>
      <w:tr w:rsidR="00432015" w14:paraId="3E136568" w14:textId="77777777" w:rsidTr="5C4C0B26">
        <w:trPr>
          <w:jc w:val="center"/>
        </w:trPr>
        <w:tc>
          <w:tcPr>
            <w:tcW w:w="1762" w:type="dxa"/>
            <w:shd w:val="clear" w:color="auto" w:fill="F3F7F9"/>
            <w:tcMar>
              <w:top w:w="65" w:type="dxa"/>
              <w:left w:w="75" w:type="dxa"/>
              <w:bottom w:w="65" w:type="dxa"/>
              <w:right w:w="75" w:type="dxa"/>
            </w:tcMar>
            <w:vAlign w:val="center"/>
          </w:tcPr>
          <w:p w14:paraId="671C6AC2" w14:textId="77777777" w:rsidR="00432015" w:rsidRDefault="006D5C48">
            <w:pPr>
              <w:spacing w:after="20"/>
            </w:pPr>
            <w:r>
              <w:rPr>
                <w:b/>
                <w:color w:val="17365D"/>
                <w:sz w:val="14"/>
              </w:rPr>
              <w:t>Student data/privacy policy</w:t>
            </w:r>
          </w:p>
        </w:tc>
        <w:tc>
          <w:tcPr>
            <w:tcW w:w="1762" w:type="dxa"/>
            <w:tcMar>
              <w:top w:w="65" w:type="dxa"/>
              <w:left w:w="75" w:type="dxa"/>
              <w:bottom w:w="65" w:type="dxa"/>
              <w:right w:w="75" w:type="dxa"/>
            </w:tcMar>
            <w:vAlign w:val="center"/>
          </w:tcPr>
          <w:p w14:paraId="48388937"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BF4DCAC"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BC27638"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2E3E23FA"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20F6FB4C" w14:textId="77777777" w:rsidR="00432015" w:rsidRDefault="006D5C48">
            <w:pPr>
              <w:spacing w:after="20"/>
            </w:pPr>
            <w:r>
              <w:rPr>
                <w:color w:val="666666"/>
                <w:sz w:val="14"/>
              </w:rPr>
              <w:t>[Yes/No]</w:t>
            </w:r>
          </w:p>
        </w:tc>
      </w:tr>
      <w:tr w:rsidR="00432015" w14:paraId="04BE1126" w14:textId="77777777" w:rsidTr="5C4C0B26">
        <w:trPr>
          <w:jc w:val="center"/>
        </w:trPr>
        <w:tc>
          <w:tcPr>
            <w:tcW w:w="1762" w:type="dxa"/>
            <w:shd w:val="clear" w:color="auto" w:fill="F3F7F9"/>
            <w:tcMar>
              <w:top w:w="65" w:type="dxa"/>
              <w:left w:w="75" w:type="dxa"/>
              <w:bottom w:w="65" w:type="dxa"/>
              <w:right w:w="75" w:type="dxa"/>
            </w:tcMar>
            <w:vAlign w:val="center"/>
          </w:tcPr>
          <w:p w14:paraId="0926159C" w14:textId="77777777" w:rsidR="00432015" w:rsidRDefault="006D5C48">
            <w:pPr>
              <w:spacing w:after="20"/>
            </w:pPr>
            <w:r>
              <w:rPr>
                <w:b/>
                <w:color w:val="17365D"/>
                <w:sz w:val="14"/>
              </w:rPr>
              <w:t>Professional learning priorities</w:t>
            </w:r>
          </w:p>
        </w:tc>
        <w:tc>
          <w:tcPr>
            <w:tcW w:w="1762" w:type="dxa"/>
            <w:tcMar>
              <w:top w:w="65" w:type="dxa"/>
              <w:left w:w="75" w:type="dxa"/>
              <w:bottom w:w="65" w:type="dxa"/>
              <w:right w:w="75" w:type="dxa"/>
            </w:tcMar>
            <w:vAlign w:val="center"/>
          </w:tcPr>
          <w:p w14:paraId="1517B873"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4A0BBEC9"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FA308E6"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6C993E43"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4DF680F5" w14:textId="77777777" w:rsidR="00432015" w:rsidRDefault="006D5C48">
            <w:pPr>
              <w:spacing w:after="20"/>
            </w:pPr>
            <w:r>
              <w:rPr>
                <w:color w:val="666666"/>
                <w:sz w:val="14"/>
              </w:rPr>
              <w:t>[Yes/No]</w:t>
            </w:r>
          </w:p>
        </w:tc>
      </w:tr>
      <w:tr w:rsidR="00432015" w14:paraId="033F54B6" w14:textId="77777777" w:rsidTr="5C4C0B26">
        <w:trPr>
          <w:jc w:val="center"/>
        </w:trPr>
        <w:tc>
          <w:tcPr>
            <w:tcW w:w="1762" w:type="dxa"/>
            <w:shd w:val="clear" w:color="auto" w:fill="F3F7F9"/>
            <w:tcMar>
              <w:top w:w="65" w:type="dxa"/>
              <w:left w:w="75" w:type="dxa"/>
              <w:bottom w:w="65" w:type="dxa"/>
              <w:right w:w="75" w:type="dxa"/>
            </w:tcMar>
            <w:vAlign w:val="center"/>
          </w:tcPr>
          <w:p w14:paraId="0AA47FA0" w14:textId="77777777" w:rsidR="00432015" w:rsidRDefault="006D5C48">
            <w:pPr>
              <w:spacing w:after="20"/>
            </w:pPr>
            <w:r>
              <w:rPr>
                <w:b/>
                <w:color w:val="17365D"/>
                <w:sz w:val="14"/>
              </w:rPr>
              <w:t>Technology strategic plan</w:t>
            </w:r>
          </w:p>
        </w:tc>
        <w:tc>
          <w:tcPr>
            <w:tcW w:w="1762" w:type="dxa"/>
            <w:tcMar>
              <w:top w:w="65" w:type="dxa"/>
              <w:left w:w="75" w:type="dxa"/>
              <w:bottom w:w="65" w:type="dxa"/>
              <w:right w:w="75" w:type="dxa"/>
            </w:tcMar>
            <w:vAlign w:val="center"/>
          </w:tcPr>
          <w:p w14:paraId="63C0E607"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A4590A0"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9CA5484"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421938AD"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CA00DD4" w14:textId="77777777" w:rsidR="00432015" w:rsidRDefault="006D5C48">
            <w:pPr>
              <w:spacing w:after="20"/>
            </w:pPr>
            <w:r>
              <w:rPr>
                <w:color w:val="666666"/>
                <w:sz w:val="14"/>
              </w:rPr>
              <w:t>[Yes/No]</w:t>
            </w:r>
          </w:p>
        </w:tc>
      </w:tr>
    </w:tbl>
    <w:p w14:paraId="2FA183AA" w14:textId="6307CCD7" w:rsidR="00432015" w:rsidRDefault="006D5C48" w:rsidP="0057409F">
      <w:pPr>
        <w:pStyle w:val="Heading1"/>
      </w:pPr>
      <w:r w:rsidRPr="5C4C0B26">
        <w:t xml:space="preserve">Appendix </w:t>
      </w:r>
      <w:r w:rsidR="5E70B933" w:rsidRPr="5C4C0B26">
        <w:t>C</w:t>
      </w:r>
      <w:r w:rsidRPr="5C4C0B26">
        <w:t>.  Technology Inventory &amp; Lifecycle</w:t>
      </w:r>
    </w:p>
    <w:p w14:paraId="6244D76A" w14:textId="77777777" w:rsidR="00432015" w:rsidRDefault="006D5C48">
      <w:pPr>
        <w:spacing w:after="100"/>
      </w:pPr>
      <w:r>
        <w:rPr>
          <w:i/>
          <w:color w:val="666666"/>
        </w:rPr>
        <w:t>Attach or link the current inventory. The plan should identify lifecycle status, not just equipment quantity.</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319"/>
        <w:gridCol w:w="1319"/>
        <w:gridCol w:w="1320"/>
        <w:gridCol w:w="1319"/>
        <w:gridCol w:w="1320"/>
        <w:gridCol w:w="1320"/>
        <w:gridCol w:w="1321"/>
        <w:gridCol w:w="1320"/>
      </w:tblGrid>
      <w:tr w:rsidR="00432015" w14:paraId="08FDD39D" w14:textId="77777777">
        <w:trPr>
          <w:jc w:val="center"/>
        </w:trPr>
        <w:tc>
          <w:tcPr>
            <w:tcW w:w="1321" w:type="dxa"/>
            <w:shd w:val="clear" w:color="auto" w:fill="17365D"/>
            <w:tcMar>
              <w:top w:w="65" w:type="dxa"/>
              <w:left w:w="75" w:type="dxa"/>
              <w:bottom w:w="65" w:type="dxa"/>
              <w:right w:w="75" w:type="dxa"/>
            </w:tcMar>
            <w:vAlign w:val="center"/>
          </w:tcPr>
          <w:p w14:paraId="0608F95E" w14:textId="77777777" w:rsidR="00432015" w:rsidRDefault="006D5C48">
            <w:pPr>
              <w:spacing w:after="20"/>
            </w:pPr>
            <w:r>
              <w:rPr>
                <w:b/>
                <w:color w:val="FFFFFF"/>
                <w:sz w:val="15"/>
              </w:rPr>
              <w:t>Asset / system</w:t>
            </w:r>
          </w:p>
        </w:tc>
        <w:tc>
          <w:tcPr>
            <w:tcW w:w="1321" w:type="dxa"/>
            <w:shd w:val="clear" w:color="auto" w:fill="17365D"/>
            <w:tcMar>
              <w:top w:w="65" w:type="dxa"/>
              <w:left w:w="75" w:type="dxa"/>
              <w:bottom w:w="65" w:type="dxa"/>
              <w:right w:w="75" w:type="dxa"/>
            </w:tcMar>
            <w:vAlign w:val="center"/>
          </w:tcPr>
          <w:p w14:paraId="2153484B" w14:textId="77777777" w:rsidR="00432015" w:rsidRDefault="006D5C48">
            <w:pPr>
              <w:spacing w:after="20"/>
            </w:pPr>
            <w:r>
              <w:rPr>
                <w:b/>
                <w:color w:val="FFFFFF"/>
                <w:sz w:val="15"/>
              </w:rPr>
              <w:t>Qty</w:t>
            </w:r>
          </w:p>
        </w:tc>
        <w:tc>
          <w:tcPr>
            <w:tcW w:w="1321" w:type="dxa"/>
            <w:shd w:val="clear" w:color="auto" w:fill="17365D"/>
            <w:tcMar>
              <w:top w:w="65" w:type="dxa"/>
              <w:left w:w="75" w:type="dxa"/>
              <w:bottom w:w="65" w:type="dxa"/>
              <w:right w:w="75" w:type="dxa"/>
            </w:tcMar>
            <w:vAlign w:val="center"/>
          </w:tcPr>
          <w:p w14:paraId="1309211E" w14:textId="77777777" w:rsidR="00432015" w:rsidRDefault="006D5C48">
            <w:pPr>
              <w:spacing w:after="20"/>
            </w:pPr>
            <w:r>
              <w:rPr>
                <w:b/>
                <w:color w:val="FFFFFF"/>
                <w:sz w:val="15"/>
              </w:rPr>
              <w:t>Location</w:t>
            </w:r>
          </w:p>
        </w:tc>
        <w:tc>
          <w:tcPr>
            <w:tcW w:w="1321" w:type="dxa"/>
            <w:shd w:val="clear" w:color="auto" w:fill="17365D"/>
            <w:tcMar>
              <w:top w:w="65" w:type="dxa"/>
              <w:left w:w="75" w:type="dxa"/>
              <w:bottom w:w="65" w:type="dxa"/>
              <w:right w:w="75" w:type="dxa"/>
            </w:tcMar>
            <w:vAlign w:val="center"/>
          </w:tcPr>
          <w:p w14:paraId="60483465" w14:textId="77777777" w:rsidR="00432015" w:rsidRDefault="006D5C48">
            <w:pPr>
              <w:spacing w:after="20"/>
            </w:pPr>
            <w:r>
              <w:rPr>
                <w:b/>
                <w:color w:val="FFFFFF"/>
                <w:sz w:val="15"/>
              </w:rPr>
              <w:t>Age</w:t>
            </w:r>
          </w:p>
        </w:tc>
        <w:tc>
          <w:tcPr>
            <w:tcW w:w="1321" w:type="dxa"/>
            <w:shd w:val="clear" w:color="auto" w:fill="17365D"/>
            <w:tcMar>
              <w:top w:w="65" w:type="dxa"/>
              <w:left w:w="75" w:type="dxa"/>
              <w:bottom w:w="65" w:type="dxa"/>
              <w:right w:w="75" w:type="dxa"/>
            </w:tcMar>
            <w:vAlign w:val="center"/>
          </w:tcPr>
          <w:p w14:paraId="4D0EDEE2" w14:textId="77777777" w:rsidR="00432015" w:rsidRDefault="006D5C48">
            <w:pPr>
              <w:spacing w:after="20"/>
            </w:pPr>
            <w:r>
              <w:rPr>
                <w:b/>
                <w:color w:val="FFFFFF"/>
                <w:sz w:val="15"/>
              </w:rPr>
              <w:t>Lifecycle target</w:t>
            </w:r>
          </w:p>
        </w:tc>
        <w:tc>
          <w:tcPr>
            <w:tcW w:w="1321" w:type="dxa"/>
            <w:shd w:val="clear" w:color="auto" w:fill="17365D"/>
            <w:tcMar>
              <w:top w:w="65" w:type="dxa"/>
              <w:left w:w="75" w:type="dxa"/>
              <w:bottom w:w="65" w:type="dxa"/>
              <w:right w:w="75" w:type="dxa"/>
            </w:tcMar>
            <w:vAlign w:val="center"/>
          </w:tcPr>
          <w:p w14:paraId="4E8955EC" w14:textId="77777777" w:rsidR="00432015" w:rsidRDefault="006D5C48">
            <w:pPr>
              <w:spacing w:after="20"/>
            </w:pPr>
            <w:r>
              <w:rPr>
                <w:b/>
                <w:color w:val="FFFFFF"/>
                <w:sz w:val="15"/>
              </w:rPr>
              <w:t>Condition</w:t>
            </w:r>
          </w:p>
        </w:tc>
        <w:tc>
          <w:tcPr>
            <w:tcW w:w="1321" w:type="dxa"/>
            <w:shd w:val="clear" w:color="auto" w:fill="17365D"/>
            <w:tcMar>
              <w:top w:w="65" w:type="dxa"/>
              <w:left w:w="75" w:type="dxa"/>
              <w:bottom w:w="65" w:type="dxa"/>
              <w:right w:w="75" w:type="dxa"/>
            </w:tcMar>
            <w:vAlign w:val="center"/>
          </w:tcPr>
          <w:p w14:paraId="05B22610" w14:textId="77777777" w:rsidR="00432015" w:rsidRDefault="006D5C48">
            <w:pPr>
              <w:spacing w:after="20"/>
            </w:pPr>
            <w:r>
              <w:rPr>
                <w:b/>
                <w:color w:val="FFFFFF"/>
                <w:sz w:val="15"/>
              </w:rPr>
              <w:t>Warranty/EOL</w:t>
            </w:r>
          </w:p>
        </w:tc>
        <w:tc>
          <w:tcPr>
            <w:tcW w:w="1321" w:type="dxa"/>
            <w:shd w:val="clear" w:color="auto" w:fill="17365D"/>
            <w:tcMar>
              <w:top w:w="65" w:type="dxa"/>
              <w:left w:w="75" w:type="dxa"/>
              <w:bottom w:w="65" w:type="dxa"/>
              <w:right w:w="75" w:type="dxa"/>
            </w:tcMar>
            <w:vAlign w:val="center"/>
          </w:tcPr>
          <w:p w14:paraId="1E6AF9CC" w14:textId="77777777" w:rsidR="00432015" w:rsidRDefault="006D5C48">
            <w:pPr>
              <w:spacing w:after="20"/>
            </w:pPr>
            <w:r>
              <w:rPr>
                <w:b/>
                <w:color w:val="FFFFFF"/>
                <w:sz w:val="15"/>
              </w:rPr>
              <w:t>Replacement year</w:t>
            </w:r>
          </w:p>
        </w:tc>
      </w:tr>
      <w:tr w:rsidR="00432015" w14:paraId="5C8246B4" w14:textId="77777777">
        <w:trPr>
          <w:jc w:val="center"/>
        </w:trPr>
        <w:tc>
          <w:tcPr>
            <w:tcW w:w="1321" w:type="dxa"/>
            <w:shd w:val="clear" w:color="auto" w:fill="F3F7F9"/>
            <w:tcMar>
              <w:top w:w="65" w:type="dxa"/>
              <w:left w:w="75" w:type="dxa"/>
              <w:bottom w:w="65" w:type="dxa"/>
              <w:right w:w="75" w:type="dxa"/>
            </w:tcMar>
            <w:vAlign w:val="center"/>
          </w:tcPr>
          <w:p w14:paraId="0CABF2F9"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3B94F221"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C19B441"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124FA67"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2A7249F"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134D47C"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22C86207"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7C657D3B" w14:textId="77777777" w:rsidR="00432015" w:rsidRDefault="006D5C48">
            <w:pPr>
              <w:spacing w:after="20"/>
            </w:pPr>
            <w:r>
              <w:rPr>
                <w:color w:val="666666"/>
                <w:sz w:val="14"/>
              </w:rPr>
              <w:t>[Enter]</w:t>
            </w:r>
          </w:p>
        </w:tc>
      </w:tr>
      <w:tr w:rsidR="00432015" w14:paraId="5D4BA1AE" w14:textId="77777777">
        <w:trPr>
          <w:jc w:val="center"/>
        </w:trPr>
        <w:tc>
          <w:tcPr>
            <w:tcW w:w="1321" w:type="dxa"/>
            <w:shd w:val="clear" w:color="auto" w:fill="F3F7F9"/>
            <w:tcMar>
              <w:top w:w="65" w:type="dxa"/>
              <w:left w:w="75" w:type="dxa"/>
              <w:bottom w:w="65" w:type="dxa"/>
              <w:right w:w="75" w:type="dxa"/>
            </w:tcMar>
            <w:vAlign w:val="center"/>
          </w:tcPr>
          <w:p w14:paraId="0CDF546A" w14:textId="77777777" w:rsidR="00432015" w:rsidRDefault="006D5C48">
            <w:pPr>
              <w:spacing w:after="20"/>
            </w:pPr>
            <w:r>
              <w:rPr>
                <w:b/>
                <w:color w:val="17365D"/>
                <w:sz w:val="14"/>
              </w:rPr>
              <w:lastRenderedPageBreak/>
              <w:t>[Enter]</w:t>
            </w:r>
          </w:p>
        </w:tc>
        <w:tc>
          <w:tcPr>
            <w:tcW w:w="1321" w:type="dxa"/>
            <w:tcMar>
              <w:top w:w="65" w:type="dxa"/>
              <w:left w:w="75" w:type="dxa"/>
              <w:bottom w:w="65" w:type="dxa"/>
              <w:right w:w="75" w:type="dxa"/>
            </w:tcMar>
            <w:vAlign w:val="center"/>
          </w:tcPr>
          <w:p w14:paraId="6EB624FF"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CB63735"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570CDBC"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3918B33"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195FE90"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253CEC0"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742F7FED" w14:textId="77777777" w:rsidR="00432015" w:rsidRDefault="006D5C48">
            <w:pPr>
              <w:spacing w:after="20"/>
            </w:pPr>
            <w:r>
              <w:rPr>
                <w:color w:val="666666"/>
                <w:sz w:val="14"/>
              </w:rPr>
              <w:t>[Enter]</w:t>
            </w:r>
          </w:p>
        </w:tc>
      </w:tr>
      <w:tr w:rsidR="00432015" w14:paraId="3D751886" w14:textId="77777777">
        <w:trPr>
          <w:jc w:val="center"/>
        </w:trPr>
        <w:tc>
          <w:tcPr>
            <w:tcW w:w="1321" w:type="dxa"/>
            <w:shd w:val="clear" w:color="auto" w:fill="F3F7F9"/>
            <w:tcMar>
              <w:top w:w="65" w:type="dxa"/>
              <w:left w:w="75" w:type="dxa"/>
              <w:bottom w:w="65" w:type="dxa"/>
              <w:right w:w="75" w:type="dxa"/>
            </w:tcMar>
            <w:vAlign w:val="center"/>
          </w:tcPr>
          <w:p w14:paraId="39867058"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7590BB87"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C7728E5"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1268C6F7"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8A5A92D"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6580D12"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AFA50B1"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FF67862" w14:textId="77777777" w:rsidR="00432015" w:rsidRDefault="006D5C48">
            <w:pPr>
              <w:spacing w:after="20"/>
            </w:pPr>
            <w:r>
              <w:rPr>
                <w:color w:val="666666"/>
                <w:sz w:val="14"/>
              </w:rPr>
              <w:t>[Enter]</w:t>
            </w:r>
          </w:p>
        </w:tc>
      </w:tr>
      <w:tr w:rsidR="00432015" w14:paraId="0705B701" w14:textId="77777777">
        <w:trPr>
          <w:jc w:val="center"/>
        </w:trPr>
        <w:tc>
          <w:tcPr>
            <w:tcW w:w="1321" w:type="dxa"/>
            <w:shd w:val="clear" w:color="auto" w:fill="F3F7F9"/>
            <w:tcMar>
              <w:top w:w="65" w:type="dxa"/>
              <w:left w:w="75" w:type="dxa"/>
              <w:bottom w:w="65" w:type="dxa"/>
              <w:right w:w="75" w:type="dxa"/>
            </w:tcMar>
            <w:vAlign w:val="center"/>
          </w:tcPr>
          <w:p w14:paraId="503AAD1D"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7610029B"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F40E2AD"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744F61D"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0BA2ACA0"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7AC533CA"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7A60B907"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BA72A11" w14:textId="77777777" w:rsidR="00432015" w:rsidRDefault="006D5C48">
            <w:pPr>
              <w:spacing w:after="20"/>
            </w:pPr>
            <w:r>
              <w:rPr>
                <w:color w:val="666666"/>
                <w:sz w:val="14"/>
              </w:rPr>
              <w:t>[Enter]</w:t>
            </w:r>
          </w:p>
        </w:tc>
      </w:tr>
      <w:tr w:rsidR="00432015" w14:paraId="5DDE899E" w14:textId="77777777">
        <w:trPr>
          <w:jc w:val="center"/>
        </w:trPr>
        <w:tc>
          <w:tcPr>
            <w:tcW w:w="1321" w:type="dxa"/>
            <w:shd w:val="clear" w:color="auto" w:fill="F3F7F9"/>
            <w:tcMar>
              <w:top w:w="65" w:type="dxa"/>
              <w:left w:w="75" w:type="dxa"/>
              <w:bottom w:w="65" w:type="dxa"/>
              <w:right w:w="75" w:type="dxa"/>
            </w:tcMar>
            <w:vAlign w:val="center"/>
          </w:tcPr>
          <w:p w14:paraId="014A5957"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1C520605"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11BDB620"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3600B378"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3F1C983"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7DCC90AF"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2BD79192"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07F85B98" w14:textId="77777777" w:rsidR="00432015" w:rsidRDefault="006D5C48">
            <w:pPr>
              <w:spacing w:after="20"/>
            </w:pPr>
            <w:r>
              <w:rPr>
                <w:color w:val="666666"/>
                <w:sz w:val="14"/>
              </w:rPr>
              <w:t>[Enter]</w:t>
            </w:r>
          </w:p>
        </w:tc>
      </w:tr>
      <w:tr w:rsidR="00432015" w14:paraId="53D3741D" w14:textId="77777777">
        <w:trPr>
          <w:jc w:val="center"/>
        </w:trPr>
        <w:tc>
          <w:tcPr>
            <w:tcW w:w="1321" w:type="dxa"/>
            <w:shd w:val="clear" w:color="auto" w:fill="F3F7F9"/>
            <w:tcMar>
              <w:top w:w="65" w:type="dxa"/>
              <w:left w:w="75" w:type="dxa"/>
              <w:bottom w:w="65" w:type="dxa"/>
              <w:right w:w="75" w:type="dxa"/>
            </w:tcMar>
            <w:vAlign w:val="center"/>
          </w:tcPr>
          <w:p w14:paraId="3D526377"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1CBEA9BE"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982ABDF"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05087FA7"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3215E3E3"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0CD45A7A"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99FBA16"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0FB2A793" w14:textId="77777777" w:rsidR="00432015" w:rsidRDefault="006D5C48">
            <w:pPr>
              <w:spacing w:after="20"/>
            </w:pPr>
            <w:r>
              <w:rPr>
                <w:color w:val="666666"/>
                <w:sz w:val="14"/>
              </w:rPr>
              <w:t>[Enter]</w:t>
            </w:r>
          </w:p>
        </w:tc>
      </w:tr>
      <w:tr w:rsidR="00432015" w14:paraId="63DC70ED" w14:textId="77777777">
        <w:trPr>
          <w:jc w:val="center"/>
        </w:trPr>
        <w:tc>
          <w:tcPr>
            <w:tcW w:w="1321" w:type="dxa"/>
            <w:shd w:val="clear" w:color="auto" w:fill="F3F7F9"/>
            <w:tcMar>
              <w:top w:w="65" w:type="dxa"/>
              <w:left w:w="75" w:type="dxa"/>
              <w:bottom w:w="65" w:type="dxa"/>
              <w:right w:w="75" w:type="dxa"/>
            </w:tcMar>
            <w:vAlign w:val="center"/>
          </w:tcPr>
          <w:p w14:paraId="721A61D6"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79283EC2"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17FC8799"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DEABA72"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0FF744A"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231D22A9"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2FC776D3"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122656CB" w14:textId="77777777" w:rsidR="00432015" w:rsidRDefault="006D5C48">
            <w:pPr>
              <w:spacing w:after="20"/>
            </w:pPr>
            <w:r>
              <w:rPr>
                <w:color w:val="666666"/>
                <w:sz w:val="14"/>
              </w:rPr>
              <w:t>[Enter]</w:t>
            </w:r>
          </w:p>
        </w:tc>
      </w:tr>
      <w:tr w:rsidR="00432015" w14:paraId="3C13C28B" w14:textId="77777777">
        <w:trPr>
          <w:jc w:val="center"/>
        </w:trPr>
        <w:tc>
          <w:tcPr>
            <w:tcW w:w="1321" w:type="dxa"/>
            <w:shd w:val="clear" w:color="auto" w:fill="F3F7F9"/>
            <w:tcMar>
              <w:top w:w="65" w:type="dxa"/>
              <w:left w:w="75" w:type="dxa"/>
              <w:bottom w:w="65" w:type="dxa"/>
              <w:right w:w="75" w:type="dxa"/>
            </w:tcMar>
            <w:vAlign w:val="center"/>
          </w:tcPr>
          <w:p w14:paraId="1AE5235E"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638A9CDF"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7B0FB0A"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3B9B9B48"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BA0DB2B"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504DB6F"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66310DB"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018A921B" w14:textId="77777777" w:rsidR="00432015" w:rsidRDefault="006D5C48">
            <w:pPr>
              <w:spacing w:after="20"/>
            </w:pPr>
            <w:r>
              <w:rPr>
                <w:color w:val="666666"/>
                <w:sz w:val="14"/>
              </w:rPr>
              <w:t>[Enter]</w:t>
            </w:r>
          </w:p>
        </w:tc>
      </w:tr>
    </w:tbl>
    <w:p w14:paraId="5D1B12D5" w14:textId="0C80D504" w:rsidR="00432015" w:rsidRDefault="006D5C48" w:rsidP="0057409F">
      <w:pPr>
        <w:pStyle w:val="Heading1"/>
      </w:pPr>
      <w:r w:rsidRPr="5C4C0B26">
        <w:t xml:space="preserve">Appendix </w:t>
      </w:r>
      <w:r w:rsidR="6A79E4CC" w:rsidRPr="5C4C0B26">
        <w:t>D</w:t>
      </w:r>
      <w:r w:rsidRPr="5C4C0B26">
        <w:t>.  Cybersecurity &amp; Incident Response Quick Plan</w:t>
      </w:r>
    </w:p>
    <w:p w14:paraId="72AE4D7E" w14:textId="77777777" w:rsidR="00432015" w:rsidRDefault="006D5C48">
      <w:pPr>
        <w:spacing w:after="100"/>
      </w:pPr>
      <w:r>
        <w:rPr>
          <w:i/>
          <w:color w:val="666666"/>
        </w:rPr>
        <w:t>Keep the detailed response plan separate if necessary; this page should tell staff what to do.</w:t>
      </w:r>
    </w:p>
    <w:p w14:paraId="23DFCBFE" w14:textId="77777777" w:rsidR="00432015" w:rsidRDefault="006D5C48" w:rsidP="006E68E3">
      <w:pPr>
        <w:pStyle w:val="ListBullet"/>
        <w:spacing w:after="20"/>
        <w:ind w:hanging="227"/>
      </w:pPr>
      <w:r>
        <w:t xml:space="preserve">Report suspected phishing, malware, lost devices, unauthorized access, or privacy incidents immediately </w:t>
      </w:r>
      <w:proofErr w:type="gramStart"/>
      <w:r>
        <w:t>to:</w:t>
      </w:r>
      <w:proofErr w:type="gramEnd"/>
      <w:r>
        <w:t xml:space="preserve"> [contact].</w:t>
      </w:r>
    </w:p>
    <w:p w14:paraId="5BA1946E" w14:textId="77777777" w:rsidR="00432015" w:rsidRDefault="006D5C48" w:rsidP="006E68E3">
      <w:pPr>
        <w:pStyle w:val="ListBullet"/>
        <w:spacing w:after="20"/>
        <w:ind w:hanging="227"/>
      </w:pPr>
      <w:r>
        <w:t>Do not investigate beyond your role if doing so could destroy evidence or spread the incident.</w:t>
      </w:r>
    </w:p>
    <w:p w14:paraId="60C832E6" w14:textId="77777777" w:rsidR="00432015" w:rsidRDefault="006D5C48" w:rsidP="006E68E3">
      <w:pPr>
        <w:pStyle w:val="ListBullet"/>
        <w:spacing w:after="20"/>
        <w:ind w:hanging="227"/>
      </w:pPr>
      <w:r>
        <w:t>Technology director activates the incident-response process and documents actions.</w:t>
      </w:r>
    </w:p>
    <w:p w14:paraId="7B5593D1" w14:textId="77777777" w:rsidR="00432015" w:rsidRDefault="006D5C48" w:rsidP="006E68E3">
      <w:pPr>
        <w:pStyle w:val="ListBullet"/>
        <w:spacing w:after="20"/>
        <w:ind w:hanging="227"/>
      </w:pPr>
      <w:r>
        <w:t>Administration determines communication, legal, insurance, conference, and parent notification requirements as applicable.</w:t>
      </w:r>
    </w:p>
    <w:p w14:paraId="1D14B935" w14:textId="77777777" w:rsidR="00432015" w:rsidRDefault="006D5C48" w:rsidP="006E68E3">
      <w:pPr>
        <w:pStyle w:val="ListBullet"/>
        <w:spacing w:after="20"/>
        <w:ind w:hanging="227"/>
      </w:pPr>
      <w:r>
        <w:t>After recovery, conduct a post-incident review and update controls.</w:t>
      </w:r>
    </w:p>
    <w:p w14:paraId="3F11D888" w14:textId="0D201C1C" w:rsidR="00432015" w:rsidRDefault="006D5C48" w:rsidP="0057409F">
      <w:pPr>
        <w:pStyle w:val="Heading1"/>
      </w:pPr>
      <w:r w:rsidRPr="5C4C0B26">
        <w:t xml:space="preserve">Appendix </w:t>
      </w:r>
      <w:r w:rsidR="0AA01EC0" w:rsidRPr="5C4C0B26">
        <w:t>E</w:t>
      </w:r>
      <w:r w:rsidRPr="5C4C0B26">
        <w:t>.  Backup &amp; Disaster Recovery Checklist</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640"/>
        <w:gridCol w:w="2639"/>
        <w:gridCol w:w="2640"/>
        <w:gridCol w:w="2639"/>
      </w:tblGrid>
      <w:tr w:rsidR="00432015" w14:paraId="46543930" w14:textId="77777777">
        <w:trPr>
          <w:jc w:val="center"/>
        </w:trPr>
        <w:tc>
          <w:tcPr>
            <w:tcW w:w="2642" w:type="dxa"/>
            <w:shd w:val="clear" w:color="auto" w:fill="17365D"/>
            <w:tcMar>
              <w:top w:w="65" w:type="dxa"/>
              <w:left w:w="75" w:type="dxa"/>
              <w:bottom w:w="65" w:type="dxa"/>
              <w:right w:w="75" w:type="dxa"/>
            </w:tcMar>
            <w:vAlign w:val="center"/>
          </w:tcPr>
          <w:p w14:paraId="3DB5F173" w14:textId="77777777" w:rsidR="00432015" w:rsidRDefault="006D5C48">
            <w:pPr>
              <w:spacing w:after="20"/>
            </w:pPr>
            <w:r>
              <w:rPr>
                <w:b/>
                <w:color w:val="FFFFFF"/>
                <w:sz w:val="15"/>
              </w:rPr>
              <w:t>System / data</w:t>
            </w:r>
          </w:p>
        </w:tc>
        <w:tc>
          <w:tcPr>
            <w:tcW w:w="2642" w:type="dxa"/>
            <w:shd w:val="clear" w:color="auto" w:fill="17365D"/>
            <w:tcMar>
              <w:top w:w="65" w:type="dxa"/>
              <w:left w:w="75" w:type="dxa"/>
              <w:bottom w:w="65" w:type="dxa"/>
              <w:right w:w="75" w:type="dxa"/>
            </w:tcMar>
            <w:vAlign w:val="center"/>
          </w:tcPr>
          <w:p w14:paraId="07FC9103" w14:textId="77777777" w:rsidR="00432015" w:rsidRDefault="006D5C48">
            <w:pPr>
              <w:spacing w:after="20"/>
            </w:pPr>
            <w:r>
              <w:rPr>
                <w:b/>
                <w:color w:val="FFFFFF"/>
                <w:sz w:val="15"/>
              </w:rPr>
              <w:t>Backup method</w:t>
            </w:r>
          </w:p>
        </w:tc>
        <w:tc>
          <w:tcPr>
            <w:tcW w:w="2642" w:type="dxa"/>
            <w:shd w:val="clear" w:color="auto" w:fill="17365D"/>
            <w:tcMar>
              <w:top w:w="65" w:type="dxa"/>
              <w:left w:w="75" w:type="dxa"/>
              <w:bottom w:w="65" w:type="dxa"/>
              <w:right w:w="75" w:type="dxa"/>
            </w:tcMar>
            <w:vAlign w:val="center"/>
          </w:tcPr>
          <w:p w14:paraId="7F53D775" w14:textId="77777777" w:rsidR="00432015" w:rsidRDefault="006D5C48">
            <w:pPr>
              <w:spacing w:after="20"/>
            </w:pPr>
            <w:r>
              <w:rPr>
                <w:b/>
                <w:color w:val="FFFFFF"/>
                <w:sz w:val="15"/>
              </w:rPr>
              <w:t>Recovery objective</w:t>
            </w:r>
          </w:p>
        </w:tc>
        <w:tc>
          <w:tcPr>
            <w:tcW w:w="2642" w:type="dxa"/>
            <w:shd w:val="clear" w:color="auto" w:fill="17365D"/>
            <w:tcMar>
              <w:top w:w="65" w:type="dxa"/>
              <w:left w:w="75" w:type="dxa"/>
              <w:bottom w:w="65" w:type="dxa"/>
              <w:right w:w="75" w:type="dxa"/>
            </w:tcMar>
            <w:vAlign w:val="center"/>
          </w:tcPr>
          <w:p w14:paraId="4E7DAC9F" w14:textId="77777777" w:rsidR="00432015" w:rsidRDefault="006D5C48">
            <w:pPr>
              <w:spacing w:after="20"/>
            </w:pPr>
            <w:r>
              <w:rPr>
                <w:b/>
                <w:color w:val="FFFFFF"/>
                <w:sz w:val="15"/>
              </w:rPr>
              <w:t>Last test</w:t>
            </w:r>
          </w:p>
        </w:tc>
      </w:tr>
      <w:tr w:rsidR="00432015" w14:paraId="7B95ED1C" w14:textId="77777777">
        <w:trPr>
          <w:jc w:val="center"/>
        </w:trPr>
        <w:tc>
          <w:tcPr>
            <w:tcW w:w="2642" w:type="dxa"/>
            <w:shd w:val="clear" w:color="auto" w:fill="F3F7F9"/>
            <w:tcMar>
              <w:top w:w="65" w:type="dxa"/>
              <w:left w:w="75" w:type="dxa"/>
              <w:bottom w:w="65" w:type="dxa"/>
              <w:right w:w="75" w:type="dxa"/>
            </w:tcMar>
            <w:vAlign w:val="center"/>
          </w:tcPr>
          <w:p w14:paraId="2822AFB8" w14:textId="77777777" w:rsidR="00432015" w:rsidRDefault="006D5C48">
            <w:pPr>
              <w:spacing w:after="20"/>
            </w:pPr>
            <w:r>
              <w:rPr>
                <w:b/>
                <w:color w:val="17365D"/>
                <w:sz w:val="14"/>
              </w:rPr>
              <w:t>SIS</w:t>
            </w:r>
          </w:p>
        </w:tc>
        <w:tc>
          <w:tcPr>
            <w:tcW w:w="2642" w:type="dxa"/>
            <w:tcMar>
              <w:top w:w="65" w:type="dxa"/>
              <w:left w:w="75" w:type="dxa"/>
              <w:bottom w:w="65" w:type="dxa"/>
              <w:right w:w="75" w:type="dxa"/>
            </w:tcMar>
            <w:vAlign w:val="center"/>
          </w:tcPr>
          <w:p w14:paraId="55BBF20B"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264185C9"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3AB6382D" w14:textId="77777777" w:rsidR="00432015" w:rsidRDefault="006D5C48">
            <w:pPr>
              <w:spacing w:after="20"/>
            </w:pPr>
            <w:r>
              <w:rPr>
                <w:color w:val="666666"/>
                <w:sz w:val="14"/>
              </w:rPr>
              <w:t>[Date]</w:t>
            </w:r>
          </w:p>
        </w:tc>
      </w:tr>
      <w:tr w:rsidR="00432015" w14:paraId="3F1A2A7B" w14:textId="77777777">
        <w:trPr>
          <w:jc w:val="center"/>
        </w:trPr>
        <w:tc>
          <w:tcPr>
            <w:tcW w:w="2642" w:type="dxa"/>
            <w:shd w:val="clear" w:color="auto" w:fill="F3F7F9"/>
            <w:tcMar>
              <w:top w:w="65" w:type="dxa"/>
              <w:left w:w="75" w:type="dxa"/>
              <w:bottom w:w="65" w:type="dxa"/>
              <w:right w:w="75" w:type="dxa"/>
            </w:tcMar>
            <w:vAlign w:val="center"/>
          </w:tcPr>
          <w:p w14:paraId="41B65869" w14:textId="77777777" w:rsidR="00432015" w:rsidRDefault="006D5C48">
            <w:pPr>
              <w:spacing w:after="20"/>
            </w:pPr>
            <w:r>
              <w:rPr>
                <w:b/>
                <w:color w:val="17365D"/>
                <w:sz w:val="14"/>
              </w:rPr>
              <w:t>LMS</w:t>
            </w:r>
          </w:p>
        </w:tc>
        <w:tc>
          <w:tcPr>
            <w:tcW w:w="2642" w:type="dxa"/>
            <w:tcMar>
              <w:top w:w="65" w:type="dxa"/>
              <w:left w:w="75" w:type="dxa"/>
              <w:bottom w:w="65" w:type="dxa"/>
              <w:right w:w="75" w:type="dxa"/>
            </w:tcMar>
            <w:vAlign w:val="center"/>
          </w:tcPr>
          <w:p w14:paraId="0B6A9D1F"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141A7419"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55E4A1A5" w14:textId="77777777" w:rsidR="00432015" w:rsidRDefault="006D5C48">
            <w:pPr>
              <w:spacing w:after="20"/>
            </w:pPr>
            <w:r>
              <w:rPr>
                <w:color w:val="666666"/>
                <w:sz w:val="14"/>
              </w:rPr>
              <w:t>[Date]</w:t>
            </w:r>
          </w:p>
        </w:tc>
      </w:tr>
      <w:tr w:rsidR="00432015" w14:paraId="1DC40313" w14:textId="77777777">
        <w:trPr>
          <w:jc w:val="center"/>
        </w:trPr>
        <w:tc>
          <w:tcPr>
            <w:tcW w:w="2642" w:type="dxa"/>
            <w:shd w:val="clear" w:color="auto" w:fill="F3F7F9"/>
            <w:tcMar>
              <w:top w:w="65" w:type="dxa"/>
              <w:left w:w="75" w:type="dxa"/>
              <w:bottom w:w="65" w:type="dxa"/>
              <w:right w:w="75" w:type="dxa"/>
            </w:tcMar>
            <w:vAlign w:val="center"/>
          </w:tcPr>
          <w:p w14:paraId="69DC8DF8" w14:textId="77777777" w:rsidR="00432015" w:rsidRDefault="006D5C48">
            <w:pPr>
              <w:spacing w:after="20"/>
            </w:pPr>
            <w:r>
              <w:rPr>
                <w:b/>
                <w:color w:val="17365D"/>
                <w:sz w:val="14"/>
              </w:rPr>
              <w:t>Cloud/file storage</w:t>
            </w:r>
          </w:p>
        </w:tc>
        <w:tc>
          <w:tcPr>
            <w:tcW w:w="2642" w:type="dxa"/>
            <w:tcMar>
              <w:top w:w="65" w:type="dxa"/>
              <w:left w:w="75" w:type="dxa"/>
              <w:bottom w:w="65" w:type="dxa"/>
              <w:right w:w="75" w:type="dxa"/>
            </w:tcMar>
            <w:vAlign w:val="center"/>
          </w:tcPr>
          <w:p w14:paraId="4D3F4267"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0EE3450F"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3FDD098B" w14:textId="77777777" w:rsidR="00432015" w:rsidRDefault="006D5C48">
            <w:pPr>
              <w:spacing w:after="20"/>
            </w:pPr>
            <w:r>
              <w:rPr>
                <w:color w:val="666666"/>
                <w:sz w:val="14"/>
              </w:rPr>
              <w:t>[Date]</w:t>
            </w:r>
          </w:p>
        </w:tc>
      </w:tr>
      <w:tr w:rsidR="00432015" w14:paraId="70CE45F9" w14:textId="77777777">
        <w:trPr>
          <w:jc w:val="center"/>
        </w:trPr>
        <w:tc>
          <w:tcPr>
            <w:tcW w:w="2642" w:type="dxa"/>
            <w:shd w:val="clear" w:color="auto" w:fill="F3F7F9"/>
            <w:tcMar>
              <w:top w:w="65" w:type="dxa"/>
              <w:left w:w="75" w:type="dxa"/>
              <w:bottom w:w="65" w:type="dxa"/>
              <w:right w:w="75" w:type="dxa"/>
            </w:tcMar>
            <w:vAlign w:val="center"/>
          </w:tcPr>
          <w:p w14:paraId="03B6A0C2" w14:textId="77777777" w:rsidR="00432015" w:rsidRDefault="006D5C48">
            <w:pPr>
              <w:spacing w:after="20"/>
            </w:pPr>
            <w:r>
              <w:rPr>
                <w:b/>
                <w:color w:val="17365D"/>
                <w:sz w:val="14"/>
              </w:rPr>
              <w:t>Administrative records</w:t>
            </w:r>
          </w:p>
        </w:tc>
        <w:tc>
          <w:tcPr>
            <w:tcW w:w="2642" w:type="dxa"/>
            <w:tcMar>
              <w:top w:w="65" w:type="dxa"/>
              <w:left w:w="75" w:type="dxa"/>
              <w:bottom w:w="65" w:type="dxa"/>
              <w:right w:w="75" w:type="dxa"/>
            </w:tcMar>
            <w:vAlign w:val="center"/>
          </w:tcPr>
          <w:p w14:paraId="1041F671"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4D97F6DC"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59E63D66" w14:textId="77777777" w:rsidR="00432015" w:rsidRDefault="006D5C48">
            <w:pPr>
              <w:spacing w:after="20"/>
            </w:pPr>
            <w:r>
              <w:rPr>
                <w:color w:val="666666"/>
                <w:sz w:val="14"/>
              </w:rPr>
              <w:t>[Date]</w:t>
            </w:r>
          </w:p>
        </w:tc>
      </w:tr>
      <w:tr w:rsidR="00432015" w14:paraId="32780EAE" w14:textId="77777777">
        <w:trPr>
          <w:jc w:val="center"/>
        </w:trPr>
        <w:tc>
          <w:tcPr>
            <w:tcW w:w="2642" w:type="dxa"/>
            <w:shd w:val="clear" w:color="auto" w:fill="F3F7F9"/>
            <w:tcMar>
              <w:top w:w="65" w:type="dxa"/>
              <w:left w:w="75" w:type="dxa"/>
              <w:bottom w:w="65" w:type="dxa"/>
              <w:right w:w="75" w:type="dxa"/>
            </w:tcMar>
            <w:vAlign w:val="center"/>
          </w:tcPr>
          <w:p w14:paraId="345F4C15" w14:textId="77777777" w:rsidR="00432015" w:rsidRDefault="006D5C48">
            <w:pPr>
              <w:spacing w:after="20"/>
            </w:pPr>
            <w:r>
              <w:rPr>
                <w:b/>
                <w:color w:val="17365D"/>
                <w:sz w:val="14"/>
              </w:rPr>
              <w:t>Financial records</w:t>
            </w:r>
          </w:p>
        </w:tc>
        <w:tc>
          <w:tcPr>
            <w:tcW w:w="2642" w:type="dxa"/>
            <w:tcMar>
              <w:top w:w="65" w:type="dxa"/>
              <w:left w:w="75" w:type="dxa"/>
              <w:bottom w:w="65" w:type="dxa"/>
              <w:right w:w="75" w:type="dxa"/>
            </w:tcMar>
            <w:vAlign w:val="center"/>
          </w:tcPr>
          <w:p w14:paraId="46F68763"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7AB4BEEC"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030D5B66" w14:textId="77777777" w:rsidR="00432015" w:rsidRDefault="006D5C48">
            <w:pPr>
              <w:spacing w:after="20"/>
            </w:pPr>
            <w:r>
              <w:rPr>
                <w:color w:val="666666"/>
                <w:sz w:val="14"/>
              </w:rPr>
              <w:t>[Date]</w:t>
            </w:r>
          </w:p>
        </w:tc>
      </w:tr>
      <w:tr w:rsidR="00432015" w14:paraId="72B48A19" w14:textId="77777777">
        <w:trPr>
          <w:jc w:val="center"/>
        </w:trPr>
        <w:tc>
          <w:tcPr>
            <w:tcW w:w="2642" w:type="dxa"/>
            <w:shd w:val="clear" w:color="auto" w:fill="F3F7F9"/>
            <w:tcMar>
              <w:top w:w="65" w:type="dxa"/>
              <w:left w:w="75" w:type="dxa"/>
              <w:bottom w:w="65" w:type="dxa"/>
              <w:right w:w="75" w:type="dxa"/>
            </w:tcMar>
            <w:vAlign w:val="center"/>
          </w:tcPr>
          <w:p w14:paraId="42D7ECA6" w14:textId="77777777" w:rsidR="00432015" w:rsidRDefault="006D5C48">
            <w:pPr>
              <w:spacing w:after="20"/>
            </w:pPr>
            <w:r>
              <w:rPr>
                <w:b/>
                <w:color w:val="17365D"/>
                <w:sz w:val="14"/>
              </w:rPr>
              <w:t>Critical network configuration</w:t>
            </w:r>
          </w:p>
        </w:tc>
        <w:tc>
          <w:tcPr>
            <w:tcW w:w="2642" w:type="dxa"/>
            <w:tcMar>
              <w:top w:w="65" w:type="dxa"/>
              <w:left w:w="75" w:type="dxa"/>
              <w:bottom w:w="65" w:type="dxa"/>
              <w:right w:w="75" w:type="dxa"/>
            </w:tcMar>
            <w:vAlign w:val="center"/>
          </w:tcPr>
          <w:p w14:paraId="709E7910"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0A975613"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6ACDC2BC" w14:textId="77777777" w:rsidR="00432015" w:rsidRDefault="006D5C48">
            <w:pPr>
              <w:spacing w:after="20"/>
            </w:pPr>
            <w:r>
              <w:rPr>
                <w:color w:val="666666"/>
                <w:sz w:val="14"/>
              </w:rPr>
              <w:t>[Date]</w:t>
            </w:r>
          </w:p>
        </w:tc>
      </w:tr>
      <w:tr w:rsidR="00432015" w14:paraId="37C75C2B" w14:textId="77777777">
        <w:trPr>
          <w:jc w:val="center"/>
        </w:trPr>
        <w:tc>
          <w:tcPr>
            <w:tcW w:w="2642" w:type="dxa"/>
            <w:shd w:val="clear" w:color="auto" w:fill="F3F7F9"/>
            <w:tcMar>
              <w:top w:w="65" w:type="dxa"/>
              <w:left w:w="75" w:type="dxa"/>
              <w:bottom w:w="65" w:type="dxa"/>
              <w:right w:w="75" w:type="dxa"/>
            </w:tcMar>
            <w:vAlign w:val="center"/>
          </w:tcPr>
          <w:p w14:paraId="1322DF30" w14:textId="77777777" w:rsidR="00432015" w:rsidRDefault="006D5C48">
            <w:pPr>
              <w:spacing w:after="20"/>
            </w:pPr>
            <w:r>
              <w:rPr>
                <w:b/>
                <w:color w:val="17365D"/>
                <w:sz w:val="14"/>
              </w:rPr>
              <w:t>Other critical system</w:t>
            </w:r>
          </w:p>
        </w:tc>
        <w:tc>
          <w:tcPr>
            <w:tcW w:w="2642" w:type="dxa"/>
            <w:tcMar>
              <w:top w:w="65" w:type="dxa"/>
              <w:left w:w="75" w:type="dxa"/>
              <w:bottom w:w="65" w:type="dxa"/>
              <w:right w:w="75" w:type="dxa"/>
            </w:tcMar>
            <w:vAlign w:val="center"/>
          </w:tcPr>
          <w:p w14:paraId="3BD902E3"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0F509F20"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22F54E3E" w14:textId="77777777" w:rsidR="00432015" w:rsidRDefault="006D5C48">
            <w:pPr>
              <w:spacing w:after="20"/>
            </w:pPr>
            <w:r>
              <w:rPr>
                <w:color w:val="666666"/>
                <w:sz w:val="14"/>
              </w:rPr>
              <w:t>[Date]</w:t>
            </w:r>
          </w:p>
        </w:tc>
      </w:tr>
    </w:tbl>
    <w:p w14:paraId="7627A793" w14:textId="7D6FA95D" w:rsidR="00432015" w:rsidRPr="00C865CF" w:rsidRDefault="006D5C48" w:rsidP="0057409F">
      <w:pPr>
        <w:pStyle w:val="Heading1"/>
      </w:pPr>
      <w:r w:rsidRPr="00C865CF">
        <w:t xml:space="preserve">Appendix </w:t>
      </w:r>
      <w:r w:rsidR="499511E6" w:rsidRPr="00C865CF">
        <w:t>F</w:t>
      </w:r>
      <w:r w:rsidRPr="00C865CF">
        <w:t>.  Application / AI Review Form</w:t>
      </w:r>
    </w:p>
    <w:p w14:paraId="6A5496F4" w14:textId="77777777" w:rsidR="00432015" w:rsidRDefault="006D5C48">
      <w:pPr>
        <w:spacing w:after="100"/>
      </w:pPr>
      <w:r>
        <w:rPr>
          <w:i/>
          <w:color w:val="666666"/>
        </w:rPr>
        <w:t>Use before approving a new application or AI-enabled service.</w:t>
      </w:r>
    </w:p>
    <w:tbl>
      <w:tblPr>
        <w:tblW w:w="10570"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400"/>
        <w:gridCol w:w="8170"/>
      </w:tblGrid>
      <w:tr w:rsidR="00432015" w14:paraId="2AAC0997" w14:textId="77777777" w:rsidTr="5C4C0B26">
        <w:trPr>
          <w:jc w:val="center"/>
        </w:trPr>
        <w:tc>
          <w:tcPr>
            <w:tcW w:w="2400" w:type="dxa"/>
            <w:shd w:val="clear" w:color="auto" w:fill="F3F7F9"/>
            <w:tcMar>
              <w:top w:w="65" w:type="dxa"/>
              <w:left w:w="75" w:type="dxa"/>
              <w:bottom w:w="65" w:type="dxa"/>
              <w:right w:w="75" w:type="dxa"/>
            </w:tcMar>
            <w:vAlign w:val="center"/>
          </w:tcPr>
          <w:p w14:paraId="4A3005DA" w14:textId="77777777" w:rsidR="00432015" w:rsidRDefault="006D5C48">
            <w:pPr>
              <w:spacing w:after="20"/>
            </w:pPr>
            <w:r>
              <w:rPr>
                <w:b/>
                <w:color w:val="17365D"/>
                <w:sz w:val="16"/>
              </w:rPr>
              <w:t>Tool / vendor</w:t>
            </w:r>
          </w:p>
        </w:tc>
        <w:tc>
          <w:tcPr>
            <w:tcW w:w="8170" w:type="dxa"/>
            <w:tcMar>
              <w:top w:w="65" w:type="dxa"/>
              <w:left w:w="75" w:type="dxa"/>
              <w:bottom w:w="65" w:type="dxa"/>
              <w:right w:w="75" w:type="dxa"/>
            </w:tcMar>
            <w:vAlign w:val="center"/>
          </w:tcPr>
          <w:p w14:paraId="2F5D55A9" w14:textId="77777777" w:rsidR="00432015" w:rsidRDefault="006D5C48">
            <w:pPr>
              <w:spacing w:after="20"/>
            </w:pPr>
            <w:r>
              <w:rPr>
                <w:color w:val="666666"/>
                <w:sz w:val="16"/>
              </w:rPr>
              <w:t>[Name and URL]</w:t>
            </w:r>
          </w:p>
        </w:tc>
      </w:tr>
      <w:tr w:rsidR="00432015" w14:paraId="55A0F633" w14:textId="77777777" w:rsidTr="5C4C0B26">
        <w:trPr>
          <w:jc w:val="center"/>
        </w:trPr>
        <w:tc>
          <w:tcPr>
            <w:tcW w:w="2400" w:type="dxa"/>
            <w:shd w:val="clear" w:color="auto" w:fill="F3F7F9"/>
            <w:tcMar>
              <w:top w:w="65" w:type="dxa"/>
              <w:left w:w="75" w:type="dxa"/>
              <w:bottom w:w="65" w:type="dxa"/>
              <w:right w:w="75" w:type="dxa"/>
            </w:tcMar>
            <w:vAlign w:val="center"/>
          </w:tcPr>
          <w:p w14:paraId="24F8AD7D" w14:textId="77777777" w:rsidR="00432015" w:rsidRDefault="006D5C48">
            <w:pPr>
              <w:spacing w:after="20"/>
            </w:pPr>
            <w:r>
              <w:rPr>
                <w:b/>
                <w:color w:val="17365D"/>
                <w:sz w:val="16"/>
              </w:rPr>
              <w:t>Purpose</w:t>
            </w:r>
          </w:p>
        </w:tc>
        <w:tc>
          <w:tcPr>
            <w:tcW w:w="8170" w:type="dxa"/>
            <w:tcMar>
              <w:top w:w="65" w:type="dxa"/>
              <w:left w:w="75" w:type="dxa"/>
              <w:bottom w:w="65" w:type="dxa"/>
              <w:right w:w="75" w:type="dxa"/>
            </w:tcMar>
            <w:vAlign w:val="center"/>
          </w:tcPr>
          <w:p w14:paraId="732460C2" w14:textId="77777777" w:rsidR="00432015" w:rsidRDefault="006D5C48">
            <w:pPr>
              <w:spacing w:after="20"/>
            </w:pPr>
            <w:r>
              <w:rPr>
                <w:color w:val="666666"/>
                <w:sz w:val="16"/>
              </w:rPr>
              <w:t>[Learning or operational need]</w:t>
            </w:r>
          </w:p>
        </w:tc>
      </w:tr>
      <w:tr w:rsidR="00432015" w14:paraId="64E3764F" w14:textId="77777777" w:rsidTr="5C4C0B26">
        <w:trPr>
          <w:jc w:val="center"/>
        </w:trPr>
        <w:tc>
          <w:tcPr>
            <w:tcW w:w="2400" w:type="dxa"/>
            <w:shd w:val="clear" w:color="auto" w:fill="F3F7F9"/>
            <w:tcMar>
              <w:top w:w="65" w:type="dxa"/>
              <w:left w:w="75" w:type="dxa"/>
              <w:bottom w:w="65" w:type="dxa"/>
              <w:right w:w="75" w:type="dxa"/>
            </w:tcMar>
            <w:vAlign w:val="center"/>
          </w:tcPr>
          <w:p w14:paraId="1B11E8F5" w14:textId="77777777" w:rsidR="00432015" w:rsidRDefault="006D5C48">
            <w:pPr>
              <w:spacing w:after="20"/>
            </w:pPr>
            <w:r>
              <w:rPr>
                <w:b/>
                <w:color w:val="17365D"/>
                <w:sz w:val="16"/>
              </w:rPr>
              <w:t>Data collected</w:t>
            </w:r>
          </w:p>
        </w:tc>
        <w:tc>
          <w:tcPr>
            <w:tcW w:w="8170" w:type="dxa"/>
            <w:tcMar>
              <w:top w:w="65" w:type="dxa"/>
              <w:left w:w="75" w:type="dxa"/>
              <w:bottom w:w="65" w:type="dxa"/>
              <w:right w:w="75" w:type="dxa"/>
            </w:tcMar>
            <w:vAlign w:val="center"/>
          </w:tcPr>
          <w:p w14:paraId="1922BE19" w14:textId="77777777" w:rsidR="00432015" w:rsidRDefault="006D5C48">
            <w:pPr>
              <w:spacing w:after="20"/>
            </w:pPr>
            <w:r>
              <w:rPr>
                <w:color w:val="666666"/>
                <w:sz w:val="16"/>
              </w:rPr>
              <w:t>[Student/staff/account data]</w:t>
            </w:r>
          </w:p>
        </w:tc>
      </w:tr>
      <w:tr w:rsidR="00432015" w14:paraId="33B9E850" w14:textId="77777777" w:rsidTr="5C4C0B26">
        <w:trPr>
          <w:jc w:val="center"/>
        </w:trPr>
        <w:tc>
          <w:tcPr>
            <w:tcW w:w="2400" w:type="dxa"/>
            <w:shd w:val="clear" w:color="auto" w:fill="F3F7F9"/>
            <w:tcMar>
              <w:top w:w="65" w:type="dxa"/>
              <w:left w:w="75" w:type="dxa"/>
              <w:bottom w:w="65" w:type="dxa"/>
              <w:right w:w="75" w:type="dxa"/>
            </w:tcMar>
            <w:vAlign w:val="center"/>
          </w:tcPr>
          <w:p w14:paraId="053E9B81" w14:textId="77777777" w:rsidR="00432015" w:rsidRDefault="006D5C48">
            <w:pPr>
              <w:spacing w:after="20"/>
            </w:pPr>
            <w:r>
              <w:rPr>
                <w:b/>
                <w:color w:val="17365D"/>
                <w:sz w:val="16"/>
              </w:rPr>
              <w:t>Privacy / security review</w:t>
            </w:r>
          </w:p>
        </w:tc>
        <w:tc>
          <w:tcPr>
            <w:tcW w:w="8170" w:type="dxa"/>
            <w:tcMar>
              <w:top w:w="65" w:type="dxa"/>
              <w:left w:w="75" w:type="dxa"/>
              <w:bottom w:w="65" w:type="dxa"/>
              <w:right w:w="75" w:type="dxa"/>
            </w:tcMar>
            <w:vAlign w:val="center"/>
          </w:tcPr>
          <w:p w14:paraId="4DE05F6E" w14:textId="77777777" w:rsidR="00432015" w:rsidRDefault="006D5C48">
            <w:pPr>
              <w:spacing w:after="20"/>
            </w:pPr>
            <w:r>
              <w:rPr>
                <w:color w:val="666666"/>
                <w:sz w:val="16"/>
              </w:rPr>
              <w:t>[Result / link / date]</w:t>
            </w:r>
          </w:p>
        </w:tc>
      </w:tr>
      <w:tr w:rsidR="00432015" w14:paraId="01DA7995" w14:textId="77777777" w:rsidTr="5C4C0B26">
        <w:trPr>
          <w:jc w:val="center"/>
        </w:trPr>
        <w:tc>
          <w:tcPr>
            <w:tcW w:w="2400" w:type="dxa"/>
            <w:shd w:val="clear" w:color="auto" w:fill="F3F7F9"/>
            <w:tcMar>
              <w:top w:w="65" w:type="dxa"/>
              <w:left w:w="75" w:type="dxa"/>
              <w:bottom w:w="65" w:type="dxa"/>
              <w:right w:w="75" w:type="dxa"/>
            </w:tcMar>
            <w:vAlign w:val="center"/>
          </w:tcPr>
          <w:p w14:paraId="7E12075F" w14:textId="77777777" w:rsidR="00432015" w:rsidRDefault="006D5C48">
            <w:pPr>
              <w:spacing w:after="20"/>
            </w:pPr>
            <w:r>
              <w:rPr>
                <w:b/>
                <w:color w:val="17365D"/>
                <w:sz w:val="16"/>
              </w:rPr>
              <w:t>Accessibility review</w:t>
            </w:r>
          </w:p>
        </w:tc>
        <w:tc>
          <w:tcPr>
            <w:tcW w:w="8170" w:type="dxa"/>
            <w:tcMar>
              <w:top w:w="65" w:type="dxa"/>
              <w:left w:w="75" w:type="dxa"/>
              <w:bottom w:w="65" w:type="dxa"/>
              <w:right w:w="75" w:type="dxa"/>
            </w:tcMar>
            <w:vAlign w:val="center"/>
          </w:tcPr>
          <w:p w14:paraId="14B1BE33" w14:textId="77777777" w:rsidR="00432015" w:rsidRDefault="006D5C48">
            <w:pPr>
              <w:spacing w:after="20"/>
            </w:pPr>
            <w:r>
              <w:rPr>
                <w:color w:val="666666"/>
                <w:sz w:val="16"/>
              </w:rPr>
              <w:t>[Result]</w:t>
            </w:r>
          </w:p>
        </w:tc>
      </w:tr>
      <w:tr w:rsidR="00432015" w14:paraId="3D683B3E" w14:textId="77777777" w:rsidTr="5C4C0B26">
        <w:trPr>
          <w:jc w:val="center"/>
        </w:trPr>
        <w:tc>
          <w:tcPr>
            <w:tcW w:w="2400" w:type="dxa"/>
            <w:shd w:val="clear" w:color="auto" w:fill="F3F7F9"/>
            <w:tcMar>
              <w:top w:w="65" w:type="dxa"/>
              <w:left w:w="75" w:type="dxa"/>
              <w:bottom w:w="65" w:type="dxa"/>
              <w:right w:w="75" w:type="dxa"/>
            </w:tcMar>
            <w:vAlign w:val="center"/>
          </w:tcPr>
          <w:p w14:paraId="3576EE72" w14:textId="77777777" w:rsidR="00432015" w:rsidRDefault="006D5C48">
            <w:pPr>
              <w:spacing w:after="20"/>
            </w:pPr>
            <w:r>
              <w:rPr>
                <w:b/>
                <w:color w:val="17365D"/>
                <w:sz w:val="16"/>
              </w:rPr>
              <w:t>Age / student safety</w:t>
            </w:r>
          </w:p>
        </w:tc>
        <w:tc>
          <w:tcPr>
            <w:tcW w:w="8170" w:type="dxa"/>
            <w:tcMar>
              <w:top w:w="65" w:type="dxa"/>
              <w:left w:w="75" w:type="dxa"/>
              <w:bottom w:w="65" w:type="dxa"/>
              <w:right w:w="75" w:type="dxa"/>
            </w:tcMar>
            <w:vAlign w:val="center"/>
          </w:tcPr>
          <w:p w14:paraId="2EA6506D" w14:textId="77777777" w:rsidR="00432015" w:rsidRDefault="006D5C48">
            <w:pPr>
              <w:spacing w:after="20"/>
            </w:pPr>
            <w:r>
              <w:rPr>
                <w:color w:val="666666"/>
                <w:sz w:val="16"/>
              </w:rPr>
              <w:t>[Result]</w:t>
            </w:r>
          </w:p>
        </w:tc>
      </w:tr>
      <w:tr w:rsidR="00432015" w14:paraId="4B646D6F" w14:textId="77777777" w:rsidTr="5C4C0B26">
        <w:trPr>
          <w:jc w:val="center"/>
        </w:trPr>
        <w:tc>
          <w:tcPr>
            <w:tcW w:w="2400" w:type="dxa"/>
            <w:shd w:val="clear" w:color="auto" w:fill="F3F7F9"/>
            <w:tcMar>
              <w:top w:w="65" w:type="dxa"/>
              <w:left w:w="75" w:type="dxa"/>
              <w:bottom w:w="65" w:type="dxa"/>
              <w:right w:w="75" w:type="dxa"/>
            </w:tcMar>
            <w:vAlign w:val="center"/>
          </w:tcPr>
          <w:p w14:paraId="62B5849A" w14:textId="77777777" w:rsidR="00432015" w:rsidRDefault="006D5C48">
            <w:pPr>
              <w:spacing w:after="20"/>
            </w:pPr>
            <w:r>
              <w:rPr>
                <w:b/>
                <w:color w:val="17365D"/>
                <w:sz w:val="16"/>
              </w:rPr>
              <w:t>AI features</w:t>
            </w:r>
          </w:p>
        </w:tc>
        <w:tc>
          <w:tcPr>
            <w:tcW w:w="8170" w:type="dxa"/>
            <w:tcMar>
              <w:top w:w="65" w:type="dxa"/>
              <w:left w:w="75" w:type="dxa"/>
              <w:bottom w:w="65" w:type="dxa"/>
              <w:right w:w="75" w:type="dxa"/>
            </w:tcMar>
            <w:vAlign w:val="center"/>
          </w:tcPr>
          <w:p w14:paraId="68ACE1EF" w14:textId="77777777" w:rsidR="00432015" w:rsidRDefault="006D5C48">
            <w:pPr>
              <w:spacing w:after="20"/>
            </w:pPr>
            <w:r>
              <w:rPr>
                <w:color w:val="666666"/>
                <w:sz w:val="16"/>
              </w:rPr>
              <w:t>[Yes/No; describe]</w:t>
            </w:r>
          </w:p>
        </w:tc>
      </w:tr>
      <w:tr w:rsidR="00432015" w14:paraId="27323189" w14:textId="77777777" w:rsidTr="5C4C0B26">
        <w:trPr>
          <w:jc w:val="center"/>
        </w:trPr>
        <w:tc>
          <w:tcPr>
            <w:tcW w:w="2400" w:type="dxa"/>
            <w:shd w:val="clear" w:color="auto" w:fill="F3F7F9"/>
            <w:tcMar>
              <w:top w:w="65" w:type="dxa"/>
              <w:left w:w="75" w:type="dxa"/>
              <w:bottom w:w="65" w:type="dxa"/>
              <w:right w:w="75" w:type="dxa"/>
            </w:tcMar>
            <w:vAlign w:val="center"/>
          </w:tcPr>
          <w:p w14:paraId="66C70C78" w14:textId="77777777" w:rsidR="00432015" w:rsidRDefault="006D5C48">
            <w:pPr>
              <w:spacing w:after="20"/>
            </w:pPr>
            <w:r>
              <w:rPr>
                <w:b/>
                <w:color w:val="17365D"/>
                <w:sz w:val="16"/>
              </w:rPr>
              <w:t>Cost / contract / renewal</w:t>
            </w:r>
          </w:p>
        </w:tc>
        <w:tc>
          <w:tcPr>
            <w:tcW w:w="8170" w:type="dxa"/>
            <w:tcMar>
              <w:top w:w="65" w:type="dxa"/>
              <w:left w:w="75" w:type="dxa"/>
              <w:bottom w:w="65" w:type="dxa"/>
              <w:right w:w="75" w:type="dxa"/>
            </w:tcMar>
            <w:vAlign w:val="center"/>
          </w:tcPr>
          <w:p w14:paraId="7D364CEE" w14:textId="77777777" w:rsidR="00432015" w:rsidRDefault="006D5C48">
            <w:pPr>
              <w:spacing w:after="20"/>
            </w:pPr>
            <w:r>
              <w:rPr>
                <w:color w:val="666666"/>
                <w:sz w:val="16"/>
              </w:rPr>
              <w:t>[$ / terms / date]</w:t>
            </w:r>
          </w:p>
        </w:tc>
      </w:tr>
      <w:tr w:rsidR="00432015" w14:paraId="63B17DA1" w14:textId="77777777" w:rsidTr="5C4C0B26">
        <w:trPr>
          <w:jc w:val="center"/>
        </w:trPr>
        <w:tc>
          <w:tcPr>
            <w:tcW w:w="2400" w:type="dxa"/>
            <w:shd w:val="clear" w:color="auto" w:fill="F3F7F9"/>
            <w:tcMar>
              <w:top w:w="65" w:type="dxa"/>
              <w:left w:w="75" w:type="dxa"/>
              <w:bottom w:w="65" w:type="dxa"/>
              <w:right w:w="75" w:type="dxa"/>
            </w:tcMar>
            <w:vAlign w:val="center"/>
          </w:tcPr>
          <w:p w14:paraId="4BA31DF9" w14:textId="77777777" w:rsidR="00432015" w:rsidRDefault="006D5C48">
            <w:pPr>
              <w:spacing w:after="20"/>
            </w:pPr>
            <w:r>
              <w:rPr>
                <w:b/>
                <w:color w:val="17365D"/>
                <w:sz w:val="16"/>
              </w:rPr>
              <w:t>Owner</w:t>
            </w:r>
          </w:p>
        </w:tc>
        <w:tc>
          <w:tcPr>
            <w:tcW w:w="8170" w:type="dxa"/>
            <w:tcMar>
              <w:top w:w="65" w:type="dxa"/>
              <w:left w:w="75" w:type="dxa"/>
              <w:bottom w:w="65" w:type="dxa"/>
              <w:right w:w="75" w:type="dxa"/>
            </w:tcMar>
            <w:vAlign w:val="center"/>
          </w:tcPr>
          <w:p w14:paraId="4BC1C50E" w14:textId="77777777" w:rsidR="00432015" w:rsidRDefault="006D5C48">
            <w:pPr>
              <w:spacing w:after="20"/>
            </w:pPr>
            <w:r>
              <w:rPr>
                <w:color w:val="666666"/>
                <w:sz w:val="16"/>
              </w:rPr>
              <w:t>[Person / department]</w:t>
            </w:r>
          </w:p>
        </w:tc>
      </w:tr>
      <w:tr w:rsidR="00432015" w14:paraId="3B02A633" w14:textId="77777777" w:rsidTr="5C4C0B26">
        <w:trPr>
          <w:jc w:val="center"/>
        </w:trPr>
        <w:tc>
          <w:tcPr>
            <w:tcW w:w="2400" w:type="dxa"/>
            <w:shd w:val="clear" w:color="auto" w:fill="F3F7F9"/>
            <w:tcMar>
              <w:top w:w="65" w:type="dxa"/>
              <w:left w:w="75" w:type="dxa"/>
              <w:bottom w:w="65" w:type="dxa"/>
              <w:right w:w="75" w:type="dxa"/>
            </w:tcMar>
            <w:vAlign w:val="center"/>
          </w:tcPr>
          <w:p w14:paraId="2B2D77A2" w14:textId="77777777" w:rsidR="00432015" w:rsidRDefault="006D5C48">
            <w:pPr>
              <w:spacing w:after="20"/>
            </w:pPr>
            <w:r>
              <w:rPr>
                <w:b/>
                <w:color w:val="17365D"/>
                <w:sz w:val="16"/>
              </w:rPr>
              <w:t>Approval decision</w:t>
            </w:r>
          </w:p>
        </w:tc>
        <w:tc>
          <w:tcPr>
            <w:tcW w:w="8170" w:type="dxa"/>
            <w:tcMar>
              <w:top w:w="65" w:type="dxa"/>
              <w:left w:w="75" w:type="dxa"/>
              <w:bottom w:w="65" w:type="dxa"/>
              <w:right w:w="75" w:type="dxa"/>
            </w:tcMar>
            <w:vAlign w:val="center"/>
          </w:tcPr>
          <w:p w14:paraId="0A535C25" w14:textId="77777777" w:rsidR="00432015" w:rsidRDefault="006D5C48">
            <w:pPr>
              <w:spacing w:after="20"/>
            </w:pPr>
            <w:r>
              <w:rPr>
                <w:color w:val="666666"/>
                <w:sz w:val="16"/>
              </w:rPr>
              <w:t>[Approved / pilot / declined]</w:t>
            </w:r>
          </w:p>
        </w:tc>
      </w:tr>
      <w:tr w:rsidR="00432015" w14:paraId="26AB6D91" w14:textId="77777777" w:rsidTr="5C4C0B26">
        <w:trPr>
          <w:jc w:val="center"/>
        </w:trPr>
        <w:tc>
          <w:tcPr>
            <w:tcW w:w="2400" w:type="dxa"/>
            <w:shd w:val="clear" w:color="auto" w:fill="F3F7F9"/>
            <w:tcMar>
              <w:top w:w="65" w:type="dxa"/>
              <w:left w:w="75" w:type="dxa"/>
              <w:bottom w:w="65" w:type="dxa"/>
              <w:right w:w="75" w:type="dxa"/>
            </w:tcMar>
            <w:vAlign w:val="center"/>
          </w:tcPr>
          <w:p w14:paraId="6FAEB330" w14:textId="77777777" w:rsidR="00432015" w:rsidRDefault="006D5C48">
            <w:pPr>
              <w:spacing w:after="20"/>
            </w:pPr>
            <w:r>
              <w:rPr>
                <w:b/>
                <w:color w:val="17365D"/>
                <w:sz w:val="16"/>
              </w:rPr>
              <w:t>Review date</w:t>
            </w:r>
          </w:p>
        </w:tc>
        <w:tc>
          <w:tcPr>
            <w:tcW w:w="8170" w:type="dxa"/>
            <w:tcMar>
              <w:top w:w="65" w:type="dxa"/>
              <w:left w:w="75" w:type="dxa"/>
              <w:bottom w:w="65" w:type="dxa"/>
              <w:right w:w="75" w:type="dxa"/>
            </w:tcMar>
            <w:vAlign w:val="center"/>
          </w:tcPr>
          <w:p w14:paraId="1C1D2F47" w14:textId="77777777" w:rsidR="00432015" w:rsidRDefault="006D5C48">
            <w:pPr>
              <w:spacing w:after="20"/>
            </w:pPr>
            <w:r>
              <w:rPr>
                <w:color w:val="666666"/>
                <w:sz w:val="16"/>
              </w:rPr>
              <w:t>[Date]</w:t>
            </w:r>
          </w:p>
        </w:tc>
      </w:tr>
    </w:tbl>
    <w:p w14:paraId="1997250D" w14:textId="26C2B5BD" w:rsidR="00432015" w:rsidRDefault="006D5C48" w:rsidP="0057409F">
      <w:pPr>
        <w:pStyle w:val="Heading1"/>
      </w:pPr>
      <w:r w:rsidRPr="5C4C0B26">
        <w:lastRenderedPageBreak/>
        <w:t xml:space="preserve">Appendix </w:t>
      </w:r>
      <w:r w:rsidR="41DBE410" w:rsidRPr="5C4C0B26">
        <w:t>G</w:t>
      </w:r>
      <w:r w:rsidRPr="5C4C0B26">
        <w:t xml:space="preserve">.  </w:t>
      </w:r>
      <w:r w:rsidR="608B573B" w:rsidRPr="5C4C0B26">
        <w:t>Operational</w:t>
      </w:r>
      <w:r w:rsidR="702065A4" w:rsidRPr="5C4C0B26">
        <w:t xml:space="preserve"> Metrics</w:t>
      </w:r>
    </w:p>
    <w:p w14:paraId="4E81DDA1" w14:textId="4442C5B6" w:rsidR="00A8405B" w:rsidRDefault="008912A4" w:rsidP="006F7934">
      <w:pPr>
        <w:spacing w:after="100"/>
      </w:pPr>
      <w:r>
        <w:rPr>
          <w:i/>
          <w:color w:val="666666"/>
        </w:rPr>
        <w:t>Samp</w:t>
      </w:r>
      <w:r w:rsidR="000B0C6F">
        <w:rPr>
          <w:i/>
          <w:color w:val="666666"/>
        </w:rPr>
        <w:t xml:space="preserve">le metrics to </w:t>
      </w:r>
      <w:r w:rsidR="00D52E10">
        <w:rPr>
          <w:i/>
          <w:color w:val="666666"/>
        </w:rPr>
        <w:t xml:space="preserve">help </w:t>
      </w:r>
      <w:r w:rsidR="00C132E8">
        <w:rPr>
          <w:i/>
          <w:color w:val="666666"/>
        </w:rPr>
        <w:t xml:space="preserve">establish </w:t>
      </w:r>
      <w:r w:rsidR="00071464">
        <w:rPr>
          <w:i/>
          <w:color w:val="666666"/>
        </w:rPr>
        <w:t>your</w:t>
      </w:r>
      <w:r w:rsidR="00CA54C8">
        <w:rPr>
          <w:i/>
          <w:color w:val="666666"/>
        </w:rPr>
        <w:t xml:space="preserve"> oper</w:t>
      </w:r>
      <w:r w:rsidR="0090736A">
        <w:rPr>
          <w:i/>
          <w:color w:val="666666"/>
        </w:rPr>
        <w:t>ational success</w:t>
      </w:r>
    </w:p>
    <w:p w14:paraId="434767E4" w14:textId="2DC08A2E" w:rsidR="46856325" w:rsidRDefault="46856325" w:rsidP="009D6481">
      <w:pPr>
        <w:pStyle w:val="ListBullet"/>
        <w:spacing w:after="20"/>
        <w:ind w:left="540"/>
      </w:pPr>
      <w:r>
        <w:t>Ticket volume and resolution time</w:t>
      </w:r>
    </w:p>
    <w:p w14:paraId="327AD98E" w14:textId="77777777" w:rsidR="46856325" w:rsidRDefault="46856325" w:rsidP="009D6481">
      <w:pPr>
        <w:pStyle w:val="ListBullet"/>
        <w:spacing w:after="20"/>
        <w:ind w:left="540"/>
      </w:pPr>
      <w:r>
        <w:t>Network uptime / major outage minutes</w:t>
      </w:r>
    </w:p>
    <w:p w14:paraId="7A05C689" w14:textId="77777777" w:rsidR="46856325" w:rsidRDefault="46856325" w:rsidP="009D6481">
      <w:pPr>
        <w:pStyle w:val="ListBullet"/>
        <w:spacing w:after="20"/>
        <w:ind w:left="540"/>
      </w:pPr>
      <w:r>
        <w:t>Device failure and repair rates</w:t>
      </w:r>
    </w:p>
    <w:p w14:paraId="3539A636" w14:textId="77777777" w:rsidR="46856325" w:rsidRDefault="46856325" w:rsidP="009D6481">
      <w:pPr>
        <w:pStyle w:val="ListBullet"/>
        <w:spacing w:after="20"/>
        <w:ind w:left="540"/>
      </w:pPr>
      <w:r>
        <w:t>Security incidents and remediation status</w:t>
      </w:r>
    </w:p>
    <w:p w14:paraId="04BEE3CC" w14:textId="77777777" w:rsidR="46856325" w:rsidRDefault="46856325" w:rsidP="009D6481">
      <w:pPr>
        <w:pStyle w:val="ListBullet"/>
        <w:spacing w:after="20"/>
        <w:ind w:left="540"/>
      </w:pPr>
      <w:r>
        <w:t>Backup success and recovery-test results</w:t>
      </w:r>
    </w:p>
    <w:p w14:paraId="43837AB7" w14:textId="77777777" w:rsidR="46856325" w:rsidRDefault="46856325" w:rsidP="009D6481">
      <w:pPr>
        <w:pStyle w:val="ListBullet"/>
        <w:spacing w:after="20"/>
        <w:ind w:left="540"/>
      </w:pPr>
      <w:r>
        <w:t>Application inventory and renewal dates</w:t>
      </w:r>
    </w:p>
    <w:p w14:paraId="25E520C3" w14:textId="77777777" w:rsidR="46856325" w:rsidRDefault="46856325" w:rsidP="009D6481">
      <w:pPr>
        <w:pStyle w:val="ListBullet"/>
        <w:spacing w:after="20"/>
        <w:ind w:left="540"/>
      </w:pPr>
      <w:r>
        <w:t>Teacher/student support satisfaction</w:t>
      </w:r>
    </w:p>
    <w:p w14:paraId="7FAEB39E" w14:textId="2B1F8C92" w:rsidR="5C4C0B26" w:rsidRPr="009D33C8" w:rsidRDefault="46856325" w:rsidP="009D33C8">
      <w:pPr>
        <w:pStyle w:val="ListBullet"/>
        <w:spacing w:after="20"/>
        <w:ind w:left="540"/>
      </w:pPr>
      <w:r>
        <w:t>Completion of annual technology and security training</w:t>
      </w:r>
    </w:p>
    <w:p w14:paraId="09C99055" w14:textId="7BE7A927" w:rsidR="00B304ED" w:rsidRDefault="00B304ED" w:rsidP="0057409F">
      <w:pPr>
        <w:pStyle w:val="Heading1"/>
      </w:pPr>
      <w:r w:rsidRPr="5C4C0B26">
        <w:t xml:space="preserve">Appendix </w:t>
      </w:r>
      <w:r w:rsidR="0AAF90EF" w:rsidRPr="5C4C0B26">
        <w:t>H</w:t>
      </w:r>
      <w:r w:rsidRPr="5C4C0B26">
        <w:t xml:space="preserve">. </w:t>
      </w:r>
      <w:r w:rsidR="00A736E9" w:rsidRPr="5C4C0B26">
        <w:t>Checklists</w:t>
      </w:r>
    </w:p>
    <w:p w14:paraId="75BABAB2" w14:textId="28C0DEC5" w:rsidR="00B304ED" w:rsidRPr="00B304ED" w:rsidRDefault="00A736E9" w:rsidP="00B304ED">
      <w:pPr>
        <w:spacing w:after="100"/>
      </w:pPr>
      <w:r>
        <w:rPr>
          <w:i/>
          <w:color w:val="666666"/>
        </w:rPr>
        <w:t>Checklists to help with regular reviews</w:t>
      </w:r>
    </w:p>
    <w:p w14:paraId="31076F95" w14:textId="77777777" w:rsidR="00B304ED" w:rsidRPr="009A22E6" w:rsidRDefault="00B304ED" w:rsidP="0057409F">
      <w:pPr>
        <w:pStyle w:val="Heading2"/>
        <w:rPr>
          <w:sz w:val="12"/>
        </w:rPr>
      </w:pPr>
      <w:r w:rsidRPr="009A22E6">
        <w:t xml:space="preserve">Minimum Annual Security Review.  </w:t>
      </w:r>
    </w:p>
    <w:p w14:paraId="05506972" w14:textId="77777777" w:rsidR="00B304ED" w:rsidRDefault="00B304ED" w:rsidP="0057409F">
      <w:pPr>
        <w:pStyle w:val="ListBullet"/>
        <w:numPr>
          <w:ilvl w:val="0"/>
          <w:numId w:val="0"/>
        </w:numPr>
        <w:spacing w:after="20"/>
        <w:ind w:left="270"/>
      </w:pPr>
      <w:r>
        <w:t>☐ Review administrator accounts and privileged access.</w:t>
      </w:r>
    </w:p>
    <w:p w14:paraId="78E9E45F" w14:textId="77777777" w:rsidR="00B304ED" w:rsidRDefault="00B304ED" w:rsidP="0057409F">
      <w:pPr>
        <w:pStyle w:val="ListBullet"/>
        <w:numPr>
          <w:ilvl w:val="0"/>
          <w:numId w:val="0"/>
        </w:numPr>
        <w:spacing w:after="20"/>
        <w:ind w:left="270"/>
      </w:pPr>
      <w:r>
        <w:t>☐ Verify MFA coverage and disable departed-user accounts.</w:t>
      </w:r>
    </w:p>
    <w:p w14:paraId="3FEB05ED" w14:textId="77777777" w:rsidR="00B304ED" w:rsidRDefault="00B304ED" w:rsidP="0057409F">
      <w:pPr>
        <w:pStyle w:val="ListBullet"/>
        <w:numPr>
          <w:ilvl w:val="0"/>
          <w:numId w:val="0"/>
        </w:numPr>
        <w:spacing w:after="20"/>
        <w:ind w:left="270"/>
      </w:pPr>
      <w:r>
        <w:t>☐ Review backup success and perform at least one recovery test.</w:t>
      </w:r>
    </w:p>
    <w:p w14:paraId="364F20DA" w14:textId="77777777" w:rsidR="00B304ED" w:rsidRDefault="00B304ED" w:rsidP="0057409F">
      <w:pPr>
        <w:pStyle w:val="ListBullet"/>
        <w:numPr>
          <w:ilvl w:val="0"/>
          <w:numId w:val="0"/>
        </w:numPr>
        <w:spacing w:after="20"/>
        <w:ind w:left="270"/>
      </w:pPr>
      <w:r>
        <w:t>☐ Review critical software, vendor access, and data-sharing agreements.</w:t>
      </w:r>
    </w:p>
    <w:p w14:paraId="14AC172D" w14:textId="77777777" w:rsidR="00B304ED" w:rsidRDefault="00B304ED" w:rsidP="0057409F">
      <w:pPr>
        <w:pStyle w:val="ListBullet"/>
        <w:numPr>
          <w:ilvl w:val="0"/>
          <w:numId w:val="0"/>
        </w:numPr>
        <w:spacing w:after="20"/>
        <w:ind w:left="270"/>
      </w:pPr>
      <w:r>
        <w:t>☐ Review firewall/filtering rules and network segmentation.</w:t>
      </w:r>
    </w:p>
    <w:p w14:paraId="2901D3DE" w14:textId="77777777" w:rsidR="00B304ED" w:rsidRDefault="00B304ED" w:rsidP="0057409F">
      <w:pPr>
        <w:pStyle w:val="ListBullet"/>
        <w:numPr>
          <w:ilvl w:val="0"/>
          <w:numId w:val="0"/>
        </w:numPr>
        <w:spacing w:after="20"/>
        <w:ind w:left="270"/>
      </w:pPr>
      <w:r>
        <w:t>☐ Conduct staff cybersecurity awareness training.</w:t>
      </w:r>
    </w:p>
    <w:p w14:paraId="5A5E58E6" w14:textId="7C5B45B3" w:rsidR="6A5D6866" w:rsidRDefault="00B304ED" w:rsidP="0057409F">
      <w:pPr>
        <w:pStyle w:val="ListBullet"/>
        <w:numPr>
          <w:ilvl w:val="0"/>
          <w:numId w:val="0"/>
        </w:numPr>
        <w:spacing w:after="20"/>
        <w:ind w:left="270"/>
      </w:pPr>
      <w:r>
        <w:t>☐ Review incident-response contacts and escalation procedures.</w:t>
      </w:r>
      <w:r>
        <w:br/>
        <w:t>☐ Document major vulnerabilities, risks, and remediation priorities.</w:t>
      </w:r>
    </w:p>
    <w:p w14:paraId="36DC92F1" w14:textId="77777777" w:rsidR="38257835" w:rsidRPr="006F6FCF" w:rsidRDefault="38257835" w:rsidP="0057409F">
      <w:pPr>
        <w:pStyle w:val="Heading2"/>
        <w:rPr>
          <w:sz w:val="14"/>
          <w:szCs w:val="18"/>
        </w:rPr>
      </w:pPr>
      <w:r w:rsidRPr="006F6FCF">
        <w:t xml:space="preserve">Application Approval Checklist.  </w:t>
      </w:r>
    </w:p>
    <w:p w14:paraId="1054B788" w14:textId="77777777" w:rsidR="38257835" w:rsidRDefault="38257835" w:rsidP="0057409F">
      <w:pPr>
        <w:pStyle w:val="ListBullet"/>
        <w:numPr>
          <w:ilvl w:val="0"/>
          <w:numId w:val="0"/>
        </w:numPr>
        <w:spacing w:after="20"/>
        <w:ind w:left="270"/>
      </w:pPr>
      <w:r>
        <w:t>☐ Clear educational or operational purpose</w:t>
      </w:r>
    </w:p>
    <w:p w14:paraId="0FABA9D6" w14:textId="77777777" w:rsidR="38257835" w:rsidRDefault="38257835" w:rsidP="0057409F">
      <w:pPr>
        <w:pStyle w:val="ListBullet"/>
        <w:numPr>
          <w:ilvl w:val="0"/>
          <w:numId w:val="0"/>
        </w:numPr>
        <w:spacing w:after="20"/>
        <w:ind w:left="270"/>
      </w:pPr>
      <w:r>
        <w:t>☐ Data privacy/security review</w:t>
      </w:r>
    </w:p>
    <w:p w14:paraId="76D01594" w14:textId="77777777" w:rsidR="38257835" w:rsidRDefault="38257835" w:rsidP="0057409F">
      <w:pPr>
        <w:pStyle w:val="ListBullet"/>
        <w:numPr>
          <w:ilvl w:val="0"/>
          <w:numId w:val="0"/>
        </w:numPr>
        <w:spacing w:after="20"/>
        <w:ind w:left="270"/>
      </w:pPr>
      <w:r>
        <w:t>☐ Accessibility and learner-support review</w:t>
      </w:r>
    </w:p>
    <w:p w14:paraId="120953E5" w14:textId="77777777" w:rsidR="38257835" w:rsidRDefault="38257835" w:rsidP="0057409F">
      <w:pPr>
        <w:pStyle w:val="ListBullet"/>
        <w:numPr>
          <w:ilvl w:val="0"/>
          <w:numId w:val="0"/>
        </w:numPr>
        <w:spacing w:after="20"/>
        <w:ind w:left="270"/>
      </w:pPr>
      <w:r>
        <w:t>☐ Age appropriateness and student safety</w:t>
      </w:r>
    </w:p>
    <w:p w14:paraId="7713BB3B" w14:textId="77777777" w:rsidR="38257835" w:rsidRDefault="38257835" w:rsidP="0057409F">
      <w:pPr>
        <w:pStyle w:val="ListBullet"/>
        <w:numPr>
          <w:ilvl w:val="0"/>
          <w:numId w:val="0"/>
        </w:numPr>
        <w:spacing w:after="20"/>
        <w:ind w:left="270"/>
      </w:pPr>
      <w:r>
        <w:t>☐ Integration / SSO requirements identified</w:t>
      </w:r>
    </w:p>
    <w:p w14:paraId="2C2DD07A" w14:textId="77777777" w:rsidR="38257835" w:rsidRDefault="38257835" w:rsidP="0057409F">
      <w:pPr>
        <w:pStyle w:val="ListBullet"/>
        <w:numPr>
          <w:ilvl w:val="0"/>
          <w:numId w:val="0"/>
        </w:numPr>
        <w:spacing w:after="20"/>
        <w:ind w:left="270"/>
      </w:pPr>
      <w:r>
        <w:t>☐ Contract, renewal, and data-retention terms reviewed</w:t>
      </w:r>
    </w:p>
    <w:p w14:paraId="07745C69" w14:textId="77777777" w:rsidR="38257835" w:rsidRDefault="38257835" w:rsidP="0057409F">
      <w:pPr>
        <w:pStyle w:val="ListBullet"/>
        <w:numPr>
          <w:ilvl w:val="0"/>
          <w:numId w:val="0"/>
        </w:numPr>
        <w:spacing w:after="20"/>
        <w:ind w:left="270"/>
      </w:pPr>
      <w:r>
        <w:t>☐ Total cost of ownership identified</w:t>
      </w:r>
    </w:p>
    <w:p w14:paraId="6D46727C" w14:textId="77777777" w:rsidR="38257835" w:rsidRDefault="38257835" w:rsidP="0057409F">
      <w:pPr>
        <w:pStyle w:val="ListBullet"/>
        <w:numPr>
          <w:ilvl w:val="0"/>
          <w:numId w:val="0"/>
        </w:numPr>
        <w:spacing w:after="20"/>
        <w:ind w:left="270"/>
      </w:pPr>
      <w:r>
        <w:t>☐ Teacher/user training and support identified</w:t>
      </w:r>
    </w:p>
    <w:p w14:paraId="760D5CD5" w14:textId="77777777" w:rsidR="38257835" w:rsidRDefault="38257835" w:rsidP="0057409F">
      <w:pPr>
        <w:pStyle w:val="ListBullet"/>
        <w:numPr>
          <w:ilvl w:val="0"/>
          <w:numId w:val="0"/>
        </w:numPr>
        <w:spacing w:after="20"/>
        <w:ind w:left="270"/>
      </w:pPr>
      <w:r>
        <w:t>☐ Owner assigned and annual review date established</w:t>
      </w:r>
    </w:p>
    <w:p w14:paraId="0CAEDBCF" w14:textId="2996E269" w:rsidR="00B304ED" w:rsidRDefault="00B304ED" w:rsidP="00B304ED">
      <w:pPr>
        <w:pStyle w:val="ListBullet"/>
        <w:numPr>
          <w:ilvl w:val="0"/>
          <w:numId w:val="0"/>
        </w:numPr>
        <w:spacing w:after="20"/>
        <w:ind w:left="-90"/>
      </w:pPr>
    </w:p>
    <w:sectPr w:rsidR="00B304ED" w:rsidSect="00034616">
      <w:headerReference w:type="default" r:id="rId10"/>
      <w:footerReference w:type="default" r:id="rId11"/>
      <w:pgSz w:w="12240" w:h="15840"/>
      <w:pgMar w:top="792" w:right="835" w:bottom="792" w:left="8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6C9301" w14:textId="77777777" w:rsidR="00092C8D" w:rsidRDefault="00092C8D">
      <w:pPr>
        <w:spacing w:after="0" w:line="240" w:lineRule="auto"/>
      </w:pPr>
      <w:r>
        <w:separator/>
      </w:r>
    </w:p>
  </w:endnote>
  <w:endnote w:type="continuationSeparator" w:id="0">
    <w:p w14:paraId="485FF2DF" w14:textId="77777777" w:rsidR="00092C8D" w:rsidRDefault="00092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93BD8" w14:textId="77777777" w:rsidR="00747FC0" w:rsidRDefault="00747FC0">
    <w:pPr>
      <w:pStyle w:val="Footer"/>
      <w:jc w:val="center"/>
    </w:pPr>
    <w:r w:rsidRPr="525B5BC6">
      <w:rPr>
        <w:color w:val="666666"/>
        <w:sz w:val="15"/>
        <w:szCs w:val="15"/>
      </w:rPr>
      <w:t xml:space="preserve"> Seventh-day Adventist Academy Technology &amp; Digital Learning Plan  </w:t>
    </w:r>
    <w:r>
      <w:t xml:space="preserve">  |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F6EFAD" w14:textId="77777777" w:rsidR="00092C8D" w:rsidRDefault="00092C8D">
      <w:pPr>
        <w:spacing w:after="0" w:line="240" w:lineRule="auto"/>
      </w:pPr>
      <w:r>
        <w:separator/>
      </w:r>
    </w:p>
  </w:footnote>
  <w:footnote w:type="continuationSeparator" w:id="0">
    <w:p w14:paraId="1F5A6216" w14:textId="77777777" w:rsidR="00092C8D" w:rsidRDefault="00092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E903CB" w14:textId="77777777" w:rsidR="00747FC0" w:rsidRDefault="00747FC0">
    <w:pPr>
      <w:pStyle w:val="Header"/>
      <w:jc w:val="right"/>
    </w:pPr>
    <w:r w:rsidRPr="6C15575A">
      <w:rPr>
        <w:b/>
        <w:bCs/>
        <w:color w:val="2F7E8D"/>
        <w:sz w:val="15"/>
        <w:szCs w:val="15"/>
      </w:rPr>
      <w:t>ACADEMY/</w:t>
    </w:r>
    <w:r w:rsidRPr="6632AB79">
      <w:rPr>
        <w:b/>
        <w:bCs/>
        <w:color w:val="2F7E8D"/>
        <w:sz w:val="15"/>
        <w:szCs w:val="15"/>
      </w:rPr>
      <w:t>LARGE SCHOOL</w:t>
    </w:r>
    <w:r w:rsidRPr="6C15575A">
      <w:rPr>
        <w:b/>
        <w:bCs/>
        <w:color w:val="2F7E8D"/>
        <w:sz w:val="15"/>
        <w:szCs w:val="15"/>
      </w:rPr>
      <w:t xml:space="preserve"> TECHNOLOGY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574EE7E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9E05B5"/>
    <w:multiLevelType w:val="hybridMultilevel"/>
    <w:tmpl w:val="5074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0006613">
    <w:abstractNumId w:val="6"/>
  </w:num>
  <w:num w:numId="2" w16cid:durableId="1100368410">
    <w:abstractNumId w:val="1"/>
  </w:num>
  <w:num w:numId="3" w16cid:durableId="1463186566">
    <w:abstractNumId w:val="2"/>
  </w:num>
  <w:num w:numId="4" w16cid:durableId="1614938871">
    <w:abstractNumId w:val="8"/>
  </w:num>
  <w:num w:numId="5" w16cid:durableId="1911500945">
    <w:abstractNumId w:val="3"/>
  </w:num>
  <w:num w:numId="6" w16cid:durableId="1930234261">
    <w:abstractNumId w:val="0"/>
  </w:num>
  <w:num w:numId="7" w16cid:durableId="1997149168">
    <w:abstractNumId w:val="5"/>
  </w:num>
  <w:num w:numId="8" w16cid:durableId="726874035">
    <w:abstractNumId w:val="4"/>
  </w:num>
  <w:num w:numId="9" w16cid:durableId="75711661">
    <w:abstractNumId w:val="7"/>
  </w:num>
  <w:num w:numId="10" w16cid:durableId="89990388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B15"/>
    <w:rsid w:val="0000563C"/>
    <w:rsid w:val="000232C8"/>
    <w:rsid w:val="0003001A"/>
    <w:rsid w:val="0003393D"/>
    <w:rsid w:val="00034616"/>
    <w:rsid w:val="00035DAB"/>
    <w:rsid w:val="000373FA"/>
    <w:rsid w:val="000447B9"/>
    <w:rsid w:val="0004642E"/>
    <w:rsid w:val="0006063C"/>
    <w:rsid w:val="00060803"/>
    <w:rsid w:val="00071464"/>
    <w:rsid w:val="00074970"/>
    <w:rsid w:val="00082586"/>
    <w:rsid w:val="00083B8E"/>
    <w:rsid w:val="00083E08"/>
    <w:rsid w:val="0008558F"/>
    <w:rsid w:val="00090EF0"/>
    <w:rsid w:val="00092C8D"/>
    <w:rsid w:val="000A311F"/>
    <w:rsid w:val="000B0C6F"/>
    <w:rsid w:val="000B2A0D"/>
    <w:rsid w:val="000B39CF"/>
    <w:rsid w:val="000B41C2"/>
    <w:rsid w:val="000C3908"/>
    <w:rsid w:val="000C70F0"/>
    <w:rsid w:val="000C73E5"/>
    <w:rsid w:val="000D019C"/>
    <w:rsid w:val="000D44BE"/>
    <w:rsid w:val="000D459D"/>
    <w:rsid w:val="000D5034"/>
    <w:rsid w:val="000D72F1"/>
    <w:rsid w:val="000E0532"/>
    <w:rsid w:val="000F1B32"/>
    <w:rsid w:val="000F7F75"/>
    <w:rsid w:val="00103FCB"/>
    <w:rsid w:val="00111C47"/>
    <w:rsid w:val="00113D9A"/>
    <w:rsid w:val="00115D92"/>
    <w:rsid w:val="0013533A"/>
    <w:rsid w:val="0014059B"/>
    <w:rsid w:val="0015074B"/>
    <w:rsid w:val="00152D85"/>
    <w:rsid w:val="00157BC2"/>
    <w:rsid w:val="001662FD"/>
    <w:rsid w:val="00173878"/>
    <w:rsid w:val="001811B7"/>
    <w:rsid w:val="001824D4"/>
    <w:rsid w:val="00193B64"/>
    <w:rsid w:val="00196B3A"/>
    <w:rsid w:val="001A484E"/>
    <w:rsid w:val="001B0EC3"/>
    <w:rsid w:val="001B39BF"/>
    <w:rsid w:val="001B66F3"/>
    <w:rsid w:val="001C172F"/>
    <w:rsid w:val="001D0EA5"/>
    <w:rsid w:val="001D3D2E"/>
    <w:rsid w:val="001D6061"/>
    <w:rsid w:val="001E14A0"/>
    <w:rsid w:val="001F2577"/>
    <w:rsid w:val="001F46CB"/>
    <w:rsid w:val="001F5A0E"/>
    <w:rsid w:val="00203CF7"/>
    <w:rsid w:val="0022118B"/>
    <w:rsid w:val="00225B1D"/>
    <w:rsid w:val="00227B5A"/>
    <w:rsid w:val="00231B1E"/>
    <w:rsid w:val="00251F8F"/>
    <w:rsid w:val="00263B4C"/>
    <w:rsid w:val="002838AC"/>
    <w:rsid w:val="00285B2B"/>
    <w:rsid w:val="00287938"/>
    <w:rsid w:val="0029436B"/>
    <w:rsid w:val="0029639D"/>
    <w:rsid w:val="00296E77"/>
    <w:rsid w:val="002A0B24"/>
    <w:rsid w:val="002C3090"/>
    <w:rsid w:val="002C78B8"/>
    <w:rsid w:val="002D327C"/>
    <w:rsid w:val="002E239F"/>
    <w:rsid w:val="002E6975"/>
    <w:rsid w:val="002F0A3A"/>
    <w:rsid w:val="002F3F0C"/>
    <w:rsid w:val="00314BBB"/>
    <w:rsid w:val="00326F90"/>
    <w:rsid w:val="003417AC"/>
    <w:rsid w:val="00351854"/>
    <w:rsid w:val="00353946"/>
    <w:rsid w:val="003553A7"/>
    <w:rsid w:val="00366661"/>
    <w:rsid w:val="003677B6"/>
    <w:rsid w:val="00392481"/>
    <w:rsid w:val="003A20FC"/>
    <w:rsid w:val="003A4517"/>
    <w:rsid w:val="003A74F1"/>
    <w:rsid w:val="003C0E0F"/>
    <w:rsid w:val="003C7F39"/>
    <w:rsid w:val="003E1DC4"/>
    <w:rsid w:val="003F5348"/>
    <w:rsid w:val="003F5E38"/>
    <w:rsid w:val="00406CF5"/>
    <w:rsid w:val="00411D05"/>
    <w:rsid w:val="00411ECB"/>
    <w:rsid w:val="004302E8"/>
    <w:rsid w:val="00432015"/>
    <w:rsid w:val="004332FA"/>
    <w:rsid w:val="00435589"/>
    <w:rsid w:val="00436342"/>
    <w:rsid w:val="00440C2E"/>
    <w:rsid w:val="00441432"/>
    <w:rsid w:val="004452F4"/>
    <w:rsid w:val="00454400"/>
    <w:rsid w:val="00454CD9"/>
    <w:rsid w:val="00463DD4"/>
    <w:rsid w:val="00464E03"/>
    <w:rsid w:val="00483623"/>
    <w:rsid w:val="00491F44"/>
    <w:rsid w:val="00496263"/>
    <w:rsid w:val="00497542"/>
    <w:rsid w:val="004A1390"/>
    <w:rsid w:val="004A23F3"/>
    <w:rsid w:val="004A2A83"/>
    <w:rsid w:val="004A3B45"/>
    <w:rsid w:val="004B0BDC"/>
    <w:rsid w:val="004D6822"/>
    <w:rsid w:val="004D7758"/>
    <w:rsid w:val="004E0A3E"/>
    <w:rsid w:val="004E1AE9"/>
    <w:rsid w:val="004E26D0"/>
    <w:rsid w:val="004E2764"/>
    <w:rsid w:val="004E5485"/>
    <w:rsid w:val="004E6845"/>
    <w:rsid w:val="00500752"/>
    <w:rsid w:val="00505520"/>
    <w:rsid w:val="00507C03"/>
    <w:rsid w:val="00517F36"/>
    <w:rsid w:val="0052119E"/>
    <w:rsid w:val="00522CA4"/>
    <w:rsid w:val="00525515"/>
    <w:rsid w:val="0053261A"/>
    <w:rsid w:val="00543983"/>
    <w:rsid w:val="00543995"/>
    <w:rsid w:val="0054664F"/>
    <w:rsid w:val="00563AE1"/>
    <w:rsid w:val="0056403F"/>
    <w:rsid w:val="005701D7"/>
    <w:rsid w:val="0057409F"/>
    <w:rsid w:val="00574361"/>
    <w:rsid w:val="00597FB3"/>
    <w:rsid w:val="005B40EF"/>
    <w:rsid w:val="005D4822"/>
    <w:rsid w:val="005D4916"/>
    <w:rsid w:val="005D4BF0"/>
    <w:rsid w:val="005E4674"/>
    <w:rsid w:val="005F38AB"/>
    <w:rsid w:val="0060019B"/>
    <w:rsid w:val="00610701"/>
    <w:rsid w:val="0061133E"/>
    <w:rsid w:val="00626F85"/>
    <w:rsid w:val="0062785C"/>
    <w:rsid w:val="00627A3A"/>
    <w:rsid w:val="00627B1A"/>
    <w:rsid w:val="00632B24"/>
    <w:rsid w:val="00643930"/>
    <w:rsid w:val="00647306"/>
    <w:rsid w:val="00651E2D"/>
    <w:rsid w:val="006648D1"/>
    <w:rsid w:val="00666DF8"/>
    <w:rsid w:val="006740BA"/>
    <w:rsid w:val="0069234E"/>
    <w:rsid w:val="006A119F"/>
    <w:rsid w:val="006A37E4"/>
    <w:rsid w:val="006A4255"/>
    <w:rsid w:val="006A585B"/>
    <w:rsid w:val="006B6DBF"/>
    <w:rsid w:val="006C5BBF"/>
    <w:rsid w:val="006D1CCD"/>
    <w:rsid w:val="006D5C48"/>
    <w:rsid w:val="006D74D8"/>
    <w:rsid w:val="006E2F2D"/>
    <w:rsid w:val="006E68E3"/>
    <w:rsid w:val="006F6FCF"/>
    <w:rsid w:val="006F7934"/>
    <w:rsid w:val="00701A72"/>
    <w:rsid w:val="00703C4A"/>
    <w:rsid w:val="0071069D"/>
    <w:rsid w:val="00714C68"/>
    <w:rsid w:val="00727EAE"/>
    <w:rsid w:val="00734E92"/>
    <w:rsid w:val="00747FC0"/>
    <w:rsid w:val="007514EB"/>
    <w:rsid w:val="00754D75"/>
    <w:rsid w:val="0075786B"/>
    <w:rsid w:val="007652A2"/>
    <w:rsid w:val="007656A0"/>
    <w:rsid w:val="00773A70"/>
    <w:rsid w:val="00781556"/>
    <w:rsid w:val="00793858"/>
    <w:rsid w:val="007963E0"/>
    <w:rsid w:val="00797ADB"/>
    <w:rsid w:val="007A306E"/>
    <w:rsid w:val="007A5C60"/>
    <w:rsid w:val="007B096B"/>
    <w:rsid w:val="007C305C"/>
    <w:rsid w:val="007D5F09"/>
    <w:rsid w:val="007E412C"/>
    <w:rsid w:val="007F13D0"/>
    <w:rsid w:val="007F3F41"/>
    <w:rsid w:val="007F5A4B"/>
    <w:rsid w:val="008009FB"/>
    <w:rsid w:val="00802BDC"/>
    <w:rsid w:val="00822C2A"/>
    <w:rsid w:val="00832366"/>
    <w:rsid w:val="00834073"/>
    <w:rsid w:val="008349A5"/>
    <w:rsid w:val="00835BE2"/>
    <w:rsid w:val="00843D04"/>
    <w:rsid w:val="00844D8D"/>
    <w:rsid w:val="00861705"/>
    <w:rsid w:val="00862249"/>
    <w:rsid w:val="00864585"/>
    <w:rsid w:val="00871ED2"/>
    <w:rsid w:val="00875BF3"/>
    <w:rsid w:val="008912A4"/>
    <w:rsid w:val="00892DB3"/>
    <w:rsid w:val="008A2411"/>
    <w:rsid w:val="008A5093"/>
    <w:rsid w:val="008B35A3"/>
    <w:rsid w:val="008C40E2"/>
    <w:rsid w:val="008C4265"/>
    <w:rsid w:val="008C7F61"/>
    <w:rsid w:val="008D05AB"/>
    <w:rsid w:val="008D096C"/>
    <w:rsid w:val="008E192E"/>
    <w:rsid w:val="008F2CE3"/>
    <w:rsid w:val="00906722"/>
    <w:rsid w:val="0090736A"/>
    <w:rsid w:val="0091116D"/>
    <w:rsid w:val="00924E58"/>
    <w:rsid w:val="009262F8"/>
    <w:rsid w:val="00930428"/>
    <w:rsid w:val="00934354"/>
    <w:rsid w:val="00936391"/>
    <w:rsid w:val="00946CDB"/>
    <w:rsid w:val="009505FD"/>
    <w:rsid w:val="00953A21"/>
    <w:rsid w:val="00955D78"/>
    <w:rsid w:val="00956A99"/>
    <w:rsid w:val="009651F9"/>
    <w:rsid w:val="009811B0"/>
    <w:rsid w:val="0099550F"/>
    <w:rsid w:val="0099702F"/>
    <w:rsid w:val="009A09ED"/>
    <w:rsid w:val="009A22E6"/>
    <w:rsid w:val="009A575E"/>
    <w:rsid w:val="009B10DD"/>
    <w:rsid w:val="009B45B4"/>
    <w:rsid w:val="009B64C1"/>
    <w:rsid w:val="009C0412"/>
    <w:rsid w:val="009C2C8A"/>
    <w:rsid w:val="009C5B2B"/>
    <w:rsid w:val="009D33C8"/>
    <w:rsid w:val="009D420B"/>
    <w:rsid w:val="009D6481"/>
    <w:rsid w:val="009D7B53"/>
    <w:rsid w:val="009E3D6E"/>
    <w:rsid w:val="009E65F6"/>
    <w:rsid w:val="009F729E"/>
    <w:rsid w:val="009F7C2A"/>
    <w:rsid w:val="00A17968"/>
    <w:rsid w:val="00A21A31"/>
    <w:rsid w:val="00A33451"/>
    <w:rsid w:val="00A360AA"/>
    <w:rsid w:val="00A360C1"/>
    <w:rsid w:val="00A36758"/>
    <w:rsid w:val="00A3770B"/>
    <w:rsid w:val="00A57029"/>
    <w:rsid w:val="00A736E9"/>
    <w:rsid w:val="00A74351"/>
    <w:rsid w:val="00A74B0B"/>
    <w:rsid w:val="00A82A67"/>
    <w:rsid w:val="00A8405B"/>
    <w:rsid w:val="00AA1D8D"/>
    <w:rsid w:val="00AA3565"/>
    <w:rsid w:val="00AB4687"/>
    <w:rsid w:val="00AB5225"/>
    <w:rsid w:val="00AB7A39"/>
    <w:rsid w:val="00AC12A4"/>
    <w:rsid w:val="00AD29C8"/>
    <w:rsid w:val="00AD68AE"/>
    <w:rsid w:val="00AD70AB"/>
    <w:rsid w:val="00AF6A83"/>
    <w:rsid w:val="00B24E34"/>
    <w:rsid w:val="00B24FB0"/>
    <w:rsid w:val="00B304ED"/>
    <w:rsid w:val="00B3667D"/>
    <w:rsid w:val="00B37338"/>
    <w:rsid w:val="00B47730"/>
    <w:rsid w:val="00B63390"/>
    <w:rsid w:val="00B760C3"/>
    <w:rsid w:val="00B802FB"/>
    <w:rsid w:val="00B83E51"/>
    <w:rsid w:val="00B870A6"/>
    <w:rsid w:val="00B92D92"/>
    <w:rsid w:val="00B94AE0"/>
    <w:rsid w:val="00B94C4F"/>
    <w:rsid w:val="00B95EF5"/>
    <w:rsid w:val="00BA2593"/>
    <w:rsid w:val="00BA2D71"/>
    <w:rsid w:val="00BA62EC"/>
    <w:rsid w:val="00BB0754"/>
    <w:rsid w:val="00BB08DF"/>
    <w:rsid w:val="00BD1647"/>
    <w:rsid w:val="00BD3474"/>
    <w:rsid w:val="00BD6F9E"/>
    <w:rsid w:val="00BE3AF5"/>
    <w:rsid w:val="00BF2FF6"/>
    <w:rsid w:val="00BF6CC4"/>
    <w:rsid w:val="00C039E1"/>
    <w:rsid w:val="00C132E8"/>
    <w:rsid w:val="00C174E8"/>
    <w:rsid w:val="00C2086E"/>
    <w:rsid w:val="00C3235A"/>
    <w:rsid w:val="00C32B5F"/>
    <w:rsid w:val="00C3481C"/>
    <w:rsid w:val="00C35CC5"/>
    <w:rsid w:val="00C44A43"/>
    <w:rsid w:val="00C522AE"/>
    <w:rsid w:val="00C61C1E"/>
    <w:rsid w:val="00C759A5"/>
    <w:rsid w:val="00C77E15"/>
    <w:rsid w:val="00C865CF"/>
    <w:rsid w:val="00C927FB"/>
    <w:rsid w:val="00CA3B5A"/>
    <w:rsid w:val="00CA54C8"/>
    <w:rsid w:val="00CA5864"/>
    <w:rsid w:val="00CA5F82"/>
    <w:rsid w:val="00CB0664"/>
    <w:rsid w:val="00CE6677"/>
    <w:rsid w:val="00D1611F"/>
    <w:rsid w:val="00D43B89"/>
    <w:rsid w:val="00D43F09"/>
    <w:rsid w:val="00D52E10"/>
    <w:rsid w:val="00D600BE"/>
    <w:rsid w:val="00D66CC7"/>
    <w:rsid w:val="00D66E30"/>
    <w:rsid w:val="00D7242C"/>
    <w:rsid w:val="00D821FB"/>
    <w:rsid w:val="00D86528"/>
    <w:rsid w:val="00D87586"/>
    <w:rsid w:val="00DA5E13"/>
    <w:rsid w:val="00DB449B"/>
    <w:rsid w:val="00DB5FAC"/>
    <w:rsid w:val="00DC3B80"/>
    <w:rsid w:val="00DC6AF2"/>
    <w:rsid w:val="00DD6786"/>
    <w:rsid w:val="00DE5C51"/>
    <w:rsid w:val="00DF6ED8"/>
    <w:rsid w:val="00E047CD"/>
    <w:rsid w:val="00E07E05"/>
    <w:rsid w:val="00E1314A"/>
    <w:rsid w:val="00E1389F"/>
    <w:rsid w:val="00E33950"/>
    <w:rsid w:val="00E35588"/>
    <w:rsid w:val="00E47E0C"/>
    <w:rsid w:val="00E54E63"/>
    <w:rsid w:val="00E56602"/>
    <w:rsid w:val="00E63ABD"/>
    <w:rsid w:val="00E67642"/>
    <w:rsid w:val="00E70657"/>
    <w:rsid w:val="00E7389A"/>
    <w:rsid w:val="00E7417E"/>
    <w:rsid w:val="00E74E6A"/>
    <w:rsid w:val="00E7648C"/>
    <w:rsid w:val="00E77F81"/>
    <w:rsid w:val="00E90624"/>
    <w:rsid w:val="00E971E3"/>
    <w:rsid w:val="00EA1B5C"/>
    <w:rsid w:val="00EA7180"/>
    <w:rsid w:val="00EC3A24"/>
    <w:rsid w:val="00EC3AFD"/>
    <w:rsid w:val="00EC69C2"/>
    <w:rsid w:val="00ED62C3"/>
    <w:rsid w:val="00EE0FD7"/>
    <w:rsid w:val="00EE5D9A"/>
    <w:rsid w:val="00EE6AC6"/>
    <w:rsid w:val="00EF41FC"/>
    <w:rsid w:val="00EF65F6"/>
    <w:rsid w:val="00F07842"/>
    <w:rsid w:val="00F11968"/>
    <w:rsid w:val="00F13BEA"/>
    <w:rsid w:val="00F2082A"/>
    <w:rsid w:val="00F26BED"/>
    <w:rsid w:val="00F27A46"/>
    <w:rsid w:val="00F33BF0"/>
    <w:rsid w:val="00F37091"/>
    <w:rsid w:val="00F372BE"/>
    <w:rsid w:val="00F4311A"/>
    <w:rsid w:val="00F5254F"/>
    <w:rsid w:val="00F52955"/>
    <w:rsid w:val="00F54C65"/>
    <w:rsid w:val="00F70086"/>
    <w:rsid w:val="00F75570"/>
    <w:rsid w:val="00F84374"/>
    <w:rsid w:val="00F855AF"/>
    <w:rsid w:val="00F87D9A"/>
    <w:rsid w:val="00F97D82"/>
    <w:rsid w:val="00F97F65"/>
    <w:rsid w:val="00FA1019"/>
    <w:rsid w:val="00FA518C"/>
    <w:rsid w:val="00FB482B"/>
    <w:rsid w:val="00FB5DA1"/>
    <w:rsid w:val="00FB7F99"/>
    <w:rsid w:val="00FC693F"/>
    <w:rsid w:val="00FC7E77"/>
    <w:rsid w:val="00FD107C"/>
    <w:rsid w:val="00FE22A5"/>
    <w:rsid w:val="0185B64F"/>
    <w:rsid w:val="0243E5F4"/>
    <w:rsid w:val="055E5A7C"/>
    <w:rsid w:val="06297EA4"/>
    <w:rsid w:val="0880C682"/>
    <w:rsid w:val="0959B74E"/>
    <w:rsid w:val="09A98BEC"/>
    <w:rsid w:val="09EC3485"/>
    <w:rsid w:val="0AA01EC0"/>
    <w:rsid w:val="0AAF90EF"/>
    <w:rsid w:val="107E83A1"/>
    <w:rsid w:val="1132A67F"/>
    <w:rsid w:val="127B6AEE"/>
    <w:rsid w:val="1304D3B3"/>
    <w:rsid w:val="130E4FAB"/>
    <w:rsid w:val="13DA6735"/>
    <w:rsid w:val="14F9B4D5"/>
    <w:rsid w:val="1683B4D4"/>
    <w:rsid w:val="175712E1"/>
    <w:rsid w:val="188ED11C"/>
    <w:rsid w:val="191E2240"/>
    <w:rsid w:val="1AF29396"/>
    <w:rsid w:val="2105D08F"/>
    <w:rsid w:val="212D38DA"/>
    <w:rsid w:val="227C5C47"/>
    <w:rsid w:val="2A0028F6"/>
    <w:rsid w:val="2AE1FF30"/>
    <w:rsid w:val="2B8962B7"/>
    <w:rsid w:val="2C1A731E"/>
    <w:rsid w:val="2C7215D3"/>
    <w:rsid w:val="2D55F8CC"/>
    <w:rsid w:val="2DE8CD07"/>
    <w:rsid w:val="2E32762B"/>
    <w:rsid w:val="302A896D"/>
    <w:rsid w:val="32467AA8"/>
    <w:rsid w:val="32D05850"/>
    <w:rsid w:val="33102E8B"/>
    <w:rsid w:val="3626BBE6"/>
    <w:rsid w:val="3627D209"/>
    <w:rsid w:val="38257835"/>
    <w:rsid w:val="38DA0FE2"/>
    <w:rsid w:val="3A1DC174"/>
    <w:rsid w:val="3AF690F4"/>
    <w:rsid w:val="3FCCF627"/>
    <w:rsid w:val="4095AE4E"/>
    <w:rsid w:val="41DBE410"/>
    <w:rsid w:val="43610C65"/>
    <w:rsid w:val="441D3117"/>
    <w:rsid w:val="4505447D"/>
    <w:rsid w:val="4615E044"/>
    <w:rsid w:val="46856325"/>
    <w:rsid w:val="47153FF7"/>
    <w:rsid w:val="499511E6"/>
    <w:rsid w:val="4BDF9F44"/>
    <w:rsid w:val="4C1EAE41"/>
    <w:rsid w:val="5080A687"/>
    <w:rsid w:val="5142F4C7"/>
    <w:rsid w:val="51942FDA"/>
    <w:rsid w:val="51D2D1A1"/>
    <w:rsid w:val="525B5BC6"/>
    <w:rsid w:val="55BB91A9"/>
    <w:rsid w:val="56221DB4"/>
    <w:rsid w:val="56B15ADB"/>
    <w:rsid w:val="572A0AA7"/>
    <w:rsid w:val="59F7FCDF"/>
    <w:rsid w:val="5AC12025"/>
    <w:rsid w:val="5AEC23CE"/>
    <w:rsid w:val="5C3A0B68"/>
    <w:rsid w:val="5C4C0B26"/>
    <w:rsid w:val="5CF8D2E5"/>
    <w:rsid w:val="5D5580A3"/>
    <w:rsid w:val="5E70B933"/>
    <w:rsid w:val="5FB00761"/>
    <w:rsid w:val="601907CD"/>
    <w:rsid w:val="608B573B"/>
    <w:rsid w:val="61105D2A"/>
    <w:rsid w:val="61214F3C"/>
    <w:rsid w:val="6148B90F"/>
    <w:rsid w:val="63EAD3E6"/>
    <w:rsid w:val="644C64E6"/>
    <w:rsid w:val="6632AB79"/>
    <w:rsid w:val="66768732"/>
    <w:rsid w:val="671A6960"/>
    <w:rsid w:val="67ED0364"/>
    <w:rsid w:val="68F5852A"/>
    <w:rsid w:val="6A5D6866"/>
    <w:rsid w:val="6A79E4CC"/>
    <w:rsid w:val="6AA415F5"/>
    <w:rsid w:val="6AAAC3F6"/>
    <w:rsid w:val="6C15575A"/>
    <w:rsid w:val="6FDA4C02"/>
    <w:rsid w:val="702065A4"/>
    <w:rsid w:val="714F659D"/>
    <w:rsid w:val="718E7A76"/>
    <w:rsid w:val="75AD74AC"/>
    <w:rsid w:val="75D4E5DE"/>
    <w:rsid w:val="7607A17D"/>
    <w:rsid w:val="770504BB"/>
    <w:rsid w:val="7BF6F2BE"/>
    <w:rsid w:val="7C92563F"/>
    <w:rsid w:val="7F87B4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062061"/>
  <w14:defaultImageDpi w14:val="300"/>
  <w15:docId w15:val="{DE3AEE37-9684-414A-B44C-BD9EF6E22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4ED"/>
    <w:rPr>
      <w:rFonts w:ascii="Aptos" w:hAnsi="Aptos"/>
      <w:color w:val="1F2933"/>
      <w:sz w:val="18"/>
    </w:rPr>
  </w:style>
  <w:style w:type="paragraph" w:styleId="Heading1">
    <w:name w:val="heading 1"/>
    <w:basedOn w:val="Normal"/>
    <w:next w:val="Normal"/>
    <w:link w:val="Heading1Char"/>
    <w:uiPriority w:val="9"/>
    <w:qFormat/>
    <w:rsid w:val="00AB5225"/>
    <w:pPr>
      <w:spacing w:before="140" w:after="120"/>
      <w:outlineLvl w:val="0"/>
    </w:pPr>
    <w:rPr>
      <w:b/>
      <w:bCs/>
      <w:color w:val="17365D" w:themeColor="text2" w:themeShade="BF"/>
      <w:sz w:val="30"/>
      <w:szCs w:val="30"/>
    </w:rPr>
  </w:style>
  <w:style w:type="paragraph" w:styleId="Heading2">
    <w:name w:val="heading 2"/>
    <w:basedOn w:val="Normal"/>
    <w:next w:val="Normal"/>
    <w:link w:val="Heading2Char"/>
    <w:uiPriority w:val="9"/>
    <w:unhideWhenUsed/>
    <w:qFormat/>
    <w:rsid w:val="00EF65F6"/>
    <w:pPr>
      <w:spacing w:before="120" w:after="120"/>
      <w:outlineLvl w:val="1"/>
    </w:pPr>
    <w:rPr>
      <w:b/>
      <w:color w:val="2F75B5"/>
      <w:sz w:val="22"/>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B5225"/>
    <w:rPr>
      <w:rFonts w:ascii="Aptos" w:hAnsi="Aptos"/>
      <w:b/>
      <w:bCs/>
      <w:color w:val="17365D" w:themeColor="text2" w:themeShade="BF"/>
      <w:sz w:val="30"/>
      <w:szCs w:val="30"/>
    </w:rPr>
  </w:style>
  <w:style w:type="character" w:customStyle="1" w:styleId="Heading2Char">
    <w:name w:val="Heading 2 Char"/>
    <w:basedOn w:val="DefaultParagraphFont"/>
    <w:link w:val="Heading2"/>
    <w:uiPriority w:val="9"/>
    <w:rsid w:val="00EF65F6"/>
    <w:rPr>
      <w:rFonts w:ascii="Aptos" w:hAnsi="Aptos"/>
      <w:b/>
      <w:color w:val="2F75B5"/>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1"/>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441D3117"/>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df2ab7-1dd5-4aa1-9d6d-0ec230cd352e">
      <Terms xmlns="http://schemas.microsoft.com/office/infopath/2007/PartnerControls"/>
    </lcf76f155ced4ddcb4097134ff3c332f>
    <TaxCatchAll xmlns="0a1fe719-4114-4220-9af5-52d6045c37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59EDB0351D5A488EC76A8547CE28CB" ma:contentTypeVersion="13" ma:contentTypeDescription="Create a new document." ma:contentTypeScope="" ma:versionID="b03632f32d3b3f8125b737cafd42234c">
  <xsd:schema xmlns:xsd="http://www.w3.org/2001/XMLSchema" xmlns:xs="http://www.w3.org/2001/XMLSchema" xmlns:p="http://schemas.microsoft.com/office/2006/metadata/properties" xmlns:ns2="9adf2ab7-1dd5-4aa1-9d6d-0ec230cd352e" xmlns:ns3="0a1fe719-4114-4220-9af5-52d6045c37ac" targetNamespace="http://schemas.microsoft.com/office/2006/metadata/properties" ma:root="true" ma:fieldsID="f8f44a4be88a6a780aee2bf4c66231a4" ns2:_="" ns3:_="">
    <xsd:import namespace="9adf2ab7-1dd5-4aa1-9d6d-0ec230cd352e"/>
    <xsd:import namespace="0a1fe719-4114-4220-9af5-52d6045c37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df2ab7-1dd5-4aa1-9d6d-0ec230cd35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d22468e-80c7-4515-a964-6dc6ba53ad9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1fe719-4114-4220-9af5-52d6045c37a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94d5995-2c33-451a-bf33-89411a357f11}" ma:internalName="TaxCatchAll" ma:showField="CatchAllData" ma:web="0a1fe719-4114-4220-9af5-52d6045c37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4A1ECB-3081-4AEA-B081-E0BD61813506}">
  <ds:schemaRefs>
    <ds:schemaRef ds:uri="http://schemas.microsoft.com/office/2006/metadata/properties"/>
    <ds:schemaRef ds:uri="http://schemas.microsoft.com/office/infopath/2007/PartnerControls"/>
    <ds:schemaRef ds:uri="9adf2ab7-1dd5-4aa1-9d6d-0ec230cd352e"/>
    <ds:schemaRef ds:uri="0a1fe719-4114-4220-9af5-52d6045c37ac"/>
  </ds:schemaRefs>
</ds:datastoreItem>
</file>

<file path=customXml/itemProps2.xml><?xml version="1.0" encoding="utf-8"?>
<ds:datastoreItem xmlns:ds="http://schemas.openxmlformats.org/officeDocument/2006/customXml" ds:itemID="{DE028BE7-08D4-4505-9285-7F25BDC0F38A}">
  <ds:schemaRefs>
    <ds:schemaRef ds:uri="http://schemas.microsoft.com/sharepoint/v3/contenttype/forms"/>
  </ds:schemaRefs>
</ds:datastoreItem>
</file>

<file path=customXml/itemProps3.xml><?xml version="1.0" encoding="utf-8"?>
<ds:datastoreItem xmlns:ds="http://schemas.openxmlformats.org/officeDocument/2006/customXml" ds:itemID="{31E3A475-0F45-4467-885D-5FE4E3DF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df2ab7-1dd5-4aa1-9d6d-0ec230cd352e"/>
    <ds:schemaRef ds:uri="0a1fe719-4114-4220-9af5-52d6045c37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2283</Words>
  <Characters>13019</Characters>
  <Application>Microsoft Office Word</Application>
  <DocSecurity>0</DocSecurity>
  <Lines>108</Lines>
  <Paragraphs>30</Paragraphs>
  <ScaleCrop>false</ScaleCrop>
  <Manager/>
  <Company/>
  <LinksUpToDate>false</LinksUpToDate>
  <CharactersWithSpaces>15272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Martha Ban</cp:lastModifiedBy>
  <cp:revision>2</cp:revision>
  <dcterms:created xsi:type="dcterms:W3CDTF">2026-11-03T16:41:00Z</dcterms:created>
  <dcterms:modified xsi:type="dcterms:W3CDTF">2026-11-03T16:41:00Z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0x010100DE59EDB0351D5A488EC76A8547CE28CB</vt:lpwstr>
  </property>
  <property fmtid="{D5CDD505-2E9C-101B-9397-08002B2CF9AE}" pid="3" name="MediaServiceImageTags">
    <vt:lpwstr/>
  </property>
</Properties>
</file>